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962" w:rsidRPr="00BF3AC4" w:rsidRDefault="00FF6467">
      <w:pPr>
        <w:spacing w:after="80"/>
        <w:jc w:val="right"/>
        <w:rPr>
          <w:lang w:val="ru-RU"/>
        </w:rPr>
      </w:pPr>
      <w:r w:rsidRPr="00BF3AC4">
        <w:rPr>
          <w:b/>
          <w:lang w:val="ru-RU"/>
        </w:rPr>
        <w:t>ПРОЕКТ</w:t>
      </w:r>
    </w:p>
    <w:p w:rsidR="00C31962" w:rsidRPr="00BF3AC4" w:rsidRDefault="00FF6467">
      <w:pPr>
        <w:jc w:val="center"/>
        <w:rPr>
          <w:lang w:val="ru-RU"/>
        </w:rPr>
      </w:pPr>
      <w:r w:rsidRPr="00BF3AC4">
        <w:rPr>
          <w:b/>
          <w:lang w:val="ru-RU"/>
        </w:rPr>
        <w:t>Договор № __________</w:t>
      </w:r>
    </w:p>
    <w:p w:rsidR="00C31962" w:rsidRPr="00BF3AC4" w:rsidRDefault="00FF6467">
      <w:pPr>
        <w:jc w:val="center"/>
        <w:rPr>
          <w:lang w:val="ru-RU"/>
        </w:rPr>
      </w:pPr>
      <w:r w:rsidRPr="00BF3AC4">
        <w:rPr>
          <w:b/>
          <w:lang w:val="ru-RU"/>
        </w:rPr>
        <w:t>на оказание услуг по заправке картриджей</w:t>
      </w:r>
    </w:p>
    <w:p w:rsidR="00C31962" w:rsidRDefault="00FF6467">
      <w:pPr>
        <w:jc w:val="center"/>
      </w:pPr>
      <w:r>
        <w:t>Идентификационный код закупки: ____________________________________</w:t>
      </w:r>
    </w:p>
    <w:tbl>
      <w:tblPr>
        <w:tblStyle w:val="aff0"/>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3969"/>
        <w:gridCol w:w="5953"/>
      </w:tblGrid>
      <w:tr w:rsidR="00C31962">
        <w:trPr>
          <w:cantSplit/>
          <w:jc w:val="center"/>
        </w:trPr>
        <w:tc>
          <w:tcPr>
            <w:tcW w:w="3969" w:type="dxa"/>
            <w:tcMar>
              <w:top w:w="55" w:type="dxa"/>
              <w:left w:w="55" w:type="dxa"/>
              <w:bottom w:w="55" w:type="dxa"/>
              <w:right w:w="55" w:type="dxa"/>
            </w:tcMar>
            <w:vAlign w:val="center"/>
          </w:tcPr>
          <w:p w:rsidR="00C31962" w:rsidRDefault="00FF6467">
            <w:r>
              <w:t>г. Санкт-Петербург</w:t>
            </w:r>
          </w:p>
        </w:tc>
        <w:tc>
          <w:tcPr>
            <w:tcW w:w="5953" w:type="dxa"/>
            <w:tcMar>
              <w:top w:w="55" w:type="dxa"/>
              <w:left w:w="55" w:type="dxa"/>
              <w:bottom w:w="55" w:type="dxa"/>
              <w:right w:w="55" w:type="dxa"/>
            </w:tcMar>
            <w:vAlign w:val="center"/>
          </w:tcPr>
          <w:p w:rsidR="00C31962" w:rsidRDefault="00FF6467">
            <w:pPr>
              <w:jc w:val="right"/>
            </w:pPr>
            <w:r>
              <w:t>«___» ______________ 2026 года</w:t>
            </w:r>
          </w:p>
        </w:tc>
      </w:tr>
    </w:tbl>
    <w:p w:rsidR="00C31962" w:rsidRPr="00BF3AC4" w:rsidRDefault="00FF6467">
      <w:pPr>
        <w:spacing w:before="240"/>
        <w:ind w:firstLine="425"/>
        <w:jc w:val="both"/>
        <w:rPr>
          <w:lang w:val="ru-RU"/>
        </w:rPr>
      </w:pPr>
      <w:r w:rsidRPr="00BF3AC4">
        <w:rPr>
          <w:lang w:val="ru-RU"/>
        </w:rPr>
        <w:t xml:space="preserve">Ленинградское областное государственное казённое учреждение </w:t>
      </w:r>
      <w:r w:rsidRPr="00BF3AC4">
        <w:rPr>
          <w:lang w:val="ru-RU"/>
        </w:rPr>
        <w:t>«Управление по охотничьему хозяйству Ленинградской области» (сокращенное наименование — ЛОГКУ «Леноблохота»), именуемое в дальнейшем «Заказчик», в лице ________________________ ________________________________, действующего на основании Устава, с одной сто</w:t>
      </w:r>
      <w:r w:rsidRPr="00BF3AC4">
        <w:rPr>
          <w:lang w:val="ru-RU"/>
        </w:rPr>
        <w:t>роны, и ________________________________________________________________, именуемое в дальнейшем «Исполнитель», в лице ________________________________________________, действующего на основании ________________________________, с другой стороны, вместе им</w:t>
      </w:r>
      <w:r w:rsidRPr="00BF3AC4">
        <w:rPr>
          <w:lang w:val="ru-RU"/>
        </w:rPr>
        <w:t>енуемые «Стороны», а по отдельности «Сторона»,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BF3AC4">
        <w:rPr>
          <w:lang w:val="ru-RU"/>
        </w:rPr>
        <w:t>далее — «Федеральный закон о контрактной системе») заключили настоящий договор (далее — «Договор») о нижеследующем:</w:t>
      </w:r>
    </w:p>
    <w:p w:rsidR="00C31962" w:rsidRPr="00BF3AC4" w:rsidRDefault="00FF6467">
      <w:pPr>
        <w:keepNext/>
        <w:spacing w:before="240" w:after="80"/>
        <w:jc w:val="center"/>
        <w:rPr>
          <w:lang w:val="ru-RU"/>
        </w:rPr>
      </w:pPr>
      <w:r w:rsidRPr="00BF3AC4">
        <w:rPr>
          <w:b/>
          <w:lang w:val="ru-RU"/>
        </w:rPr>
        <w:t>1. Предмет Договора</w:t>
      </w:r>
    </w:p>
    <w:p w:rsidR="00C31962" w:rsidRPr="00BF3AC4" w:rsidRDefault="00FF6467">
      <w:pPr>
        <w:ind w:firstLine="425"/>
        <w:jc w:val="both"/>
        <w:rPr>
          <w:lang w:val="ru-RU"/>
        </w:rPr>
      </w:pPr>
      <w:r w:rsidRPr="00BF3AC4">
        <w:rPr>
          <w:lang w:val="ru-RU"/>
        </w:rPr>
        <w:t>1.1. Исполнитель обязуется оказать Заказчику услугу по заправке картриджей (далее – «Услуга»), а Заказчик обязуется прин</w:t>
      </w:r>
      <w:r w:rsidRPr="00BF3AC4">
        <w:rPr>
          <w:lang w:val="ru-RU"/>
        </w:rPr>
        <w:t>ять и оплатить Услугу в порядке и на условиях, определенных Договором.</w:t>
      </w:r>
    </w:p>
    <w:p w:rsidR="00C31962" w:rsidRPr="00BF3AC4" w:rsidRDefault="00FF6467">
      <w:pPr>
        <w:ind w:firstLine="425"/>
        <w:jc w:val="both"/>
        <w:rPr>
          <w:lang w:val="ru-RU"/>
        </w:rPr>
      </w:pPr>
      <w:r w:rsidRPr="00BF3AC4">
        <w:rPr>
          <w:lang w:val="ru-RU"/>
        </w:rPr>
        <w:t>1.2. Наименование, вид, количество и иные характеристики оказываемой Услуги указаны в «Спецификации» (Приложение № 1 к Договору), являющейся неотъемлемой частью Договора.</w:t>
      </w:r>
    </w:p>
    <w:p w:rsidR="00C31962" w:rsidRPr="00BF3AC4" w:rsidRDefault="00FF6467">
      <w:pPr>
        <w:keepNext/>
        <w:spacing w:before="240" w:after="80"/>
        <w:jc w:val="center"/>
        <w:rPr>
          <w:lang w:val="ru-RU"/>
        </w:rPr>
      </w:pPr>
      <w:r w:rsidRPr="00BF3AC4">
        <w:rPr>
          <w:b/>
          <w:lang w:val="ru-RU"/>
        </w:rPr>
        <w:t>2. Цена Догово</w:t>
      </w:r>
      <w:r w:rsidRPr="00BF3AC4">
        <w:rPr>
          <w:b/>
          <w:lang w:val="ru-RU"/>
        </w:rPr>
        <w:t>ра, порядок и сроки оплаты</w:t>
      </w:r>
    </w:p>
    <w:p w:rsidR="00C31962" w:rsidRPr="00BF3AC4" w:rsidRDefault="00FF6467">
      <w:pPr>
        <w:ind w:firstLine="425"/>
        <w:rPr>
          <w:lang w:val="ru-RU"/>
        </w:rPr>
      </w:pPr>
      <w:r w:rsidRPr="00BF3AC4">
        <w:rPr>
          <w:lang w:val="ru-RU"/>
        </w:rPr>
        <w:t>2.1. Цена Договора составляет __________ (______________________________) рублей ___ копеек. НДС: ___________________________________________________.</w:t>
      </w:r>
    </w:p>
    <w:p w:rsidR="00C31962" w:rsidRPr="00BF3AC4" w:rsidRDefault="00FF6467">
      <w:pPr>
        <w:ind w:firstLine="425"/>
        <w:jc w:val="both"/>
        <w:rPr>
          <w:lang w:val="ru-RU"/>
        </w:rPr>
      </w:pPr>
      <w:r w:rsidRPr="00BF3AC4">
        <w:rPr>
          <w:lang w:val="ru-RU"/>
        </w:rPr>
        <w:t xml:space="preserve">2.2. Цена Договора является твердой и определяется на весь срок исполнения </w:t>
      </w:r>
      <w:r w:rsidRPr="00BF3AC4">
        <w:rPr>
          <w:lang w:val="ru-RU"/>
        </w:rPr>
        <w:t>Договора. Цена Договора включает стоимость оказания услуг по заправке картриджей, расходных материалов, все затраты Исполнителя, налоги, сборы и иные обязательные платежи, предусмотренные законодательством Российской Федерации.</w:t>
      </w:r>
    </w:p>
    <w:p w:rsidR="00C31962" w:rsidRPr="00BF3AC4" w:rsidRDefault="00FF6467">
      <w:pPr>
        <w:ind w:firstLine="425"/>
        <w:jc w:val="both"/>
        <w:rPr>
          <w:lang w:val="ru-RU"/>
        </w:rPr>
      </w:pPr>
      <w:r w:rsidRPr="00BF3AC4">
        <w:rPr>
          <w:lang w:val="ru-RU"/>
        </w:rPr>
        <w:t>2.3. Сумма, подлежащая уплат</w:t>
      </w:r>
      <w:r w:rsidRPr="00BF3AC4">
        <w:rPr>
          <w:lang w:val="ru-RU"/>
        </w:rPr>
        <w:t>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w:t>
      </w:r>
      <w:r w:rsidRPr="00BF3AC4">
        <w:rPr>
          <w:lang w:val="ru-RU"/>
        </w:rPr>
        <w:t>ие налоги, сборы и иные обязательные платежи подлежат уплате в бюджеты бюджетной системы Российской Федерации Заказчиком.</w:t>
      </w:r>
    </w:p>
    <w:p w:rsidR="00C31962" w:rsidRPr="00BF3AC4" w:rsidRDefault="00FF6467">
      <w:pPr>
        <w:ind w:firstLine="425"/>
        <w:jc w:val="both"/>
        <w:rPr>
          <w:lang w:val="ru-RU"/>
        </w:rPr>
      </w:pPr>
      <w:r w:rsidRPr="00BF3AC4">
        <w:rPr>
          <w:lang w:val="ru-RU"/>
        </w:rPr>
        <w:t>2.4. Оплата производится по безналичному расчету в течение 10 (десяти) рабочих дней с даты подписания Заказчиком документа о приемке о</w:t>
      </w:r>
      <w:r w:rsidRPr="00BF3AC4">
        <w:rPr>
          <w:lang w:val="ru-RU"/>
        </w:rPr>
        <w:t>казанных услуг.</w:t>
      </w:r>
    </w:p>
    <w:p w:rsidR="00C31962" w:rsidRPr="00BF3AC4" w:rsidRDefault="00FF6467">
      <w:pPr>
        <w:ind w:firstLine="425"/>
        <w:jc w:val="both"/>
        <w:rPr>
          <w:lang w:val="ru-RU"/>
        </w:rPr>
      </w:pPr>
      <w:r w:rsidRPr="00BF3AC4">
        <w:rPr>
          <w:lang w:val="ru-RU"/>
        </w:rPr>
        <w:t>2.5. Авансовые платежи по Договору не предусмотрены.</w:t>
      </w:r>
    </w:p>
    <w:p w:rsidR="00C31962" w:rsidRPr="00BF3AC4" w:rsidRDefault="00FF6467">
      <w:pPr>
        <w:ind w:firstLine="425"/>
        <w:jc w:val="both"/>
        <w:rPr>
          <w:lang w:val="ru-RU"/>
        </w:rPr>
      </w:pPr>
      <w:r w:rsidRPr="00BF3AC4">
        <w:rPr>
          <w:lang w:val="ru-RU"/>
        </w:rPr>
        <w:t>2.6. Датой оплаты считается дата списания денежных средств с расчетного счета Заказчика.</w:t>
      </w:r>
    </w:p>
    <w:p w:rsidR="00C31962" w:rsidRPr="00BF3AC4" w:rsidRDefault="00FF6467">
      <w:pPr>
        <w:ind w:firstLine="425"/>
        <w:jc w:val="both"/>
        <w:rPr>
          <w:lang w:val="ru-RU"/>
        </w:rPr>
      </w:pPr>
      <w:r w:rsidRPr="00BF3AC4">
        <w:rPr>
          <w:lang w:val="ru-RU"/>
        </w:rPr>
        <w:t>2.7. Источник финансирования: средства областного бюджета Ленинградской области на 2026 год.</w:t>
      </w:r>
    </w:p>
    <w:p w:rsidR="00C31962" w:rsidRPr="00BF3AC4" w:rsidRDefault="00FF6467">
      <w:pPr>
        <w:keepNext/>
        <w:spacing w:before="240" w:after="80"/>
        <w:jc w:val="center"/>
        <w:rPr>
          <w:lang w:val="ru-RU"/>
        </w:rPr>
      </w:pPr>
      <w:r w:rsidRPr="00BF3AC4">
        <w:rPr>
          <w:b/>
          <w:lang w:val="ru-RU"/>
        </w:rPr>
        <w:t>3. Пр</w:t>
      </w:r>
      <w:r w:rsidRPr="00BF3AC4">
        <w:rPr>
          <w:b/>
          <w:lang w:val="ru-RU"/>
        </w:rPr>
        <w:t>ава и обязанности Сторон</w:t>
      </w:r>
    </w:p>
    <w:p w:rsidR="00C31962" w:rsidRPr="00BF3AC4" w:rsidRDefault="00FF6467">
      <w:pPr>
        <w:keepNext/>
        <w:ind w:firstLine="425"/>
        <w:jc w:val="both"/>
        <w:rPr>
          <w:lang w:val="ru-RU"/>
        </w:rPr>
      </w:pPr>
      <w:r w:rsidRPr="00BF3AC4">
        <w:rPr>
          <w:b/>
          <w:lang w:val="ru-RU"/>
        </w:rPr>
        <w:t>3.1. Заказчик имеет право:</w:t>
      </w:r>
    </w:p>
    <w:p w:rsidR="00C31962" w:rsidRPr="00BF3AC4" w:rsidRDefault="00FF6467">
      <w:pPr>
        <w:ind w:firstLine="425"/>
        <w:jc w:val="both"/>
        <w:rPr>
          <w:lang w:val="ru-RU"/>
        </w:rPr>
      </w:pPr>
      <w:r w:rsidRPr="00BF3AC4">
        <w:rPr>
          <w:lang w:val="ru-RU"/>
        </w:rPr>
        <w:t>3.1.1. Досрочно принять и оплатить Услугу;</w:t>
      </w:r>
    </w:p>
    <w:p w:rsidR="00C31962" w:rsidRPr="00BF3AC4" w:rsidRDefault="00FF6467">
      <w:pPr>
        <w:ind w:firstLine="425"/>
        <w:jc w:val="both"/>
        <w:rPr>
          <w:lang w:val="ru-RU"/>
        </w:rPr>
      </w:pPr>
      <w:r w:rsidRPr="00BF3AC4">
        <w:rPr>
          <w:lang w:val="ru-RU"/>
        </w:rPr>
        <w:t>3.1.2. Проводить экспертизу результатов, предусмотренных Договором, своими силами или привлекать для ее проведения экспертов, экспертные организации на основании</w:t>
      </w:r>
      <w:r w:rsidRPr="00BF3AC4">
        <w:rPr>
          <w:lang w:val="ru-RU"/>
        </w:rPr>
        <w:t xml:space="preserve"> контрактов (договоров), заключенных в соответствии с Федеральным законом о контрактной системе.</w:t>
      </w:r>
    </w:p>
    <w:p w:rsidR="00C31962" w:rsidRPr="00BF3AC4" w:rsidRDefault="00FF6467">
      <w:pPr>
        <w:keepNext/>
        <w:ind w:firstLine="425"/>
        <w:jc w:val="both"/>
        <w:rPr>
          <w:lang w:val="ru-RU"/>
        </w:rPr>
      </w:pPr>
      <w:r w:rsidRPr="00BF3AC4">
        <w:rPr>
          <w:b/>
          <w:lang w:val="ru-RU"/>
        </w:rPr>
        <w:t>3.2. Заказчик обязан:</w:t>
      </w:r>
    </w:p>
    <w:p w:rsidR="00C31962" w:rsidRPr="00BF3AC4" w:rsidRDefault="00FF6467">
      <w:pPr>
        <w:ind w:firstLine="425"/>
        <w:jc w:val="both"/>
        <w:rPr>
          <w:lang w:val="ru-RU"/>
        </w:rPr>
      </w:pPr>
      <w:r w:rsidRPr="00BF3AC4">
        <w:rPr>
          <w:lang w:val="ru-RU"/>
        </w:rPr>
        <w:t>3.2.1. Обеспечить приемку результатов Услуги в соответствии с условиями Договора;</w:t>
      </w:r>
    </w:p>
    <w:p w:rsidR="00C31962" w:rsidRPr="00BF3AC4" w:rsidRDefault="00FF6467">
      <w:pPr>
        <w:ind w:firstLine="425"/>
        <w:jc w:val="both"/>
        <w:rPr>
          <w:lang w:val="ru-RU"/>
        </w:rPr>
      </w:pPr>
      <w:r w:rsidRPr="00BF3AC4">
        <w:rPr>
          <w:lang w:val="ru-RU"/>
        </w:rPr>
        <w:lastRenderedPageBreak/>
        <w:t>3.2.2. Провести экспертизу для проверки предоставленных</w:t>
      </w:r>
      <w:r w:rsidRPr="00BF3AC4">
        <w:rPr>
          <w:lang w:val="ru-RU"/>
        </w:rPr>
        <w:t xml:space="preserve"> Исполнителем результатов, предусмотренных Договором, в части их соответствия условиям Договора;</w:t>
      </w:r>
    </w:p>
    <w:p w:rsidR="00C31962" w:rsidRPr="00BF3AC4" w:rsidRDefault="00FF6467">
      <w:pPr>
        <w:ind w:firstLine="425"/>
        <w:jc w:val="both"/>
        <w:rPr>
          <w:lang w:val="ru-RU"/>
        </w:rPr>
      </w:pPr>
      <w:r w:rsidRPr="00BF3AC4">
        <w:rPr>
          <w:lang w:val="ru-RU"/>
        </w:rPr>
        <w:t>3.2.3. Оплатить принятую Услугу в порядке, предусмотренном Договором;</w:t>
      </w:r>
    </w:p>
    <w:p w:rsidR="00C31962" w:rsidRPr="00BF3AC4" w:rsidRDefault="00FF6467">
      <w:pPr>
        <w:ind w:firstLine="425"/>
        <w:jc w:val="both"/>
        <w:rPr>
          <w:lang w:val="ru-RU"/>
        </w:rPr>
      </w:pPr>
      <w:r w:rsidRPr="00BF3AC4">
        <w:rPr>
          <w:lang w:val="ru-RU"/>
        </w:rPr>
        <w:t>3.2.4. Требовать возмещения неустойки (штрафа, пени) и (или) убытков, причиненных по вине</w:t>
      </w:r>
      <w:r w:rsidRPr="00BF3AC4">
        <w:rPr>
          <w:lang w:val="ru-RU"/>
        </w:rPr>
        <w:t xml:space="preserve"> Исполнителя.</w:t>
      </w:r>
    </w:p>
    <w:p w:rsidR="00C31962" w:rsidRPr="00BF3AC4" w:rsidRDefault="00FF6467">
      <w:pPr>
        <w:keepNext/>
        <w:ind w:firstLine="425"/>
        <w:jc w:val="both"/>
        <w:rPr>
          <w:lang w:val="ru-RU"/>
        </w:rPr>
      </w:pPr>
      <w:r w:rsidRPr="00BF3AC4">
        <w:rPr>
          <w:b/>
          <w:lang w:val="ru-RU"/>
        </w:rPr>
        <w:t>3.3. Исполнитель вправе:</w:t>
      </w:r>
    </w:p>
    <w:p w:rsidR="00C31962" w:rsidRPr="00BF3AC4" w:rsidRDefault="00FF6467">
      <w:pPr>
        <w:ind w:firstLine="425"/>
        <w:jc w:val="both"/>
        <w:rPr>
          <w:lang w:val="ru-RU"/>
        </w:rPr>
      </w:pPr>
      <w:r w:rsidRPr="00BF3AC4">
        <w:rPr>
          <w:lang w:val="ru-RU"/>
        </w:rPr>
        <w:t>3.3.1. Требовать приемки и оплаты Услуги в количестве, порядке, сроки и на условиях, предусмотренных Договором;</w:t>
      </w:r>
    </w:p>
    <w:p w:rsidR="00C31962" w:rsidRPr="00BF3AC4" w:rsidRDefault="00FF6467">
      <w:pPr>
        <w:ind w:firstLine="425"/>
        <w:jc w:val="both"/>
        <w:rPr>
          <w:lang w:val="ru-RU"/>
        </w:rPr>
      </w:pPr>
      <w:r w:rsidRPr="00BF3AC4">
        <w:rPr>
          <w:lang w:val="ru-RU"/>
        </w:rPr>
        <w:t>3.3.2. По согласованию с Заказчиком досрочно оказать Услугу;</w:t>
      </w:r>
    </w:p>
    <w:p w:rsidR="00C31962" w:rsidRPr="00BF3AC4" w:rsidRDefault="00FF6467">
      <w:pPr>
        <w:ind w:firstLine="425"/>
        <w:jc w:val="both"/>
        <w:rPr>
          <w:lang w:val="ru-RU"/>
        </w:rPr>
      </w:pPr>
      <w:r w:rsidRPr="00BF3AC4">
        <w:rPr>
          <w:lang w:val="ru-RU"/>
        </w:rPr>
        <w:t>3.3.3. Запрашивать у Заказчика разъяснения и</w:t>
      </w:r>
      <w:r w:rsidRPr="00BF3AC4">
        <w:rPr>
          <w:lang w:val="ru-RU"/>
        </w:rPr>
        <w:t xml:space="preserve"> уточнения относительно предмета Договора - Услуги;</w:t>
      </w:r>
    </w:p>
    <w:p w:rsidR="00C31962" w:rsidRPr="00BF3AC4" w:rsidRDefault="00FF6467">
      <w:pPr>
        <w:ind w:firstLine="425"/>
        <w:jc w:val="both"/>
        <w:rPr>
          <w:lang w:val="ru-RU"/>
        </w:rPr>
      </w:pPr>
      <w:r w:rsidRPr="00BF3AC4">
        <w:rPr>
          <w:lang w:val="ru-RU"/>
        </w:rPr>
        <w:t>3.3.4. Требовать возмещения неустойки (штрафа, пени) и (или) убытков, причиненных по вине Заказчика.</w:t>
      </w:r>
    </w:p>
    <w:p w:rsidR="00C31962" w:rsidRPr="00BF3AC4" w:rsidRDefault="00FF6467">
      <w:pPr>
        <w:keepNext/>
        <w:ind w:firstLine="425"/>
        <w:jc w:val="both"/>
        <w:rPr>
          <w:lang w:val="ru-RU"/>
        </w:rPr>
      </w:pPr>
      <w:r w:rsidRPr="00BF3AC4">
        <w:rPr>
          <w:b/>
          <w:lang w:val="ru-RU"/>
        </w:rPr>
        <w:t>3.4. Исполнитель обязан:</w:t>
      </w:r>
    </w:p>
    <w:p w:rsidR="00C31962" w:rsidRPr="00BF3AC4" w:rsidRDefault="00FF6467">
      <w:pPr>
        <w:ind w:firstLine="425"/>
        <w:jc w:val="both"/>
        <w:rPr>
          <w:lang w:val="ru-RU"/>
        </w:rPr>
      </w:pPr>
      <w:r w:rsidRPr="00BF3AC4">
        <w:rPr>
          <w:lang w:val="ru-RU"/>
        </w:rPr>
        <w:t>3.4.1. Согласовать с Заказчиком дату и время оказания Услуги;</w:t>
      </w:r>
    </w:p>
    <w:p w:rsidR="00C31962" w:rsidRPr="00BF3AC4" w:rsidRDefault="00FF6467">
      <w:pPr>
        <w:ind w:firstLine="425"/>
        <w:jc w:val="both"/>
        <w:rPr>
          <w:lang w:val="ru-RU"/>
        </w:rPr>
      </w:pPr>
      <w:r w:rsidRPr="00BF3AC4">
        <w:rPr>
          <w:lang w:val="ru-RU"/>
        </w:rPr>
        <w:t>3.4.2. Своевреме</w:t>
      </w:r>
      <w:r w:rsidRPr="00BF3AC4">
        <w:rPr>
          <w:lang w:val="ru-RU"/>
        </w:rPr>
        <w:t>нно предоставлять достоверную информацию о ходе исполнения своих обязательств, в том числе о сложностях, возникающих при исполнении Договора;</w:t>
      </w:r>
    </w:p>
    <w:p w:rsidR="00C31962" w:rsidRPr="00BF3AC4" w:rsidRDefault="00FF6467">
      <w:pPr>
        <w:ind w:firstLine="425"/>
        <w:jc w:val="both"/>
        <w:rPr>
          <w:lang w:val="ru-RU"/>
        </w:rPr>
      </w:pPr>
      <w:r w:rsidRPr="00BF3AC4">
        <w:rPr>
          <w:lang w:val="ru-RU"/>
        </w:rPr>
        <w:t>3.4.3. К установленному Договором сроку предоставить Заказчику результаты оказания Услуги, предусмотренные Договор</w:t>
      </w:r>
      <w:r w:rsidRPr="00BF3AC4">
        <w:rPr>
          <w:lang w:val="ru-RU"/>
        </w:rPr>
        <w:t>ом (результаты отдельного этапа исполнения Договора);</w:t>
      </w:r>
    </w:p>
    <w:p w:rsidR="00C31962" w:rsidRPr="00BF3AC4" w:rsidRDefault="00FF6467">
      <w:pPr>
        <w:ind w:firstLine="425"/>
        <w:jc w:val="both"/>
        <w:rPr>
          <w:lang w:val="ru-RU"/>
        </w:rPr>
      </w:pPr>
      <w:r w:rsidRPr="00BF3AC4">
        <w:rPr>
          <w:lang w:val="ru-RU"/>
        </w:rPr>
        <w:t>3.4.4. Предоставить документы, обязательные для данного вида Услуги, подтверждающие качество Услуги и оформленные в соответствии с законодательством Российской Федерации.</w:t>
      </w:r>
    </w:p>
    <w:p w:rsidR="00C31962" w:rsidRPr="00BF3AC4" w:rsidRDefault="00FF6467">
      <w:pPr>
        <w:ind w:firstLine="425"/>
        <w:jc w:val="both"/>
        <w:rPr>
          <w:lang w:val="ru-RU"/>
        </w:rPr>
      </w:pPr>
      <w:r w:rsidRPr="00BF3AC4">
        <w:rPr>
          <w:lang w:val="ru-RU"/>
        </w:rPr>
        <w:t xml:space="preserve">3.4.5. Соблюдать пропускной и </w:t>
      </w:r>
      <w:r w:rsidRPr="00BF3AC4">
        <w:rPr>
          <w:lang w:val="ru-RU"/>
        </w:rPr>
        <w:t>внутриобъектовый режим Заказчика.</w:t>
      </w:r>
    </w:p>
    <w:p w:rsidR="00C31962" w:rsidRPr="00BF3AC4" w:rsidRDefault="00FF6467">
      <w:pPr>
        <w:keepNext/>
        <w:spacing w:before="240" w:after="80"/>
        <w:jc w:val="center"/>
        <w:rPr>
          <w:lang w:val="ru-RU"/>
        </w:rPr>
      </w:pPr>
      <w:r w:rsidRPr="00BF3AC4">
        <w:rPr>
          <w:b/>
          <w:lang w:val="ru-RU"/>
        </w:rPr>
        <w:t>4. Ответственность Сторон</w:t>
      </w:r>
    </w:p>
    <w:p w:rsidR="00C31962" w:rsidRPr="00BF3AC4" w:rsidRDefault="00FF6467">
      <w:pPr>
        <w:ind w:firstLine="425"/>
        <w:jc w:val="both"/>
        <w:rPr>
          <w:lang w:val="ru-RU"/>
        </w:rPr>
      </w:pPr>
      <w:r w:rsidRPr="00BF3AC4">
        <w:rPr>
          <w:lang w:val="ru-RU"/>
        </w:rPr>
        <w:t>4.1. Стороны несут ответственность за неисполнение или ненадлежащее исполнение обязательств, предусмотренных Договором.</w:t>
      </w:r>
    </w:p>
    <w:p w:rsidR="00C31962" w:rsidRPr="00BF3AC4" w:rsidRDefault="00FF6467">
      <w:pPr>
        <w:ind w:firstLine="425"/>
        <w:jc w:val="both"/>
        <w:rPr>
          <w:lang w:val="ru-RU"/>
        </w:rPr>
      </w:pPr>
      <w:r w:rsidRPr="00BF3AC4">
        <w:rPr>
          <w:lang w:val="ru-RU"/>
        </w:rPr>
        <w:t xml:space="preserve">4.2. В случае просрочки исполнения Заказчиком обязательств, предусмотренных </w:t>
      </w:r>
      <w:r w:rsidRPr="00BF3AC4">
        <w:rPr>
          <w:lang w:val="ru-RU"/>
        </w:rPr>
        <w:t>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w:t>
      </w:r>
      <w:r w:rsidRPr="00BF3AC4">
        <w:rPr>
          <w:lang w:val="ru-RU"/>
        </w:rPr>
        <w:t>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w:t>
      </w:r>
      <w:r w:rsidRPr="00BF3AC4">
        <w:rPr>
          <w:lang w:val="ru-RU"/>
        </w:rPr>
        <w:t>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w:t>
      </w:r>
      <w:r w:rsidRPr="00BF3AC4">
        <w:rPr>
          <w:lang w:val="ru-RU"/>
        </w:rPr>
        <w:t>еделяется в порядке, установленном Правительством Российской Федерации.</w:t>
      </w:r>
    </w:p>
    <w:p w:rsidR="00C31962" w:rsidRPr="00BF3AC4" w:rsidRDefault="00FF6467">
      <w:pPr>
        <w:ind w:firstLine="425"/>
        <w:jc w:val="both"/>
        <w:rPr>
          <w:lang w:val="ru-RU"/>
        </w:rPr>
      </w:pPr>
      <w:r w:rsidRPr="00BF3AC4">
        <w:rPr>
          <w:lang w:val="ru-RU"/>
        </w:rPr>
        <w:t>4.3.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w:t>
      </w:r>
      <w:r w:rsidRPr="00BF3AC4">
        <w:rPr>
          <w:lang w:val="ru-RU"/>
        </w:rPr>
        <w:t>дусмотренных Договором, Заказчик направляет Исполнителю требование об уплате неустоек (штрафов, пеней).</w:t>
      </w:r>
    </w:p>
    <w:p w:rsidR="00C31962" w:rsidRPr="00BF3AC4" w:rsidRDefault="00FF6467">
      <w:pPr>
        <w:ind w:firstLine="425"/>
        <w:jc w:val="both"/>
        <w:rPr>
          <w:lang w:val="ru-RU"/>
        </w:rPr>
      </w:pPr>
      <w:r w:rsidRPr="00BF3AC4">
        <w:rPr>
          <w:lang w:val="ru-RU"/>
        </w:rPr>
        <w:t>4.4. Пеня начисляется за каждый день просрочки исполнения Исполнителем обязательства, предусмотренного Договором, начиная со дня, следующего после дня и</w:t>
      </w:r>
      <w:r w:rsidRPr="00BF3AC4">
        <w:rPr>
          <w:lang w:val="ru-RU"/>
        </w:rPr>
        <w:t>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w:t>
      </w:r>
      <w:r w:rsidRPr="00BF3AC4">
        <w:rPr>
          <w:lang w:val="ru-RU"/>
        </w:rPr>
        <w:t>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w:t>
      </w:r>
      <w:r w:rsidRPr="00BF3AC4">
        <w:rPr>
          <w:lang w:val="ru-RU"/>
        </w:rPr>
        <w:t xml:space="preserve"> установлен иной порядок начисления пени.</w:t>
      </w:r>
    </w:p>
    <w:p w:rsidR="00C31962" w:rsidRPr="00BF3AC4" w:rsidRDefault="00FF6467">
      <w:pPr>
        <w:ind w:firstLine="425"/>
        <w:jc w:val="both"/>
        <w:rPr>
          <w:lang w:val="ru-RU"/>
        </w:rPr>
      </w:pPr>
      <w:r w:rsidRPr="00BF3AC4">
        <w:rPr>
          <w:lang w:val="ru-RU"/>
        </w:rPr>
        <w:t>4.5.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w:t>
      </w:r>
      <w:r w:rsidRPr="00BF3AC4">
        <w:rPr>
          <w:lang w:val="ru-RU"/>
        </w:rPr>
        <w:t xml:space="preserve">змер штрафа определяется в </w:t>
      </w:r>
      <w:r w:rsidRPr="00BF3AC4">
        <w:rPr>
          <w:lang w:val="ru-RU"/>
        </w:rPr>
        <w:lastRenderedPageBreak/>
        <w:t>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31962" w:rsidRPr="00BF3AC4" w:rsidRDefault="00FF6467">
      <w:pPr>
        <w:ind w:firstLine="425"/>
        <w:jc w:val="both"/>
        <w:rPr>
          <w:lang w:val="ru-RU"/>
        </w:rPr>
      </w:pPr>
      <w:r w:rsidRPr="00BF3AC4">
        <w:rPr>
          <w:lang w:val="ru-RU"/>
        </w:rPr>
        <w:t>4.6. Сторона освобождается от уплаты неустойки (штрафа, п</w:t>
      </w:r>
      <w:r w:rsidRPr="00BF3AC4">
        <w:rPr>
          <w:lang w:val="ru-RU"/>
        </w:rPr>
        <w:t>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31962" w:rsidRPr="00BF3AC4" w:rsidRDefault="00FF6467">
      <w:pPr>
        <w:ind w:firstLine="425"/>
        <w:jc w:val="both"/>
        <w:rPr>
          <w:lang w:val="ru-RU"/>
        </w:rPr>
      </w:pPr>
      <w:r w:rsidRPr="00BF3AC4">
        <w:rPr>
          <w:lang w:val="ru-RU"/>
        </w:rPr>
        <w:t>4.7. Заказчик имеет право удержать суммы неисполненных Исполнителем требований о</w:t>
      </w:r>
      <w:r w:rsidRPr="00BF3AC4">
        <w:rPr>
          <w:lang w:val="ru-RU"/>
        </w:rPr>
        <w:t>б уплате неустоек (штрафов, пеней), предъявленных Заказчиком, из суммы, подлежащей оплате Исполнителю.</w:t>
      </w:r>
    </w:p>
    <w:p w:rsidR="00C31962" w:rsidRPr="00BF3AC4" w:rsidRDefault="00FF6467">
      <w:pPr>
        <w:ind w:firstLine="425"/>
        <w:jc w:val="both"/>
        <w:rPr>
          <w:lang w:val="ru-RU"/>
        </w:rPr>
      </w:pPr>
      <w:r w:rsidRPr="00BF3AC4">
        <w:rPr>
          <w:lang w:val="ru-RU"/>
        </w:rPr>
        <w:t>4.8. Общая сумма начисленных штрафов за неисполнение или ненадлежащее исполнение Исполнителем обязательств, предусмотренных Договором, не может превышать</w:t>
      </w:r>
      <w:r w:rsidRPr="00BF3AC4">
        <w:rPr>
          <w:lang w:val="ru-RU"/>
        </w:rPr>
        <w:t xml:space="preserve"> цену Договора.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31962" w:rsidRPr="00BF3AC4" w:rsidRDefault="00FF6467">
      <w:pPr>
        <w:keepNext/>
        <w:spacing w:before="240" w:after="80"/>
        <w:jc w:val="center"/>
        <w:rPr>
          <w:lang w:val="ru-RU"/>
        </w:rPr>
      </w:pPr>
      <w:r w:rsidRPr="00BF3AC4">
        <w:rPr>
          <w:b/>
          <w:lang w:val="ru-RU"/>
        </w:rPr>
        <w:t>5. Порядок, сроки оказания и приемки услуг</w:t>
      </w:r>
    </w:p>
    <w:p w:rsidR="00C31962" w:rsidRPr="00BF3AC4" w:rsidRDefault="00FF6467">
      <w:pPr>
        <w:ind w:firstLine="425"/>
        <w:jc w:val="both"/>
        <w:rPr>
          <w:lang w:val="ru-RU"/>
        </w:rPr>
      </w:pPr>
      <w:r w:rsidRPr="00BF3AC4">
        <w:rPr>
          <w:lang w:val="ru-RU"/>
        </w:rPr>
        <w:t>5.1. Услуга должна быть оказана в полном объеме в те</w:t>
      </w:r>
      <w:r w:rsidRPr="00BF3AC4">
        <w:rPr>
          <w:lang w:val="ru-RU"/>
        </w:rPr>
        <w:t>чение 20 (двадцати) календарных дней с даты заключения Договора. Услуга оказывается в рабочие дни в период с 10:00 до 16:00 (по местному времени Заказчика).</w:t>
      </w:r>
    </w:p>
    <w:p w:rsidR="00C31962" w:rsidRPr="00BF3AC4" w:rsidRDefault="00FF6467">
      <w:pPr>
        <w:ind w:firstLine="425"/>
        <w:jc w:val="both"/>
        <w:rPr>
          <w:lang w:val="ru-RU"/>
        </w:rPr>
      </w:pPr>
      <w:r w:rsidRPr="00BF3AC4">
        <w:rPr>
          <w:lang w:val="ru-RU"/>
        </w:rPr>
        <w:t>5.2. Датой оказания Услуги считается дата ее фактического оказания в полном объеме.</w:t>
      </w:r>
    </w:p>
    <w:p w:rsidR="00C31962" w:rsidRPr="00BF3AC4" w:rsidRDefault="00FF6467">
      <w:pPr>
        <w:ind w:firstLine="425"/>
        <w:jc w:val="both"/>
        <w:rPr>
          <w:lang w:val="ru-RU"/>
        </w:rPr>
      </w:pPr>
      <w:r w:rsidRPr="00BF3AC4">
        <w:rPr>
          <w:lang w:val="ru-RU"/>
        </w:rPr>
        <w:t>5.3. Датой прие</w:t>
      </w:r>
      <w:r w:rsidRPr="00BF3AC4">
        <w:rPr>
          <w:lang w:val="ru-RU"/>
        </w:rPr>
        <w:t>мки оказанной Услуги считается дата подписания документа о приемке Заказчиком.</w:t>
      </w:r>
    </w:p>
    <w:p w:rsidR="00C31962" w:rsidRPr="00BF3AC4" w:rsidRDefault="00FF6467">
      <w:pPr>
        <w:ind w:firstLine="425"/>
        <w:jc w:val="both"/>
        <w:rPr>
          <w:lang w:val="ru-RU"/>
        </w:rPr>
      </w:pPr>
      <w:r w:rsidRPr="00BF3AC4">
        <w:rPr>
          <w:lang w:val="ru-RU"/>
        </w:rPr>
        <w:t>5.4. Приемка оказанной Услуги оформляется документом о приемке (актом оказанных услуг или универсальным передаточным документом), который подписывается Заказчиком. Документ о пр</w:t>
      </w:r>
      <w:r w:rsidRPr="00BF3AC4">
        <w:rPr>
          <w:lang w:val="ru-RU"/>
        </w:rPr>
        <w:t>иемке оформляется без использования единой информационной системы в сфере закупок.</w:t>
      </w:r>
    </w:p>
    <w:p w:rsidR="00C31962" w:rsidRPr="00BF3AC4" w:rsidRDefault="00FF6467">
      <w:pPr>
        <w:ind w:firstLine="425"/>
        <w:jc w:val="both"/>
        <w:rPr>
          <w:lang w:val="ru-RU"/>
        </w:rPr>
      </w:pPr>
      <w:r w:rsidRPr="00BF3AC4">
        <w:rPr>
          <w:lang w:val="ru-RU"/>
        </w:rPr>
        <w:t>5.5. В срок не позднее 20 (двадцати) рабочих дней, следующих за днем поступления документа о приемке, Заказчик осуществляет одно из следующих действий:</w:t>
      </w:r>
    </w:p>
    <w:p w:rsidR="00C31962" w:rsidRPr="00BF3AC4" w:rsidRDefault="00FF6467">
      <w:pPr>
        <w:ind w:firstLine="425"/>
        <w:jc w:val="both"/>
        <w:rPr>
          <w:lang w:val="ru-RU"/>
        </w:rPr>
      </w:pPr>
      <w:r w:rsidRPr="00BF3AC4">
        <w:rPr>
          <w:lang w:val="ru-RU"/>
        </w:rPr>
        <w:t>а) подписывает докуме</w:t>
      </w:r>
      <w:r w:rsidRPr="00BF3AC4">
        <w:rPr>
          <w:lang w:val="ru-RU"/>
        </w:rPr>
        <w:t>нт о приемке;</w:t>
      </w:r>
    </w:p>
    <w:p w:rsidR="00C31962" w:rsidRPr="00BF3AC4" w:rsidRDefault="00FF6467">
      <w:pPr>
        <w:ind w:firstLine="425"/>
        <w:jc w:val="both"/>
        <w:rPr>
          <w:lang w:val="ru-RU"/>
        </w:rPr>
      </w:pPr>
      <w:r w:rsidRPr="00BF3AC4">
        <w:rPr>
          <w:lang w:val="ru-RU"/>
        </w:rPr>
        <w:t>б) подписывает отказ от подписания документа о приемке с указанием причин такого отказа.</w:t>
      </w:r>
    </w:p>
    <w:p w:rsidR="00C31962" w:rsidRPr="00BF3AC4" w:rsidRDefault="00FF6467">
      <w:pPr>
        <w:ind w:firstLine="425"/>
        <w:jc w:val="both"/>
        <w:rPr>
          <w:lang w:val="ru-RU"/>
        </w:rPr>
      </w:pPr>
      <w:r w:rsidRPr="00BF3AC4">
        <w:rPr>
          <w:lang w:val="ru-RU"/>
        </w:rPr>
        <w:t>5.6. Для проверки предоставленных Исполнителем результатов, предусмотренных Договором, в части их соответствия условиям Договора Заказчик обязан провести</w:t>
      </w:r>
      <w:r w:rsidRPr="00BF3AC4">
        <w:rPr>
          <w:lang w:val="ru-RU"/>
        </w:rPr>
        <w:t xml:space="preserve">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(договоров), заключенных в соответствии с Федеральным</w:t>
      </w:r>
      <w:r w:rsidRPr="00BF3AC4">
        <w:rPr>
          <w:lang w:val="ru-RU"/>
        </w:rPr>
        <w:t xml:space="preserve"> законом о контрактной системе.</w:t>
      </w:r>
    </w:p>
    <w:p w:rsidR="00C31962" w:rsidRPr="00BF3AC4" w:rsidRDefault="00FF6467">
      <w:pPr>
        <w:ind w:firstLine="425"/>
        <w:jc w:val="both"/>
        <w:rPr>
          <w:lang w:val="ru-RU"/>
        </w:rPr>
      </w:pPr>
      <w:r w:rsidRPr="00BF3AC4">
        <w:rPr>
          <w:lang w:val="ru-RU"/>
        </w:rPr>
        <w:t>5.7.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(отдельным этапам исполн</w:t>
      </w:r>
      <w:r w:rsidRPr="00BF3AC4">
        <w:rPr>
          <w:lang w:val="ru-RU"/>
        </w:rPr>
        <w:t>ения Договора). В случае, если по результатам такой экспертизы установлены нарушения требований Договора, не препятствующие приемке Услуги, в заключении могут содержаться предложения об устранении данных нарушений, в том числе с указанием срока их устранен</w:t>
      </w:r>
      <w:r w:rsidRPr="00BF3AC4">
        <w:rPr>
          <w:lang w:val="ru-RU"/>
        </w:rPr>
        <w:t>ия.</w:t>
      </w:r>
    </w:p>
    <w:p w:rsidR="00C31962" w:rsidRPr="00BF3AC4" w:rsidRDefault="00FF6467">
      <w:pPr>
        <w:ind w:firstLine="425"/>
        <w:jc w:val="both"/>
        <w:rPr>
          <w:lang w:val="ru-RU"/>
        </w:rPr>
      </w:pPr>
      <w:r w:rsidRPr="00BF3AC4">
        <w:rPr>
          <w:lang w:val="ru-RU"/>
        </w:rPr>
        <w:t>5.8.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(результатов отдельного этапа исполнения Договора) Заказчик должен учитыв</w:t>
      </w:r>
      <w:r w:rsidRPr="00BF3AC4">
        <w:rPr>
          <w:lang w:val="ru-RU"/>
        </w:rPr>
        <w:t>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31962" w:rsidRPr="00BF3AC4" w:rsidRDefault="00FF6467">
      <w:pPr>
        <w:ind w:firstLine="425"/>
        <w:jc w:val="both"/>
        <w:rPr>
          <w:lang w:val="ru-RU"/>
        </w:rPr>
      </w:pPr>
      <w:r w:rsidRPr="00BF3AC4">
        <w:rPr>
          <w:lang w:val="ru-RU"/>
        </w:rPr>
        <w:t>5.9. Заказчик вправе не отказывать в приемке Услуги (результатов отдельного этапа исполнения Договора) в случае в</w:t>
      </w:r>
      <w:r w:rsidRPr="00BF3AC4">
        <w:rPr>
          <w:lang w:val="ru-RU"/>
        </w:rPr>
        <w:t>ыявления несоответствия оказанной Услуги (результатов отдельного этапа исполнения Договора) условиям Договора, если выявленное несоответствие не препятствует приемке Услуги (результатов отдельного этапа исполнения Договора) и устранено Исполнителем.</w:t>
      </w:r>
    </w:p>
    <w:p w:rsidR="00C31962" w:rsidRPr="00BF3AC4" w:rsidRDefault="00FF6467">
      <w:pPr>
        <w:ind w:firstLine="425"/>
        <w:jc w:val="both"/>
        <w:rPr>
          <w:lang w:val="ru-RU"/>
        </w:rPr>
      </w:pPr>
      <w:r w:rsidRPr="00BF3AC4">
        <w:rPr>
          <w:lang w:val="ru-RU"/>
        </w:rPr>
        <w:t xml:space="preserve">5.10. </w:t>
      </w:r>
      <w:r w:rsidRPr="00BF3AC4">
        <w:rPr>
          <w:lang w:val="ru-RU"/>
        </w:rPr>
        <w:t xml:space="preserve">Исполнитель не позднее чем за 24 часа до момента оказания Услуги должен уведомить Заказчика о планируемой дате ее оказания. Сообщение должно содержать ссылку на реквизиты Договора, а также дату и планируемое время оказания Услуги. Сообщение может </w:t>
      </w:r>
      <w:r w:rsidRPr="00BF3AC4">
        <w:rPr>
          <w:lang w:val="ru-RU"/>
        </w:rPr>
        <w:lastRenderedPageBreak/>
        <w:t>быть напр</w:t>
      </w:r>
      <w:r w:rsidRPr="00BF3AC4">
        <w:rPr>
          <w:lang w:val="ru-RU"/>
        </w:rPr>
        <w:t xml:space="preserve">авлено Заказчику с использованием электронных или факсимильных средств связи. Адрес электронной почты для получения сообщений: </w:t>
      </w:r>
      <w:r>
        <w:t>lenregionhunting</w:t>
      </w:r>
      <w:r w:rsidRPr="00BF3AC4">
        <w:rPr>
          <w:lang w:val="ru-RU"/>
        </w:rPr>
        <w:t>@</w:t>
      </w:r>
      <w:r>
        <w:t>mail</w:t>
      </w:r>
      <w:r w:rsidRPr="00BF3AC4">
        <w:rPr>
          <w:lang w:val="ru-RU"/>
        </w:rPr>
        <w:t>.</w:t>
      </w:r>
      <w:r>
        <w:t>ru</w:t>
      </w:r>
      <w:r w:rsidRPr="00BF3AC4">
        <w:rPr>
          <w:lang w:val="ru-RU"/>
        </w:rPr>
        <w:t>.</w:t>
      </w:r>
    </w:p>
    <w:p w:rsidR="00C31962" w:rsidRPr="00BF3AC4" w:rsidRDefault="00FF6467">
      <w:pPr>
        <w:ind w:firstLine="425"/>
        <w:jc w:val="both"/>
        <w:rPr>
          <w:lang w:val="ru-RU"/>
        </w:rPr>
      </w:pPr>
      <w:r w:rsidRPr="00BF3AC4">
        <w:rPr>
          <w:lang w:val="ru-RU"/>
        </w:rPr>
        <w:t>5.11. Досрочное оказание Услуги допускается только по письменному согласованию с Заказчиком. В случае с</w:t>
      </w:r>
      <w:r w:rsidRPr="00BF3AC4">
        <w:rPr>
          <w:lang w:val="ru-RU"/>
        </w:rPr>
        <w:t>огласования досрочного оказания Услуги Заказчик обязуется принять Услугу в порядке, установленном Договором.</w:t>
      </w:r>
    </w:p>
    <w:p w:rsidR="00C31962" w:rsidRPr="00BF3AC4" w:rsidRDefault="00FF6467">
      <w:pPr>
        <w:ind w:firstLine="425"/>
        <w:jc w:val="both"/>
        <w:rPr>
          <w:lang w:val="ru-RU"/>
        </w:rPr>
      </w:pPr>
      <w:r w:rsidRPr="00BF3AC4">
        <w:rPr>
          <w:lang w:val="ru-RU"/>
        </w:rPr>
        <w:t>5.12. Проверка качества оказанной Услуги производится в момент ее приемки за исключением недостатков, которые могут быть выявлены в ходе использова</w:t>
      </w:r>
      <w:r w:rsidRPr="00BF3AC4">
        <w:rPr>
          <w:lang w:val="ru-RU"/>
        </w:rPr>
        <w:t>ния результатов Услуги.</w:t>
      </w:r>
    </w:p>
    <w:p w:rsidR="00C31962" w:rsidRPr="00BF3AC4" w:rsidRDefault="00FF6467">
      <w:pPr>
        <w:ind w:firstLine="425"/>
        <w:jc w:val="both"/>
        <w:rPr>
          <w:lang w:val="ru-RU"/>
        </w:rPr>
      </w:pPr>
      <w:r w:rsidRPr="00BF3AC4">
        <w:rPr>
          <w:lang w:val="ru-RU"/>
        </w:rPr>
        <w:t>5.13. Недостатки Услуги, выявленные после приемки оказанной Услуги, влекут те же последствия, что и выявленные в момент ее приемки.</w:t>
      </w:r>
    </w:p>
    <w:p w:rsidR="00C31962" w:rsidRPr="00BF3AC4" w:rsidRDefault="00FF6467">
      <w:pPr>
        <w:ind w:firstLine="425"/>
        <w:jc w:val="both"/>
        <w:rPr>
          <w:lang w:val="ru-RU"/>
        </w:rPr>
      </w:pPr>
      <w:r w:rsidRPr="00BF3AC4">
        <w:rPr>
          <w:lang w:val="ru-RU"/>
        </w:rPr>
        <w:t xml:space="preserve">5.14. Исполнитель гарантирует качество и безопасность оказываемой Услуги в соответствии с </w:t>
      </w:r>
      <w:r w:rsidRPr="00BF3AC4">
        <w:rPr>
          <w:lang w:val="ru-RU"/>
        </w:rPr>
        <w:t>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Услуги в соответствии с нормативными правовыми актами, д</w:t>
      </w:r>
      <w:r w:rsidRPr="00BF3AC4">
        <w:rPr>
          <w:lang w:val="ru-RU"/>
        </w:rPr>
        <w:t>ействующими на территории Российской Федерации на дату оказания и приемки Услуги (каждого этапа оказания Услуги).</w:t>
      </w:r>
    </w:p>
    <w:p w:rsidR="00C31962" w:rsidRPr="00BF3AC4" w:rsidRDefault="00FF6467">
      <w:pPr>
        <w:ind w:firstLine="425"/>
        <w:jc w:val="both"/>
        <w:rPr>
          <w:lang w:val="ru-RU"/>
        </w:rPr>
      </w:pPr>
      <w:r w:rsidRPr="00BF3AC4">
        <w:rPr>
          <w:lang w:val="ru-RU"/>
        </w:rPr>
        <w:t>5.15. Место оказания Услуги: г. Санкт-Петербург, ул. Смольного, д. 3.</w:t>
      </w:r>
    </w:p>
    <w:p w:rsidR="00C31962" w:rsidRPr="00BF3AC4" w:rsidRDefault="00FF6467">
      <w:pPr>
        <w:keepNext/>
        <w:spacing w:before="240" w:after="80"/>
        <w:jc w:val="center"/>
        <w:rPr>
          <w:lang w:val="ru-RU"/>
        </w:rPr>
      </w:pPr>
      <w:r w:rsidRPr="00BF3AC4">
        <w:rPr>
          <w:b/>
          <w:lang w:val="ru-RU"/>
        </w:rPr>
        <w:t>6. Расторжение и изменение Договора</w:t>
      </w:r>
    </w:p>
    <w:p w:rsidR="00C31962" w:rsidRPr="00BF3AC4" w:rsidRDefault="00FF6467">
      <w:pPr>
        <w:ind w:firstLine="425"/>
        <w:jc w:val="both"/>
        <w:rPr>
          <w:lang w:val="ru-RU"/>
        </w:rPr>
      </w:pPr>
      <w:r w:rsidRPr="00BF3AC4">
        <w:rPr>
          <w:lang w:val="ru-RU"/>
        </w:rPr>
        <w:t>6.1. Расторжение Договора допускаетс</w:t>
      </w:r>
      <w:r w:rsidRPr="00BF3AC4">
        <w:rPr>
          <w:lang w:val="ru-RU"/>
        </w:rPr>
        <w:t>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31962" w:rsidRPr="00BF3AC4" w:rsidRDefault="00FF6467">
      <w:pPr>
        <w:ind w:firstLine="425"/>
        <w:jc w:val="both"/>
        <w:rPr>
          <w:lang w:val="ru-RU"/>
        </w:rPr>
      </w:pPr>
      <w:r w:rsidRPr="00BF3AC4">
        <w:rPr>
          <w:lang w:val="ru-RU"/>
        </w:rPr>
        <w:t>6.2. Заказчик вправе принять решение об одностороннем отказе от исполнения Договора по основания</w:t>
      </w:r>
      <w:r w:rsidRPr="00BF3AC4">
        <w:rPr>
          <w:lang w:val="ru-RU"/>
        </w:rPr>
        <w:t>м, предусмотренным Гражданским кодексом Российской Федерации для одностороннего отказа от исполнения отдельных видов обязательств.</w:t>
      </w:r>
    </w:p>
    <w:p w:rsidR="00C31962" w:rsidRPr="00BF3AC4" w:rsidRDefault="00FF6467">
      <w:pPr>
        <w:ind w:firstLine="425"/>
        <w:jc w:val="both"/>
        <w:rPr>
          <w:lang w:val="ru-RU"/>
        </w:rPr>
      </w:pPr>
      <w:r w:rsidRPr="00BF3AC4">
        <w:rPr>
          <w:lang w:val="ru-RU"/>
        </w:rPr>
        <w:t>6.3. Заказчик вправе провести экспертизу оказанной Услуги с привлечением экспертов, экспертных организаций до принятия решени</w:t>
      </w:r>
      <w:r w:rsidRPr="00BF3AC4">
        <w:rPr>
          <w:lang w:val="ru-RU"/>
        </w:rPr>
        <w:t>я об одностороннем отказе от исполнения Договора.</w:t>
      </w:r>
    </w:p>
    <w:p w:rsidR="00C31962" w:rsidRPr="00BF3AC4" w:rsidRDefault="00FF6467">
      <w:pPr>
        <w:ind w:firstLine="425"/>
        <w:jc w:val="both"/>
        <w:rPr>
          <w:lang w:val="ru-RU"/>
        </w:rPr>
      </w:pPr>
      <w:r w:rsidRPr="00BF3AC4">
        <w:rPr>
          <w:lang w:val="ru-RU"/>
        </w:rPr>
        <w:t>6.4.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w:t>
      </w:r>
      <w:r w:rsidRPr="00BF3AC4">
        <w:rPr>
          <w:lang w:val="ru-RU"/>
        </w:rPr>
        <w:t>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C31962" w:rsidRPr="00BF3AC4" w:rsidRDefault="00FF6467">
      <w:pPr>
        <w:ind w:firstLine="425"/>
        <w:jc w:val="both"/>
        <w:rPr>
          <w:lang w:val="ru-RU"/>
        </w:rPr>
      </w:pPr>
      <w:r w:rsidRPr="00BF3AC4">
        <w:rPr>
          <w:lang w:val="ru-RU"/>
        </w:rPr>
        <w:t>6.5. В случае принятия За</w:t>
      </w:r>
      <w:r w:rsidRPr="00BF3AC4">
        <w:rPr>
          <w:lang w:val="ru-RU"/>
        </w:rPr>
        <w:t>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w:t>
      </w:r>
      <w:r w:rsidRPr="00BF3AC4">
        <w:rPr>
          <w:lang w:val="ru-RU"/>
        </w:rPr>
        <w:t>сполнителя, указанному в Договоре, и считается надлежащим уведомлением Исполнителя об одностороннем отказе от исполнения Договора. Датой такого надлежащего уведомления считается:</w:t>
      </w:r>
    </w:p>
    <w:p w:rsidR="00C31962" w:rsidRPr="00BF3AC4" w:rsidRDefault="00FF6467">
      <w:pPr>
        <w:ind w:firstLine="425"/>
        <w:jc w:val="both"/>
        <w:rPr>
          <w:lang w:val="ru-RU"/>
        </w:rPr>
      </w:pPr>
      <w:r w:rsidRPr="00BF3AC4">
        <w:rPr>
          <w:lang w:val="ru-RU"/>
        </w:rPr>
        <w:t>а) дата, указанная лицом, имеющим право действовать от имени Исполнителя, в р</w:t>
      </w:r>
      <w:r w:rsidRPr="00BF3AC4">
        <w:rPr>
          <w:lang w:val="ru-RU"/>
        </w:rPr>
        <w:t>асписке о получении решения об одностороннем отказе от исполнения Договора (в случае передачи такого решения лицу, имеющему право действовать от имени Исполнителя, лично под расписку);</w:t>
      </w:r>
    </w:p>
    <w:p w:rsidR="00C31962" w:rsidRPr="00BF3AC4" w:rsidRDefault="00FF6467">
      <w:pPr>
        <w:ind w:firstLine="425"/>
        <w:jc w:val="both"/>
        <w:rPr>
          <w:lang w:val="ru-RU"/>
        </w:rPr>
      </w:pPr>
      <w:r w:rsidRPr="00BF3AC4">
        <w:rPr>
          <w:lang w:val="ru-RU"/>
        </w:rPr>
        <w:t>б) дата получения Заказчиком подтверждения о вручении Исполнителю заказ</w:t>
      </w:r>
      <w:r w:rsidRPr="00BF3AC4">
        <w:rPr>
          <w:lang w:val="ru-RU"/>
        </w:rPr>
        <w:t>ного письма, предусмотренного настоящим пунктом Договора, либо дата получения Заказчиком информации об отсутствии Исполнителя по адресу, указанному в Договоре, информации о возврате такого письма по истечении срока хранения (в случае направления решения об</w:t>
      </w:r>
      <w:r w:rsidRPr="00BF3AC4">
        <w:rPr>
          <w:lang w:val="ru-RU"/>
        </w:rPr>
        <w:t xml:space="preserve"> одностороннем отказе от исполнения Договора заказным письмом).</w:t>
      </w:r>
    </w:p>
    <w:p w:rsidR="00C31962" w:rsidRPr="00BF3AC4" w:rsidRDefault="00FF6467">
      <w:pPr>
        <w:ind w:firstLine="425"/>
        <w:jc w:val="both"/>
        <w:rPr>
          <w:lang w:val="ru-RU"/>
        </w:rPr>
      </w:pPr>
      <w:r w:rsidRPr="00BF3AC4">
        <w:rPr>
          <w:lang w:val="ru-RU"/>
        </w:rPr>
        <w:t>6.6.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w:t>
      </w:r>
      <w:r w:rsidRPr="00BF3AC4">
        <w:rPr>
          <w:lang w:val="ru-RU"/>
        </w:rPr>
        <w:t>б одностороннем отказе от исполнения Договора.</w:t>
      </w:r>
    </w:p>
    <w:p w:rsidR="00C31962" w:rsidRPr="00BF3AC4" w:rsidRDefault="00FF6467">
      <w:pPr>
        <w:ind w:firstLine="425"/>
        <w:jc w:val="both"/>
        <w:rPr>
          <w:lang w:val="ru-RU"/>
        </w:rPr>
      </w:pPr>
      <w:r w:rsidRPr="00BF3AC4">
        <w:rPr>
          <w:lang w:val="ru-RU"/>
        </w:rPr>
        <w:t xml:space="preserve">6.7.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BF3AC4">
        <w:rPr>
          <w:lang w:val="ru-RU"/>
        </w:rPr>
        <w:lastRenderedPageBreak/>
        <w:t>Исполнителя о принятом решении об о</w:t>
      </w:r>
      <w:r w:rsidRPr="00BF3AC4">
        <w:rPr>
          <w:lang w:val="ru-RU"/>
        </w:rPr>
        <w:t>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w:t>
      </w:r>
      <w:r w:rsidRPr="00BF3AC4">
        <w:rPr>
          <w:lang w:val="ru-RU"/>
        </w:rPr>
        <w:t>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31962" w:rsidRPr="00BF3AC4" w:rsidRDefault="00FF6467">
      <w:pPr>
        <w:ind w:firstLine="425"/>
        <w:jc w:val="both"/>
        <w:rPr>
          <w:lang w:val="ru-RU"/>
        </w:rPr>
      </w:pPr>
      <w:r w:rsidRPr="00BF3AC4">
        <w:rPr>
          <w:lang w:val="ru-RU"/>
        </w:rPr>
        <w:t>6.8. В случае отмены Заказчиком не вступившего в силу решения об одностороннем отк</w:t>
      </w:r>
      <w:r w:rsidRPr="00BF3AC4">
        <w:rPr>
          <w:lang w:val="ru-RU"/>
        </w:rPr>
        <w:t>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почте заказным письмом с уведомлением о вруч</w:t>
      </w:r>
      <w:r w:rsidRPr="00BF3AC4">
        <w:rPr>
          <w:lang w:val="ru-RU"/>
        </w:rPr>
        <w:t>ении по адресу Исполнителя, указанному в Договоре, уведомление об отмене решения об одностороннем отказе от исполнения Договора.</w:t>
      </w:r>
    </w:p>
    <w:p w:rsidR="00C31962" w:rsidRPr="00BF3AC4" w:rsidRDefault="00FF6467">
      <w:pPr>
        <w:ind w:firstLine="425"/>
        <w:jc w:val="both"/>
        <w:rPr>
          <w:lang w:val="ru-RU"/>
        </w:rPr>
      </w:pPr>
      <w:r w:rsidRPr="00BF3AC4">
        <w:rPr>
          <w:lang w:val="ru-RU"/>
        </w:rPr>
        <w:t>6.9. Исполнитель вправе принять решение об одностороннем отказе от исполнения Договора по основаниям, предусмотренным Гражданск</w:t>
      </w:r>
      <w:r w:rsidRPr="00BF3AC4">
        <w:rPr>
          <w:lang w:val="ru-RU"/>
        </w:rPr>
        <w:t>им кодексом Российской Федерации для одностороннего отказа от исполнения отдельных видов обязательств.</w:t>
      </w:r>
    </w:p>
    <w:p w:rsidR="00C31962" w:rsidRPr="00BF3AC4" w:rsidRDefault="00FF6467">
      <w:pPr>
        <w:ind w:firstLine="425"/>
        <w:jc w:val="both"/>
        <w:rPr>
          <w:lang w:val="ru-RU"/>
        </w:rPr>
      </w:pPr>
      <w:r w:rsidRPr="00BF3AC4">
        <w:rPr>
          <w:lang w:val="ru-RU"/>
        </w:rPr>
        <w:t>6.10. В случае принятия Исполнителем решения об одностороннем отказе от исполнения Договора, такое решение передается лицу, имеющему право действовать от</w:t>
      </w:r>
      <w:r w:rsidRPr="00BF3AC4">
        <w:rPr>
          <w:lang w:val="ru-RU"/>
        </w:rPr>
        <w:t xml:space="preserve">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и считается надлежащим уведомлением Заказчика об одностороннем отказе от исполнения Договора. Дат</w:t>
      </w:r>
      <w:r w:rsidRPr="00BF3AC4">
        <w:rPr>
          <w:lang w:val="ru-RU"/>
        </w:rPr>
        <w:t>ой такого надлежащего уведомления считается:</w:t>
      </w:r>
    </w:p>
    <w:p w:rsidR="00C31962" w:rsidRPr="00BF3AC4" w:rsidRDefault="00FF6467">
      <w:pPr>
        <w:ind w:firstLine="425"/>
        <w:jc w:val="both"/>
        <w:rPr>
          <w:lang w:val="ru-RU"/>
        </w:rPr>
      </w:pPr>
      <w:r w:rsidRPr="00BF3AC4">
        <w:rPr>
          <w:lang w:val="ru-RU"/>
        </w:rPr>
        <w:t>а)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w:t>
      </w:r>
      <w:r w:rsidRPr="00BF3AC4">
        <w:rPr>
          <w:lang w:val="ru-RU"/>
        </w:rPr>
        <w:t>овать от имени Заказчика, лично под расписку);</w:t>
      </w:r>
    </w:p>
    <w:p w:rsidR="00C31962" w:rsidRPr="00BF3AC4" w:rsidRDefault="00FF6467">
      <w:pPr>
        <w:ind w:firstLine="425"/>
        <w:jc w:val="both"/>
        <w:rPr>
          <w:lang w:val="ru-RU"/>
        </w:rPr>
      </w:pPr>
      <w:r w:rsidRPr="00BF3AC4">
        <w:rPr>
          <w:lang w:val="ru-RU"/>
        </w:rPr>
        <w:t>б) дата получения Исполнителем подтверждения о вручении Заказчику заказного письма, предусмотренного настоящим пунктом Договора, либо дата получения Исполнителем информации об отсутствии Заказчика по адресу, у</w:t>
      </w:r>
      <w:r w:rsidRPr="00BF3AC4">
        <w:rPr>
          <w:lang w:val="ru-RU"/>
        </w:rPr>
        <w:t>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rsidR="00C31962" w:rsidRPr="00BF3AC4" w:rsidRDefault="00FF6467">
      <w:pPr>
        <w:ind w:firstLine="425"/>
        <w:jc w:val="both"/>
        <w:rPr>
          <w:lang w:val="ru-RU"/>
        </w:rPr>
      </w:pPr>
      <w:r w:rsidRPr="00BF3AC4">
        <w:rPr>
          <w:lang w:val="ru-RU"/>
        </w:rPr>
        <w:t>6.11. Решение Исполнителя об одностороннем отказе от исполнения Договора в</w:t>
      </w:r>
      <w:r w:rsidRPr="00BF3AC4">
        <w:rPr>
          <w:lang w:val="ru-RU"/>
        </w:rPr>
        <w:t>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C31962" w:rsidRPr="00BF3AC4" w:rsidRDefault="00FF6467">
      <w:pPr>
        <w:ind w:firstLine="425"/>
        <w:jc w:val="both"/>
        <w:rPr>
          <w:lang w:val="ru-RU"/>
        </w:rPr>
      </w:pPr>
      <w:r w:rsidRPr="00BF3AC4">
        <w:rPr>
          <w:lang w:val="ru-RU"/>
        </w:rPr>
        <w:t>6.12. Исполнитель обязан отменить не вступившее в силу решение об одностороннем отказе о</w:t>
      </w:r>
      <w:r w:rsidRPr="00BF3AC4">
        <w:rPr>
          <w:lang w:val="ru-RU"/>
        </w:rPr>
        <w:t>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w:t>
      </w:r>
      <w:r w:rsidRPr="00BF3AC4">
        <w:rPr>
          <w:lang w:val="ru-RU"/>
        </w:rPr>
        <w:t>ия.</w:t>
      </w:r>
    </w:p>
    <w:p w:rsidR="00C31962" w:rsidRPr="00BF3AC4" w:rsidRDefault="00FF6467">
      <w:pPr>
        <w:ind w:firstLine="425"/>
        <w:jc w:val="both"/>
        <w:rPr>
          <w:lang w:val="ru-RU"/>
        </w:rPr>
      </w:pPr>
      <w:r w:rsidRPr="00BF3AC4">
        <w:rPr>
          <w:lang w:val="ru-RU"/>
        </w:rPr>
        <w:t>6.13.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w:t>
      </w:r>
      <w:r w:rsidRPr="00BF3AC4">
        <w:rPr>
          <w:lang w:val="ru-RU"/>
        </w:rPr>
        <w:t>ися основанием для принятия решения об одностороннем отказе от исполнения Договора.</w:t>
      </w:r>
    </w:p>
    <w:p w:rsidR="00C31962" w:rsidRPr="00BF3AC4" w:rsidRDefault="00FF6467">
      <w:pPr>
        <w:ind w:firstLine="425"/>
        <w:jc w:val="both"/>
        <w:rPr>
          <w:lang w:val="ru-RU"/>
        </w:rPr>
      </w:pPr>
      <w:r w:rsidRPr="00BF3AC4">
        <w:rPr>
          <w:lang w:val="ru-RU"/>
        </w:rPr>
        <w:t>6.14.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ч. 1 ст. 95 Фед</w:t>
      </w:r>
      <w:r w:rsidRPr="00BF3AC4">
        <w:rPr>
          <w:lang w:val="ru-RU"/>
        </w:rPr>
        <w:t>ерального закона о контрактной системе.</w:t>
      </w:r>
    </w:p>
    <w:p w:rsidR="00C31962" w:rsidRPr="00BF3AC4" w:rsidRDefault="00FF6467">
      <w:pPr>
        <w:ind w:firstLine="425"/>
        <w:jc w:val="both"/>
        <w:rPr>
          <w:lang w:val="ru-RU"/>
        </w:rPr>
      </w:pPr>
      <w:r w:rsidRPr="00BF3AC4">
        <w:rPr>
          <w:lang w:val="ru-RU"/>
        </w:rPr>
        <w:t>6.15. В случаях, предусмотренных пунктом 6 статьи 161 Бюджетного кодекса Российской Федерации, при уменьшении ранее доведенных до Заказчика лимитов бюджетных обязательств допускается изменение существенных условий на</w:t>
      </w:r>
      <w:r w:rsidRPr="00BF3AC4">
        <w:rPr>
          <w:lang w:val="ru-RU"/>
        </w:rPr>
        <w:t>стоящего Договора при его исполнении по соглашению Сторон. При этом Заказчик в ходе исполнения Договора обеспечивает согласование новых условий Договора, в том числе цены и (или) сроков исполнения Договора и (или) объема предоставляемой Услуги, предусмотре</w:t>
      </w:r>
      <w:r w:rsidRPr="00BF3AC4">
        <w:rPr>
          <w:lang w:val="ru-RU"/>
        </w:rPr>
        <w:t>нных Договором.</w:t>
      </w:r>
    </w:p>
    <w:p w:rsidR="00C31962" w:rsidRPr="00BF3AC4" w:rsidRDefault="00FF6467">
      <w:pPr>
        <w:keepNext/>
        <w:spacing w:before="240" w:after="80"/>
        <w:jc w:val="center"/>
        <w:rPr>
          <w:lang w:val="ru-RU"/>
        </w:rPr>
      </w:pPr>
      <w:r w:rsidRPr="00BF3AC4">
        <w:rPr>
          <w:b/>
          <w:lang w:val="ru-RU"/>
        </w:rPr>
        <w:lastRenderedPageBreak/>
        <w:t>7. Срок действия Договора</w:t>
      </w:r>
    </w:p>
    <w:p w:rsidR="00C31962" w:rsidRPr="00BF3AC4" w:rsidRDefault="00FF6467">
      <w:pPr>
        <w:ind w:firstLine="425"/>
        <w:jc w:val="both"/>
        <w:rPr>
          <w:lang w:val="ru-RU"/>
        </w:rPr>
      </w:pPr>
      <w:r w:rsidRPr="00BF3AC4">
        <w:rPr>
          <w:lang w:val="ru-RU"/>
        </w:rPr>
        <w:t>7.1. Договор вступает в силу с момента его подписания Сторонами и действует до 31.12.2026 г. (включительно), а в части оплаты, применения мер ответственности и совершения иных действий в случае нарушения Исполнител</w:t>
      </w:r>
      <w:r w:rsidRPr="00BF3AC4">
        <w:rPr>
          <w:lang w:val="ru-RU"/>
        </w:rPr>
        <w:t>ем или Заказчиком условий Договора — до полного их завершения.</w:t>
      </w:r>
    </w:p>
    <w:p w:rsidR="00C31962" w:rsidRPr="00BF3AC4" w:rsidRDefault="00FF6467">
      <w:pPr>
        <w:keepNext/>
        <w:spacing w:before="240" w:after="80"/>
        <w:jc w:val="center"/>
        <w:rPr>
          <w:lang w:val="ru-RU"/>
        </w:rPr>
      </w:pPr>
      <w:r w:rsidRPr="00BF3AC4">
        <w:rPr>
          <w:b/>
          <w:lang w:val="ru-RU"/>
        </w:rPr>
        <w:t>8. Обстоятельства непреодолимой силы</w:t>
      </w:r>
    </w:p>
    <w:p w:rsidR="00C31962" w:rsidRPr="00BF3AC4" w:rsidRDefault="00FF6467">
      <w:pPr>
        <w:ind w:firstLine="425"/>
        <w:jc w:val="both"/>
        <w:rPr>
          <w:lang w:val="ru-RU"/>
        </w:rPr>
      </w:pPr>
      <w:r w:rsidRPr="00BF3AC4">
        <w:rPr>
          <w:lang w:val="ru-RU"/>
        </w:rPr>
        <w:t>8.1.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w:t>
      </w:r>
      <w:r w:rsidRPr="00BF3AC4">
        <w:rPr>
          <w:lang w:val="ru-RU"/>
        </w:rPr>
        <w:t>одолимой силы (форс-мажор). В частности,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w:t>
      </w:r>
      <w:r w:rsidRPr="00BF3AC4">
        <w:rPr>
          <w:lang w:val="ru-RU"/>
        </w:rPr>
        <w:t>,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обстоятельства.</w:t>
      </w:r>
    </w:p>
    <w:p w:rsidR="00C31962" w:rsidRPr="00BF3AC4" w:rsidRDefault="00FF6467">
      <w:pPr>
        <w:ind w:firstLine="425"/>
        <w:jc w:val="both"/>
        <w:rPr>
          <w:lang w:val="ru-RU"/>
        </w:rPr>
      </w:pPr>
      <w:r w:rsidRPr="00BF3AC4">
        <w:rPr>
          <w:lang w:val="ru-RU"/>
        </w:rPr>
        <w:t>8.2. Сторона, для которой создалась невозможность выполн</w:t>
      </w:r>
      <w:r w:rsidRPr="00BF3AC4">
        <w:rPr>
          <w:lang w:val="ru-RU"/>
        </w:rPr>
        <w:t>ения обязательств по Договору, обязана немедленно (в течение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w:t>
      </w:r>
      <w:r w:rsidRPr="00BF3AC4">
        <w:rPr>
          <w:lang w:val="ru-RU"/>
        </w:rPr>
        <w:t>х в будущем.</w:t>
      </w:r>
    </w:p>
    <w:p w:rsidR="00C31962" w:rsidRPr="00BF3AC4" w:rsidRDefault="00FF6467">
      <w:pPr>
        <w:ind w:firstLine="425"/>
        <w:jc w:val="both"/>
        <w:rPr>
          <w:lang w:val="ru-RU"/>
        </w:rPr>
      </w:pPr>
      <w:r w:rsidRPr="00BF3AC4">
        <w:rPr>
          <w:lang w:val="ru-RU"/>
        </w:rPr>
        <w:t>8.3. Обязанность доказать наличие обстоятельств непреодолимой силы лежит на Стороне Договора, не выполнившей свои обязательства по Договору.</w:t>
      </w:r>
    </w:p>
    <w:p w:rsidR="00C31962" w:rsidRPr="00BF3AC4" w:rsidRDefault="00FF6467">
      <w:pPr>
        <w:ind w:firstLine="425"/>
        <w:jc w:val="both"/>
        <w:rPr>
          <w:lang w:val="ru-RU"/>
        </w:rPr>
      </w:pPr>
      <w:r w:rsidRPr="00BF3AC4">
        <w:rPr>
          <w:lang w:val="ru-RU"/>
        </w:rPr>
        <w:t xml:space="preserve">8.4. Если обстоятельства и их последствия будут длиться более одного месяца, то Стороны вправе </w:t>
      </w:r>
      <w:r w:rsidRPr="00BF3AC4">
        <w:rPr>
          <w:lang w:val="ru-RU"/>
        </w:rPr>
        <w:t>расторгнуть Договор. В этом случае ни одна из Сторон не имеет права потребовать от другой Стороны возмещения убытков.</w:t>
      </w:r>
    </w:p>
    <w:p w:rsidR="00C31962" w:rsidRPr="00BF3AC4" w:rsidRDefault="00FF6467">
      <w:pPr>
        <w:keepNext/>
        <w:spacing w:before="240" w:after="80"/>
        <w:jc w:val="center"/>
        <w:rPr>
          <w:lang w:val="ru-RU"/>
        </w:rPr>
      </w:pPr>
      <w:r w:rsidRPr="00BF3AC4">
        <w:rPr>
          <w:b/>
          <w:lang w:val="ru-RU"/>
        </w:rPr>
        <w:t>9. Прочие положения</w:t>
      </w:r>
    </w:p>
    <w:p w:rsidR="00C31962" w:rsidRPr="00BF3AC4" w:rsidRDefault="00FF6467">
      <w:pPr>
        <w:ind w:firstLine="425"/>
        <w:jc w:val="both"/>
        <w:rPr>
          <w:lang w:val="ru-RU"/>
        </w:rPr>
      </w:pPr>
      <w:r w:rsidRPr="00BF3AC4">
        <w:rPr>
          <w:lang w:val="ru-RU"/>
        </w:rPr>
        <w:t xml:space="preserve">9.1. Договор заключен в электронной форме (либо письменно в двух экземплярах, имеющих равную юридическую силу, по </w:t>
      </w:r>
      <w:r w:rsidRPr="00BF3AC4">
        <w:rPr>
          <w:lang w:val="ru-RU"/>
        </w:rPr>
        <w:t>одному для каждой из Сторон). Все приложения к Договору являются его неотъемлемой частью. К Договору прилагается: Приложение № 1 «Спецификация».</w:t>
      </w:r>
    </w:p>
    <w:p w:rsidR="00C31962" w:rsidRPr="00BF3AC4" w:rsidRDefault="00FF6467">
      <w:pPr>
        <w:ind w:firstLine="425"/>
        <w:jc w:val="both"/>
        <w:rPr>
          <w:lang w:val="ru-RU"/>
        </w:rPr>
      </w:pPr>
      <w:r w:rsidRPr="00BF3AC4">
        <w:rPr>
          <w:lang w:val="ru-RU"/>
        </w:rPr>
        <w:t>9.2. В случае изменения у Стороны наименования, адреса или банковских реквизитов Сторона письменно уведомляет о</w:t>
      </w:r>
      <w:r w:rsidRPr="00BF3AC4">
        <w:rPr>
          <w:lang w:val="ru-RU"/>
        </w:rPr>
        <w:t>б этом другую Сторону в течение 3 (трех) дней со дня таких изменений посредством направления соответствующего уведомления.</w:t>
      </w:r>
    </w:p>
    <w:p w:rsidR="00C31962" w:rsidRPr="00BF3AC4" w:rsidRDefault="00FF6467">
      <w:pPr>
        <w:ind w:firstLine="425"/>
        <w:jc w:val="both"/>
        <w:rPr>
          <w:lang w:val="ru-RU"/>
        </w:rPr>
      </w:pPr>
      <w:r w:rsidRPr="00BF3AC4">
        <w:rPr>
          <w:lang w:val="ru-RU"/>
        </w:rPr>
        <w:t>9.3. При исполнении Договора не допускается перемена Исполнителя, за исключением случая, если новый исполнитель является правопреемни</w:t>
      </w:r>
      <w:r w:rsidRPr="00BF3AC4">
        <w:rPr>
          <w:lang w:val="ru-RU"/>
        </w:rPr>
        <w:t>ком Исполнителя по Договору вследствие реорганизации юридического лица в форме преобразования, слияния или присоединения.</w:t>
      </w:r>
    </w:p>
    <w:p w:rsidR="00C31962" w:rsidRPr="00BF3AC4" w:rsidRDefault="00FF6467">
      <w:pPr>
        <w:ind w:firstLine="425"/>
        <w:jc w:val="both"/>
        <w:rPr>
          <w:lang w:val="ru-RU"/>
        </w:rPr>
      </w:pPr>
      <w:r w:rsidRPr="00BF3AC4">
        <w:rPr>
          <w:lang w:val="ru-RU"/>
        </w:rPr>
        <w:t>9.4. В случае перемены Заказчика права и обязанности Заказчика, предусмотренные Договором, переходят к новому Заказчику.</w:t>
      </w:r>
    </w:p>
    <w:p w:rsidR="00C31962" w:rsidRPr="00BF3AC4" w:rsidRDefault="00FF6467">
      <w:pPr>
        <w:ind w:firstLine="425"/>
        <w:jc w:val="both"/>
        <w:rPr>
          <w:lang w:val="ru-RU"/>
        </w:rPr>
      </w:pPr>
      <w:r w:rsidRPr="00BF3AC4">
        <w:rPr>
          <w:lang w:val="ru-RU"/>
        </w:rPr>
        <w:t xml:space="preserve">9.5. Споры и </w:t>
      </w:r>
      <w:r w:rsidRPr="00BF3AC4">
        <w:rPr>
          <w:lang w:val="ru-RU"/>
        </w:rPr>
        <w:t>разногласия, возникающие между Сторонами, будут разрешаться путем переговоров.</w:t>
      </w:r>
    </w:p>
    <w:p w:rsidR="00C31962" w:rsidRPr="00BF3AC4" w:rsidRDefault="00FF6467">
      <w:pPr>
        <w:ind w:firstLine="425"/>
        <w:jc w:val="both"/>
        <w:rPr>
          <w:lang w:val="ru-RU"/>
        </w:rPr>
      </w:pPr>
      <w:r w:rsidRPr="00BF3AC4">
        <w:rPr>
          <w:lang w:val="ru-RU"/>
        </w:rPr>
        <w:t>9.6. При неурегулировании в процессе переговоров спорных вопросов споры, возникающие из Договора, подлежат рассмотрению в соответствии с действующим законодательством Российской</w:t>
      </w:r>
      <w:r w:rsidRPr="00BF3AC4">
        <w:rPr>
          <w:lang w:val="ru-RU"/>
        </w:rPr>
        <w:t xml:space="preserve"> Федерации в Арбитражном суде города Санкт-Петербурга и Ленинградской области.</w:t>
      </w:r>
    </w:p>
    <w:p w:rsidR="00C31962" w:rsidRPr="00BF3AC4" w:rsidRDefault="00FF6467">
      <w:pPr>
        <w:ind w:firstLine="425"/>
        <w:jc w:val="both"/>
        <w:rPr>
          <w:lang w:val="ru-RU"/>
        </w:rPr>
      </w:pPr>
      <w:r w:rsidRPr="00BF3AC4">
        <w:rPr>
          <w:lang w:val="ru-RU"/>
        </w:rPr>
        <w:t>9.7. Во всем, что не предусмотрено Договором, Стороны руководствуются законодательством Российской Федерации.</w:t>
      </w:r>
    </w:p>
    <w:p w:rsidR="00C31962" w:rsidRPr="00BF3AC4" w:rsidRDefault="00FF6467">
      <w:pPr>
        <w:rPr>
          <w:lang w:val="ru-RU"/>
        </w:rPr>
      </w:pPr>
      <w:r w:rsidRPr="00BF3AC4">
        <w:rPr>
          <w:lang w:val="ru-RU"/>
        </w:rPr>
        <w:br w:type="page"/>
      </w:r>
    </w:p>
    <w:p w:rsidR="00C31962" w:rsidRPr="00BF3AC4" w:rsidRDefault="00FF6467">
      <w:pPr>
        <w:keepNext/>
        <w:spacing w:before="240" w:after="80"/>
        <w:jc w:val="center"/>
        <w:rPr>
          <w:lang w:val="ru-RU"/>
        </w:rPr>
      </w:pPr>
      <w:r w:rsidRPr="00BF3AC4">
        <w:rPr>
          <w:b/>
          <w:lang w:val="ru-RU"/>
        </w:rPr>
        <w:lastRenderedPageBreak/>
        <w:t>10. Адреса, банковские реквизиты и подписи Сторон</w:t>
      </w:r>
    </w:p>
    <w:tbl>
      <w:tblPr>
        <w:tblStyle w:val="aff0"/>
        <w:tblW w:w="0" w:type="auto"/>
        <w:jc w:val="center"/>
        <w:tblLayout w:type="fixed"/>
        <w:tblLook w:val="04A0" w:firstRow="1" w:lastRow="0" w:firstColumn="1" w:lastColumn="0" w:noHBand="0" w:noVBand="1"/>
      </w:tblPr>
      <w:tblGrid>
        <w:gridCol w:w="4961"/>
        <w:gridCol w:w="4961"/>
      </w:tblGrid>
      <w:tr w:rsidR="00C31962">
        <w:trPr>
          <w:cantSplit/>
          <w:jc w:val="center"/>
        </w:trPr>
        <w:tc>
          <w:tcPr>
            <w:tcW w:w="4961" w:type="dxa"/>
            <w:tcMar>
              <w:top w:w="55" w:type="dxa"/>
              <w:left w:w="55" w:type="dxa"/>
              <w:bottom w:w="55" w:type="dxa"/>
              <w:right w:w="55" w:type="dxa"/>
            </w:tcMar>
            <w:vAlign w:val="center"/>
          </w:tcPr>
          <w:p w:rsidR="00C31962" w:rsidRDefault="00FF6467">
            <w:r>
              <w:rPr>
                <w:b/>
              </w:rPr>
              <w:t>Заказчик:</w:t>
            </w:r>
          </w:p>
        </w:tc>
        <w:tc>
          <w:tcPr>
            <w:tcW w:w="4961" w:type="dxa"/>
            <w:tcMar>
              <w:top w:w="55" w:type="dxa"/>
              <w:left w:w="55" w:type="dxa"/>
              <w:bottom w:w="55" w:type="dxa"/>
              <w:right w:w="55" w:type="dxa"/>
            </w:tcMar>
            <w:vAlign w:val="center"/>
          </w:tcPr>
          <w:p w:rsidR="00C31962" w:rsidRDefault="00FF6467">
            <w:r>
              <w:rPr>
                <w:b/>
              </w:rPr>
              <w:t>Испол</w:t>
            </w:r>
            <w:r>
              <w:rPr>
                <w:b/>
              </w:rPr>
              <w:t>нитель:</w:t>
            </w:r>
          </w:p>
        </w:tc>
      </w:tr>
      <w:tr w:rsidR="00C31962">
        <w:trPr>
          <w:cantSplit/>
          <w:jc w:val="center"/>
        </w:trPr>
        <w:tc>
          <w:tcPr>
            <w:tcW w:w="4961" w:type="dxa"/>
            <w:tcMar>
              <w:top w:w="55" w:type="dxa"/>
              <w:left w:w="55" w:type="dxa"/>
              <w:bottom w:w="55" w:type="dxa"/>
              <w:right w:w="55" w:type="dxa"/>
            </w:tcMar>
            <w:vAlign w:val="center"/>
          </w:tcPr>
          <w:p w:rsidR="00C31962" w:rsidRPr="00BF3AC4" w:rsidRDefault="00FF6467">
            <w:pPr>
              <w:rPr>
                <w:lang w:val="ru-RU"/>
              </w:rPr>
            </w:pPr>
            <w:r w:rsidRPr="00BF3AC4">
              <w:rPr>
                <w:b/>
                <w:lang w:val="ru-RU"/>
              </w:rPr>
              <w:t>Ленинградское областное государственное казённое учреждение «Управление по охотничьему хозяйству Ленинградской области»</w:t>
            </w:r>
          </w:p>
          <w:p w:rsidR="00C31962" w:rsidRDefault="00FF6467">
            <w:r>
              <w:rPr>
                <w:b/>
              </w:rPr>
              <w:t>(ЛОГКУ «Леноблохота»)</w:t>
            </w:r>
          </w:p>
        </w:tc>
        <w:tc>
          <w:tcPr>
            <w:tcW w:w="4961" w:type="dxa"/>
            <w:tcMar>
              <w:top w:w="55" w:type="dxa"/>
              <w:left w:w="55" w:type="dxa"/>
              <w:bottom w:w="55" w:type="dxa"/>
              <w:right w:w="55" w:type="dxa"/>
            </w:tcMar>
            <w:vAlign w:val="center"/>
          </w:tcPr>
          <w:p w:rsidR="00C31962" w:rsidRDefault="00FF6467">
            <w:r>
              <w:rPr>
                <w:b/>
              </w:rPr>
              <w:t>________________________________</w:t>
            </w:r>
          </w:p>
          <w:p w:rsidR="00C31962" w:rsidRDefault="00FF6467">
            <w:r>
              <w:rPr>
                <w:b/>
              </w:rPr>
              <w:t>________________________________</w:t>
            </w:r>
          </w:p>
          <w:p w:rsidR="00C31962" w:rsidRDefault="00FF6467">
            <w:r>
              <w:rPr>
                <w:b/>
              </w:rPr>
              <w:t>________________________________</w:t>
            </w:r>
          </w:p>
        </w:tc>
      </w:tr>
      <w:tr w:rsidR="00C31962" w:rsidRPr="00BF3AC4">
        <w:trPr>
          <w:cantSplit/>
          <w:jc w:val="center"/>
        </w:trPr>
        <w:tc>
          <w:tcPr>
            <w:tcW w:w="4961" w:type="dxa"/>
            <w:tcMar>
              <w:top w:w="55" w:type="dxa"/>
              <w:left w:w="55" w:type="dxa"/>
              <w:bottom w:w="55" w:type="dxa"/>
              <w:right w:w="55" w:type="dxa"/>
            </w:tcMar>
          </w:tcPr>
          <w:p w:rsidR="00C31962" w:rsidRPr="00BF3AC4" w:rsidRDefault="00FF6467">
            <w:pPr>
              <w:rPr>
                <w:lang w:val="ru-RU"/>
              </w:rPr>
            </w:pPr>
            <w:r w:rsidRPr="00BF3AC4">
              <w:rPr>
                <w:lang w:val="ru-RU"/>
              </w:rPr>
              <w:t>Юридический адрес: 188643, Ленинградская область, г. Всеволожск, Колтушское шоссе, дом 138, офис 139</w:t>
            </w:r>
          </w:p>
          <w:p w:rsidR="00C31962" w:rsidRPr="00BF3AC4" w:rsidRDefault="00FF6467">
            <w:pPr>
              <w:rPr>
                <w:lang w:val="ru-RU"/>
              </w:rPr>
            </w:pPr>
            <w:r w:rsidRPr="00BF3AC4">
              <w:rPr>
                <w:lang w:val="ru-RU"/>
              </w:rPr>
              <w:t>Адрес для направления корреспонденции: 191311, г. Санкт-Петербург, ул. Смольного, дом 3</w:t>
            </w:r>
          </w:p>
          <w:p w:rsidR="00C31962" w:rsidRPr="00BF3AC4" w:rsidRDefault="00FF6467">
            <w:pPr>
              <w:rPr>
                <w:lang w:val="ru-RU"/>
              </w:rPr>
            </w:pPr>
            <w:r w:rsidRPr="00BF3AC4">
              <w:rPr>
                <w:lang w:val="ru-RU"/>
              </w:rPr>
              <w:t>Телефон: 8 (812) 660-37-45</w:t>
            </w:r>
          </w:p>
          <w:p w:rsidR="00C31962" w:rsidRPr="00BF3AC4" w:rsidRDefault="00FF6467">
            <w:pPr>
              <w:rPr>
                <w:lang w:val="ru-RU"/>
              </w:rPr>
            </w:pPr>
            <w:r w:rsidRPr="00BF3AC4">
              <w:rPr>
                <w:lang w:val="ru-RU"/>
              </w:rPr>
              <w:t xml:space="preserve">Электронная почта: </w:t>
            </w:r>
            <w:r>
              <w:t>lenregionhunting</w:t>
            </w:r>
            <w:r w:rsidRPr="00BF3AC4">
              <w:rPr>
                <w:lang w:val="ru-RU"/>
              </w:rPr>
              <w:t>@</w:t>
            </w:r>
            <w:r>
              <w:t>mail</w:t>
            </w:r>
            <w:r w:rsidRPr="00BF3AC4">
              <w:rPr>
                <w:lang w:val="ru-RU"/>
              </w:rPr>
              <w:t>.</w:t>
            </w:r>
            <w:r>
              <w:t>ru</w:t>
            </w:r>
          </w:p>
          <w:p w:rsidR="00C31962" w:rsidRPr="00BF3AC4" w:rsidRDefault="00FF6467">
            <w:pPr>
              <w:rPr>
                <w:lang w:val="ru-RU"/>
              </w:rPr>
            </w:pPr>
            <w:r w:rsidRPr="00BF3AC4">
              <w:rPr>
                <w:lang w:val="ru-RU"/>
              </w:rPr>
              <w:t>ОГРН: 1094703008399</w:t>
            </w:r>
          </w:p>
          <w:p w:rsidR="00C31962" w:rsidRPr="00BF3AC4" w:rsidRDefault="00FF6467">
            <w:pPr>
              <w:rPr>
                <w:lang w:val="ru-RU"/>
              </w:rPr>
            </w:pPr>
            <w:r w:rsidRPr="00BF3AC4">
              <w:rPr>
                <w:lang w:val="ru-RU"/>
              </w:rPr>
              <w:t>ИНН: 4703113527</w:t>
            </w:r>
          </w:p>
          <w:p w:rsidR="00C31962" w:rsidRPr="00BF3AC4" w:rsidRDefault="00FF6467">
            <w:pPr>
              <w:rPr>
                <w:lang w:val="ru-RU"/>
              </w:rPr>
            </w:pPr>
            <w:r w:rsidRPr="00BF3AC4">
              <w:rPr>
                <w:lang w:val="ru-RU"/>
              </w:rPr>
              <w:t>КПП: 470301001</w:t>
            </w:r>
          </w:p>
          <w:p w:rsidR="00C31962" w:rsidRPr="00BF3AC4" w:rsidRDefault="00FF6467">
            <w:pPr>
              <w:rPr>
                <w:lang w:val="ru-RU"/>
              </w:rPr>
            </w:pPr>
            <w:r w:rsidRPr="00BF3AC4">
              <w:rPr>
                <w:lang w:val="ru-RU"/>
              </w:rPr>
              <w:t>Банк: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России)//УФК по Ленинград</w:t>
            </w:r>
            <w:r w:rsidRPr="00BF3AC4">
              <w:rPr>
                <w:lang w:val="ru-RU"/>
              </w:rPr>
              <w:t>ской области г. Санкт-Петербург</w:t>
            </w:r>
          </w:p>
          <w:p w:rsidR="00C31962" w:rsidRPr="00BF3AC4" w:rsidRDefault="00FF6467">
            <w:pPr>
              <w:rPr>
                <w:lang w:val="ru-RU"/>
              </w:rPr>
            </w:pPr>
            <w:r w:rsidRPr="00BF3AC4">
              <w:rPr>
                <w:lang w:val="ru-RU"/>
              </w:rPr>
              <w:t>Единый казначейский счёт: 40102810745370000098</w:t>
            </w:r>
          </w:p>
          <w:p w:rsidR="00C31962" w:rsidRPr="00BF3AC4" w:rsidRDefault="00FF6467">
            <w:pPr>
              <w:rPr>
                <w:lang w:val="ru-RU"/>
              </w:rPr>
            </w:pPr>
            <w:r w:rsidRPr="00BF3AC4">
              <w:rPr>
                <w:lang w:val="ru-RU"/>
              </w:rPr>
              <w:t>Казначейский счёт: 03224643410000004500</w:t>
            </w:r>
          </w:p>
          <w:p w:rsidR="00C31962" w:rsidRPr="00BF3AC4" w:rsidRDefault="00FF6467">
            <w:pPr>
              <w:rPr>
                <w:lang w:val="ru-RU"/>
              </w:rPr>
            </w:pPr>
            <w:r w:rsidRPr="00BF3AC4">
              <w:rPr>
                <w:lang w:val="ru-RU"/>
              </w:rPr>
              <w:t>л/с: 02357983002 в Комитете финансов Ленинградской области</w:t>
            </w:r>
          </w:p>
          <w:p w:rsidR="00C31962" w:rsidRDefault="00FF6467">
            <w:r>
              <w:t>БИК: 044030098</w:t>
            </w:r>
          </w:p>
        </w:tc>
        <w:tc>
          <w:tcPr>
            <w:tcW w:w="4961" w:type="dxa"/>
            <w:tcMar>
              <w:top w:w="55" w:type="dxa"/>
              <w:left w:w="55" w:type="dxa"/>
              <w:bottom w:w="55" w:type="dxa"/>
              <w:right w:w="55" w:type="dxa"/>
            </w:tcMar>
          </w:tcPr>
          <w:p w:rsidR="00C31962" w:rsidRPr="00BF3AC4" w:rsidRDefault="00FF6467">
            <w:pPr>
              <w:rPr>
                <w:lang w:val="ru-RU"/>
              </w:rPr>
            </w:pPr>
            <w:r w:rsidRPr="00BF3AC4">
              <w:rPr>
                <w:lang w:val="ru-RU"/>
              </w:rPr>
              <w:t>Юридический адрес: __________________</w:t>
            </w:r>
          </w:p>
          <w:p w:rsidR="00C31962" w:rsidRPr="00BF3AC4" w:rsidRDefault="00FF6467">
            <w:pPr>
              <w:rPr>
                <w:lang w:val="ru-RU"/>
              </w:rPr>
            </w:pPr>
            <w:r w:rsidRPr="00BF3AC4">
              <w:rPr>
                <w:lang w:val="ru-RU"/>
              </w:rPr>
              <w:t>_________________________</w:t>
            </w:r>
            <w:r w:rsidRPr="00BF3AC4">
              <w:rPr>
                <w:lang w:val="ru-RU"/>
              </w:rPr>
              <w:t>___________</w:t>
            </w:r>
          </w:p>
          <w:p w:rsidR="00C31962" w:rsidRPr="00BF3AC4" w:rsidRDefault="00FF6467">
            <w:pPr>
              <w:rPr>
                <w:lang w:val="ru-RU"/>
              </w:rPr>
            </w:pPr>
            <w:r w:rsidRPr="00BF3AC4">
              <w:rPr>
                <w:lang w:val="ru-RU"/>
              </w:rPr>
              <w:t>Адрес для направления корреспонденции: _________________________________</w:t>
            </w:r>
          </w:p>
          <w:p w:rsidR="00C31962" w:rsidRPr="00BF3AC4" w:rsidRDefault="00FF6467">
            <w:pPr>
              <w:rPr>
                <w:lang w:val="ru-RU"/>
              </w:rPr>
            </w:pPr>
            <w:r w:rsidRPr="00BF3AC4">
              <w:rPr>
                <w:lang w:val="ru-RU"/>
              </w:rPr>
              <w:t>____________________________________</w:t>
            </w:r>
          </w:p>
          <w:p w:rsidR="00C31962" w:rsidRPr="00BF3AC4" w:rsidRDefault="00FF6467">
            <w:pPr>
              <w:rPr>
                <w:lang w:val="ru-RU"/>
              </w:rPr>
            </w:pPr>
            <w:r w:rsidRPr="00BF3AC4">
              <w:rPr>
                <w:lang w:val="ru-RU"/>
              </w:rPr>
              <w:t>Телефон: ____________________________</w:t>
            </w:r>
          </w:p>
          <w:p w:rsidR="00C31962" w:rsidRPr="00BF3AC4" w:rsidRDefault="00FF6467">
            <w:pPr>
              <w:rPr>
                <w:lang w:val="ru-RU"/>
              </w:rPr>
            </w:pPr>
            <w:r w:rsidRPr="00BF3AC4">
              <w:rPr>
                <w:lang w:val="ru-RU"/>
              </w:rPr>
              <w:t>Электронная почта: ___________________</w:t>
            </w:r>
          </w:p>
          <w:p w:rsidR="00C31962" w:rsidRPr="00BF3AC4" w:rsidRDefault="00FF6467">
            <w:pPr>
              <w:rPr>
                <w:lang w:val="ru-RU"/>
              </w:rPr>
            </w:pPr>
            <w:r w:rsidRPr="00BF3AC4">
              <w:rPr>
                <w:lang w:val="ru-RU"/>
              </w:rPr>
              <w:t>ОГРН / ОГРНИП: _____________________</w:t>
            </w:r>
          </w:p>
          <w:p w:rsidR="00C31962" w:rsidRPr="00BF3AC4" w:rsidRDefault="00FF6467">
            <w:pPr>
              <w:rPr>
                <w:lang w:val="ru-RU"/>
              </w:rPr>
            </w:pPr>
            <w:r w:rsidRPr="00BF3AC4">
              <w:rPr>
                <w:lang w:val="ru-RU"/>
              </w:rPr>
              <w:t>ИНН: _______________</w:t>
            </w:r>
            <w:r w:rsidRPr="00BF3AC4">
              <w:rPr>
                <w:lang w:val="ru-RU"/>
              </w:rPr>
              <w:t>_______________</w:t>
            </w:r>
          </w:p>
          <w:p w:rsidR="00C31962" w:rsidRPr="00BF3AC4" w:rsidRDefault="00FF6467">
            <w:pPr>
              <w:rPr>
                <w:lang w:val="ru-RU"/>
              </w:rPr>
            </w:pPr>
            <w:r w:rsidRPr="00BF3AC4">
              <w:rPr>
                <w:lang w:val="ru-RU"/>
              </w:rPr>
              <w:t>КПП (при наличии): __________________</w:t>
            </w:r>
          </w:p>
          <w:p w:rsidR="00C31962" w:rsidRPr="00BF3AC4" w:rsidRDefault="00FF6467">
            <w:pPr>
              <w:rPr>
                <w:lang w:val="ru-RU"/>
              </w:rPr>
            </w:pPr>
            <w:r w:rsidRPr="00BF3AC4">
              <w:rPr>
                <w:lang w:val="ru-RU"/>
              </w:rPr>
              <w:t>Банк: ______________________________</w:t>
            </w:r>
          </w:p>
          <w:p w:rsidR="00C31962" w:rsidRPr="00BF3AC4" w:rsidRDefault="00FF6467">
            <w:pPr>
              <w:rPr>
                <w:lang w:val="ru-RU"/>
              </w:rPr>
            </w:pPr>
            <w:r w:rsidRPr="00BF3AC4">
              <w:rPr>
                <w:lang w:val="ru-RU"/>
              </w:rPr>
              <w:t>____________________________________</w:t>
            </w:r>
          </w:p>
          <w:p w:rsidR="00C31962" w:rsidRPr="00BF3AC4" w:rsidRDefault="00FF6467">
            <w:pPr>
              <w:rPr>
                <w:lang w:val="ru-RU"/>
              </w:rPr>
            </w:pPr>
            <w:r w:rsidRPr="00BF3AC4">
              <w:rPr>
                <w:lang w:val="ru-RU"/>
              </w:rPr>
              <w:t>Расчётный счёт: _____________________</w:t>
            </w:r>
          </w:p>
          <w:p w:rsidR="00C31962" w:rsidRPr="00BF3AC4" w:rsidRDefault="00FF6467">
            <w:pPr>
              <w:rPr>
                <w:lang w:val="ru-RU"/>
              </w:rPr>
            </w:pPr>
            <w:r w:rsidRPr="00BF3AC4">
              <w:rPr>
                <w:lang w:val="ru-RU"/>
              </w:rPr>
              <w:t>Корреспондентский счёт: ______________</w:t>
            </w:r>
          </w:p>
          <w:p w:rsidR="00C31962" w:rsidRPr="00BF3AC4" w:rsidRDefault="00FF6467">
            <w:pPr>
              <w:rPr>
                <w:lang w:val="ru-RU"/>
              </w:rPr>
            </w:pPr>
            <w:r w:rsidRPr="00BF3AC4">
              <w:rPr>
                <w:lang w:val="ru-RU"/>
              </w:rPr>
              <w:t>БИК: ______________________________</w:t>
            </w:r>
          </w:p>
        </w:tc>
      </w:tr>
      <w:tr w:rsidR="00C31962" w:rsidRPr="00BF3AC4">
        <w:trPr>
          <w:cantSplit/>
          <w:jc w:val="center"/>
        </w:trPr>
        <w:tc>
          <w:tcPr>
            <w:tcW w:w="4961" w:type="dxa"/>
            <w:tcMar>
              <w:top w:w="55" w:type="dxa"/>
              <w:left w:w="55" w:type="dxa"/>
              <w:bottom w:w="55" w:type="dxa"/>
              <w:right w:w="55" w:type="dxa"/>
            </w:tcMar>
            <w:vAlign w:val="center"/>
          </w:tcPr>
          <w:p w:rsidR="00C31962" w:rsidRPr="00BF3AC4" w:rsidRDefault="00FF6467">
            <w:pPr>
              <w:rPr>
                <w:lang w:val="ru-RU"/>
              </w:rPr>
            </w:pPr>
            <w:r w:rsidRPr="00BF3AC4">
              <w:rPr>
                <w:lang w:val="ru-RU"/>
              </w:rPr>
              <w:t>________________________</w:t>
            </w:r>
          </w:p>
          <w:p w:rsidR="00C31962" w:rsidRPr="00BF3AC4" w:rsidRDefault="00FF6467">
            <w:pPr>
              <w:rPr>
                <w:lang w:val="ru-RU"/>
              </w:rPr>
            </w:pPr>
            <w:r w:rsidRPr="00BF3AC4">
              <w:rPr>
                <w:lang w:val="ru-RU"/>
              </w:rPr>
              <w:t>(должность)</w:t>
            </w:r>
          </w:p>
          <w:p w:rsidR="00C31962" w:rsidRPr="00BF3AC4" w:rsidRDefault="00C31962">
            <w:pPr>
              <w:rPr>
                <w:lang w:val="ru-RU"/>
              </w:rPr>
            </w:pPr>
          </w:p>
          <w:p w:rsidR="00C31962" w:rsidRPr="00BF3AC4" w:rsidRDefault="00FF6467">
            <w:pPr>
              <w:rPr>
                <w:lang w:val="ru-RU"/>
              </w:rPr>
            </w:pPr>
            <w:r w:rsidRPr="00BF3AC4">
              <w:rPr>
                <w:lang w:val="ru-RU"/>
              </w:rPr>
              <w:t>________________ /________________/</w:t>
            </w:r>
          </w:p>
          <w:p w:rsidR="00C31962" w:rsidRPr="00BF3AC4" w:rsidRDefault="00FF6467">
            <w:pPr>
              <w:rPr>
                <w:lang w:val="ru-RU"/>
              </w:rPr>
            </w:pPr>
            <w:r w:rsidRPr="00BF3AC4">
              <w:rPr>
                <w:lang w:val="ru-RU"/>
              </w:rPr>
              <w:t xml:space="preserve">         (подпись)                    (Ф. И. О.)</w:t>
            </w:r>
          </w:p>
        </w:tc>
        <w:tc>
          <w:tcPr>
            <w:tcW w:w="4961" w:type="dxa"/>
            <w:tcMar>
              <w:top w:w="55" w:type="dxa"/>
              <w:left w:w="55" w:type="dxa"/>
              <w:bottom w:w="55" w:type="dxa"/>
              <w:right w:w="55" w:type="dxa"/>
            </w:tcMar>
            <w:vAlign w:val="center"/>
          </w:tcPr>
          <w:p w:rsidR="00C31962" w:rsidRPr="00BF3AC4" w:rsidRDefault="00FF6467">
            <w:pPr>
              <w:rPr>
                <w:lang w:val="ru-RU"/>
              </w:rPr>
            </w:pPr>
            <w:r w:rsidRPr="00BF3AC4">
              <w:rPr>
                <w:lang w:val="ru-RU"/>
              </w:rPr>
              <w:t>________________________</w:t>
            </w:r>
          </w:p>
          <w:p w:rsidR="00C31962" w:rsidRPr="00BF3AC4" w:rsidRDefault="00FF6467">
            <w:pPr>
              <w:rPr>
                <w:lang w:val="ru-RU"/>
              </w:rPr>
            </w:pPr>
            <w:r w:rsidRPr="00BF3AC4">
              <w:rPr>
                <w:lang w:val="ru-RU"/>
              </w:rPr>
              <w:t>(должность / статус)</w:t>
            </w:r>
          </w:p>
          <w:p w:rsidR="00C31962" w:rsidRPr="00BF3AC4" w:rsidRDefault="00C31962">
            <w:pPr>
              <w:rPr>
                <w:lang w:val="ru-RU"/>
              </w:rPr>
            </w:pPr>
          </w:p>
          <w:p w:rsidR="00C31962" w:rsidRPr="00BF3AC4" w:rsidRDefault="00FF6467">
            <w:pPr>
              <w:rPr>
                <w:lang w:val="ru-RU"/>
              </w:rPr>
            </w:pPr>
            <w:r w:rsidRPr="00BF3AC4">
              <w:rPr>
                <w:lang w:val="ru-RU"/>
              </w:rPr>
              <w:t>________________ /________________/</w:t>
            </w:r>
          </w:p>
          <w:p w:rsidR="00C31962" w:rsidRPr="00BF3AC4" w:rsidRDefault="00FF6467">
            <w:pPr>
              <w:rPr>
                <w:lang w:val="ru-RU"/>
              </w:rPr>
            </w:pPr>
            <w:r w:rsidRPr="00BF3AC4">
              <w:rPr>
                <w:lang w:val="ru-RU"/>
              </w:rPr>
              <w:t xml:space="preserve">         (подпись)                    (Ф. И. О.)</w:t>
            </w:r>
          </w:p>
        </w:tc>
      </w:tr>
    </w:tbl>
    <w:p w:rsidR="00C31962" w:rsidRPr="00BF3AC4" w:rsidRDefault="00FF6467">
      <w:pPr>
        <w:rPr>
          <w:lang w:val="ru-RU"/>
        </w:rPr>
      </w:pPr>
      <w:r w:rsidRPr="00BF3AC4">
        <w:rPr>
          <w:lang w:val="ru-RU"/>
        </w:rPr>
        <w:br w:type="page"/>
      </w:r>
    </w:p>
    <w:p w:rsidR="00C31962" w:rsidRPr="00BF3AC4" w:rsidRDefault="00FF6467">
      <w:pPr>
        <w:jc w:val="right"/>
        <w:rPr>
          <w:lang w:val="ru-RU"/>
        </w:rPr>
      </w:pPr>
      <w:r w:rsidRPr="00BF3AC4">
        <w:rPr>
          <w:lang w:val="ru-RU"/>
        </w:rPr>
        <w:lastRenderedPageBreak/>
        <w:t>Приложение № 1</w:t>
      </w:r>
      <w:r w:rsidRPr="00BF3AC4">
        <w:rPr>
          <w:lang w:val="ru-RU"/>
        </w:rPr>
        <w:br/>
        <w:t>к Договору № __________</w:t>
      </w:r>
      <w:r w:rsidRPr="00BF3AC4">
        <w:rPr>
          <w:lang w:val="ru-RU"/>
        </w:rPr>
        <w:br/>
        <w:t>от «___» ______________ 2026 года</w:t>
      </w:r>
    </w:p>
    <w:p w:rsidR="00C31962" w:rsidRPr="00BF3AC4" w:rsidRDefault="00FF6467">
      <w:pPr>
        <w:keepNext/>
        <w:spacing w:before="240" w:after="80"/>
        <w:jc w:val="center"/>
        <w:rPr>
          <w:lang w:val="ru-RU"/>
        </w:rPr>
      </w:pPr>
      <w:r w:rsidRPr="00BF3AC4">
        <w:rPr>
          <w:b/>
          <w:lang w:val="ru-RU"/>
        </w:rPr>
        <w:t>Спецификация</w:t>
      </w:r>
    </w:p>
    <w:p w:rsidR="00C31962" w:rsidRPr="00BF3AC4" w:rsidRDefault="00C31962">
      <w:pPr>
        <w:spacing w:after="120"/>
        <w:jc w:val="both"/>
        <w:rPr>
          <w:lang w:val="ru-RU"/>
        </w:rPr>
      </w:pPr>
    </w:p>
    <w:tbl>
      <w:tblPr>
        <w:tblStyle w:val="aff0"/>
        <w:tblW w:w="0" w:type="auto"/>
        <w:jc w:val="center"/>
        <w:tblLayout w:type="fixed"/>
        <w:tblLook w:val="04A0" w:firstRow="1" w:lastRow="0" w:firstColumn="1" w:lastColumn="0" w:noHBand="0" w:noVBand="1"/>
      </w:tblPr>
      <w:tblGrid>
        <w:gridCol w:w="567"/>
        <w:gridCol w:w="3685"/>
        <w:gridCol w:w="1020"/>
        <w:gridCol w:w="1134"/>
        <w:gridCol w:w="1757"/>
        <w:gridCol w:w="1757"/>
      </w:tblGrid>
      <w:tr w:rsidR="00C31962">
        <w:trPr>
          <w:cantSplit/>
          <w:jc w:val="center"/>
        </w:trPr>
        <w:tc>
          <w:tcPr>
            <w:tcW w:w="567" w:type="dxa"/>
            <w:tcMar>
              <w:top w:w="55" w:type="dxa"/>
              <w:left w:w="55" w:type="dxa"/>
              <w:bottom w:w="55" w:type="dxa"/>
              <w:right w:w="55" w:type="dxa"/>
            </w:tcMar>
            <w:vAlign w:val="center"/>
          </w:tcPr>
          <w:p w:rsidR="00C31962" w:rsidRDefault="00FF6467">
            <w:pPr>
              <w:jc w:val="center"/>
            </w:pPr>
            <w:r>
              <w:rPr>
                <w:b/>
              </w:rPr>
              <w:t>№</w:t>
            </w:r>
          </w:p>
        </w:tc>
        <w:tc>
          <w:tcPr>
            <w:tcW w:w="3685" w:type="dxa"/>
            <w:tcMar>
              <w:top w:w="55" w:type="dxa"/>
              <w:left w:w="55" w:type="dxa"/>
              <w:bottom w:w="55" w:type="dxa"/>
              <w:right w:w="55" w:type="dxa"/>
            </w:tcMar>
            <w:vAlign w:val="center"/>
          </w:tcPr>
          <w:p w:rsidR="00C31962" w:rsidRDefault="00FF6467">
            <w:pPr>
              <w:jc w:val="center"/>
            </w:pPr>
            <w:r>
              <w:rPr>
                <w:b/>
              </w:rPr>
              <w:t>Услуга</w:t>
            </w:r>
          </w:p>
        </w:tc>
        <w:tc>
          <w:tcPr>
            <w:tcW w:w="1020" w:type="dxa"/>
            <w:tcMar>
              <w:top w:w="55" w:type="dxa"/>
              <w:left w:w="55" w:type="dxa"/>
              <w:bottom w:w="55" w:type="dxa"/>
              <w:right w:w="55" w:type="dxa"/>
            </w:tcMar>
            <w:vAlign w:val="center"/>
          </w:tcPr>
          <w:p w:rsidR="00C31962" w:rsidRDefault="00FF6467">
            <w:pPr>
              <w:jc w:val="center"/>
            </w:pPr>
            <w:r>
              <w:rPr>
                <w:b/>
              </w:rPr>
              <w:t>Кол-во</w:t>
            </w:r>
          </w:p>
        </w:tc>
        <w:tc>
          <w:tcPr>
            <w:tcW w:w="1134" w:type="dxa"/>
            <w:tcMar>
              <w:top w:w="55" w:type="dxa"/>
              <w:left w:w="55" w:type="dxa"/>
              <w:bottom w:w="55" w:type="dxa"/>
              <w:right w:w="55" w:type="dxa"/>
            </w:tcMar>
            <w:vAlign w:val="center"/>
          </w:tcPr>
          <w:p w:rsidR="00C31962" w:rsidRDefault="00FF6467">
            <w:pPr>
              <w:jc w:val="center"/>
            </w:pPr>
            <w:r>
              <w:rPr>
                <w:b/>
              </w:rPr>
              <w:t>Ед. изм.</w:t>
            </w:r>
          </w:p>
        </w:tc>
        <w:tc>
          <w:tcPr>
            <w:tcW w:w="1757" w:type="dxa"/>
            <w:tcMar>
              <w:top w:w="55" w:type="dxa"/>
              <w:left w:w="55" w:type="dxa"/>
              <w:bottom w:w="55" w:type="dxa"/>
              <w:right w:w="55" w:type="dxa"/>
            </w:tcMar>
            <w:vAlign w:val="center"/>
          </w:tcPr>
          <w:p w:rsidR="00C31962" w:rsidRDefault="00FF6467">
            <w:pPr>
              <w:jc w:val="center"/>
            </w:pPr>
            <w:r>
              <w:rPr>
                <w:b/>
              </w:rPr>
              <w:t>Цена за ед., руб.</w:t>
            </w:r>
          </w:p>
        </w:tc>
        <w:tc>
          <w:tcPr>
            <w:tcW w:w="1757" w:type="dxa"/>
            <w:tcMar>
              <w:top w:w="55" w:type="dxa"/>
              <w:left w:w="55" w:type="dxa"/>
              <w:bottom w:w="55" w:type="dxa"/>
              <w:right w:w="55" w:type="dxa"/>
            </w:tcMar>
            <w:vAlign w:val="center"/>
          </w:tcPr>
          <w:p w:rsidR="00C31962" w:rsidRDefault="00FF6467">
            <w:pPr>
              <w:jc w:val="center"/>
            </w:pPr>
            <w:r>
              <w:rPr>
                <w:b/>
              </w:rPr>
              <w:t>Сумма, руб.</w:t>
            </w:r>
          </w:p>
        </w:tc>
      </w:tr>
      <w:tr w:rsidR="00C31962" w:rsidRPr="00BF3AC4">
        <w:trPr>
          <w:cantSplit/>
          <w:jc w:val="center"/>
        </w:trPr>
        <w:tc>
          <w:tcPr>
            <w:tcW w:w="567" w:type="dxa"/>
            <w:tcMar>
              <w:top w:w="55" w:type="dxa"/>
              <w:left w:w="55" w:type="dxa"/>
              <w:bottom w:w="55" w:type="dxa"/>
              <w:right w:w="55" w:type="dxa"/>
            </w:tcMar>
            <w:vAlign w:val="center"/>
          </w:tcPr>
          <w:p w:rsidR="00C31962" w:rsidRDefault="00FF6467">
            <w:pPr>
              <w:jc w:val="center"/>
            </w:pPr>
            <w:r>
              <w:t>1</w:t>
            </w:r>
          </w:p>
        </w:tc>
        <w:tc>
          <w:tcPr>
            <w:tcW w:w="3685" w:type="dxa"/>
            <w:tcMar>
              <w:top w:w="55" w:type="dxa"/>
              <w:left w:w="55" w:type="dxa"/>
              <w:bottom w:w="55" w:type="dxa"/>
              <w:right w:w="55" w:type="dxa"/>
            </w:tcMar>
            <w:vAlign w:val="center"/>
          </w:tcPr>
          <w:p w:rsidR="00C31962" w:rsidRDefault="00FF6467">
            <w:pPr>
              <w:jc w:val="center"/>
            </w:pPr>
            <w:r>
              <w:t>Заправка картриджа</w:t>
            </w:r>
          </w:p>
          <w:p w:rsidR="00C31962" w:rsidRDefault="00FF6467">
            <w:pPr>
              <w:jc w:val="center"/>
            </w:pPr>
            <w:r>
              <w:t>Brother TN-2375</w:t>
            </w:r>
          </w:p>
        </w:tc>
        <w:tc>
          <w:tcPr>
            <w:tcW w:w="1020" w:type="dxa"/>
            <w:tcMar>
              <w:top w:w="55" w:type="dxa"/>
              <w:left w:w="55" w:type="dxa"/>
              <w:bottom w:w="55" w:type="dxa"/>
              <w:right w:w="55" w:type="dxa"/>
            </w:tcMar>
            <w:vAlign w:val="center"/>
          </w:tcPr>
          <w:p w:rsidR="00C31962" w:rsidRDefault="00FF6467">
            <w:pPr>
              <w:jc w:val="center"/>
            </w:pPr>
            <w:r>
              <w:t>10</w:t>
            </w:r>
          </w:p>
        </w:tc>
        <w:tc>
          <w:tcPr>
            <w:tcW w:w="1134" w:type="dxa"/>
            <w:tcMar>
              <w:top w:w="55" w:type="dxa"/>
              <w:left w:w="55" w:type="dxa"/>
              <w:bottom w:w="55" w:type="dxa"/>
              <w:right w:w="55" w:type="dxa"/>
            </w:tcMar>
            <w:vAlign w:val="center"/>
          </w:tcPr>
          <w:p w:rsidR="00C31962" w:rsidRPr="00BF3AC4" w:rsidRDefault="00BF3AC4">
            <w:pPr>
              <w:jc w:val="center"/>
              <w:rPr>
                <w:lang w:val="ru-RU"/>
              </w:rPr>
            </w:pPr>
            <w:r>
              <w:rPr>
                <w:lang w:val="ru-RU"/>
              </w:rPr>
              <w:t>усл</w:t>
            </w:r>
            <w:r w:rsidR="00FF6467" w:rsidRPr="00BF3AC4">
              <w:rPr>
                <w:lang w:val="ru-RU"/>
              </w:rPr>
              <w:t>.</w:t>
            </w:r>
            <w:r>
              <w:rPr>
                <w:lang w:val="ru-RU"/>
              </w:rPr>
              <w:t xml:space="preserve"> ед.</w:t>
            </w:r>
            <w:bookmarkStart w:id="0" w:name="_GoBack"/>
            <w:bookmarkEnd w:id="0"/>
          </w:p>
        </w:tc>
        <w:tc>
          <w:tcPr>
            <w:tcW w:w="1757" w:type="dxa"/>
            <w:tcMar>
              <w:top w:w="55" w:type="dxa"/>
              <w:left w:w="55" w:type="dxa"/>
              <w:bottom w:w="55" w:type="dxa"/>
              <w:right w:w="55" w:type="dxa"/>
            </w:tcMar>
            <w:vAlign w:val="center"/>
          </w:tcPr>
          <w:p w:rsidR="00C31962" w:rsidRPr="00BF3AC4" w:rsidRDefault="00FF6467">
            <w:pPr>
              <w:jc w:val="center"/>
              <w:rPr>
                <w:lang w:val="ru-RU"/>
              </w:rPr>
            </w:pPr>
            <w:r w:rsidRPr="00BF3AC4">
              <w:rPr>
                <w:lang w:val="ru-RU"/>
              </w:rPr>
              <w:t>________</w:t>
            </w:r>
          </w:p>
        </w:tc>
        <w:tc>
          <w:tcPr>
            <w:tcW w:w="1757" w:type="dxa"/>
            <w:tcMar>
              <w:top w:w="55" w:type="dxa"/>
              <w:left w:w="55" w:type="dxa"/>
              <w:bottom w:w="55" w:type="dxa"/>
              <w:right w:w="55" w:type="dxa"/>
            </w:tcMar>
            <w:vAlign w:val="center"/>
          </w:tcPr>
          <w:p w:rsidR="00C31962" w:rsidRPr="00BF3AC4" w:rsidRDefault="00FF6467">
            <w:pPr>
              <w:jc w:val="center"/>
              <w:rPr>
                <w:lang w:val="ru-RU"/>
              </w:rPr>
            </w:pPr>
            <w:r w:rsidRPr="00BF3AC4">
              <w:rPr>
                <w:lang w:val="ru-RU"/>
              </w:rPr>
              <w:t>________</w:t>
            </w:r>
          </w:p>
        </w:tc>
      </w:tr>
      <w:tr w:rsidR="00C31962" w:rsidRPr="00BF3AC4">
        <w:trPr>
          <w:cantSplit/>
          <w:jc w:val="center"/>
        </w:trPr>
        <w:tc>
          <w:tcPr>
            <w:tcW w:w="8163" w:type="dxa"/>
            <w:gridSpan w:val="5"/>
            <w:tcMar>
              <w:top w:w="55" w:type="dxa"/>
              <w:left w:w="55" w:type="dxa"/>
              <w:bottom w:w="55" w:type="dxa"/>
              <w:right w:w="55" w:type="dxa"/>
            </w:tcMar>
            <w:vAlign w:val="center"/>
          </w:tcPr>
          <w:p w:rsidR="00C31962" w:rsidRPr="00BF3AC4" w:rsidRDefault="00FF6467">
            <w:pPr>
              <w:jc w:val="right"/>
              <w:rPr>
                <w:lang w:val="ru-RU"/>
              </w:rPr>
            </w:pPr>
            <w:r w:rsidRPr="00BF3AC4">
              <w:rPr>
                <w:b/>
                <w:lang w:val="ru-RU"/>
              </w:rPr>
              <w:t>ИТОГО:</w:t>
            </w:r>
          </w:p>
        </w:tc>
        <w:tc>
          <w:tcPr>
            <w:tcW w:w="1757" w:type="dxa"/>
            <w:tcMar>
              <w:top w:w="55" w:type="dxa"/>
              <w:left w:w="55" w:type="dxa"/>
              <w:bottom w:w="55" w:type="dxa"/>
              <w:right w:w="55" w:type="dxa"/>
            </w:tcMar>
            <w:vAlign w:val="center"/>
          </w:tcPr>
          <w:p w:rsidR="00C31962" w:rsidRPr="00BF3AC4" w:rsidRDefault="00FF6467">
            <w:pPr>
              <w:jc w:val="center"/>
              <w:rPr>
                <w:lang w:val="ru-RU"/>
              </w:rPr>
            </w:pPr>
            <w:r w:rsidRPr="00BF3AC4">
              <w:rPr>
                <w:b/>
                <w:lang w:val="ru-RU"/>
              </w:rPr>
              <w:t>________</w:t>
            </w:r>
          </w:p>
        </w:tc>
      </w:tr>
    </w:tbl>
    <w:p w:rsidR="00C31962" w:rsidRPr="00BF3AC4" w:rsidRDefault="00FF6467">
      <w:pPr>
        <w:spacing w:before="160"/>
        <w:jc w:val="both"/>
        <w:rPr>
          <w:lang w:val="ru-RU"/>
        </w:rPr>
      </w:pPr>
      <w:r w:rsidRPr="00BF3AC4">
        <w:rPr>
          <w:lang w:val="ru-RU"/>
        </w:rPr>
        <w:t xml:space="preserve">Цена за единицу услуги </w:t>
      </w:r>
      <w:r w:rsidRPr="00BF3AC4">
        <w:rPr>
          <w:lang w:val="ru-RU"/>
        </w:rPr>
        <w:t xml:space="preserve">указывается за заправку одного картриджа </w:t>
      </w:r>
      <w:r>
        <w:t>Brother</w:t>
      </w:r>
      <w:r w:rsidRPr="00BF3AC4">
        <w:rPr>
          <w:lang w:val="ru-RU"/>
        </w:rPr>
        <w:t xml:space="preserve"> </w:t>
      </w:r>
      <w:r>
        <w:t>TN</w:t>
      </w:r>
      <w:r w:rsidRPr="00BF3AC4">
        <w:rPr>
          <w:lang w:val="ru-RU"/>
        </w:rPr>
        <w:t>-2375; итоговая стоимость рассчитывается за 10 картриджей.</w:t>
      </w:r>
    </w:p>
    <w:p w:rsidR="00C31962" w:rsidRPr="00BF3AC4" w:rsidRDefault="00C31962">
      <w:pPr>
        <w:spacing w:after="360"/>
        <w:jc w:val="both"/>
        <w:rPr>
          <w:lang w:val="ru-RU"/>
        </w:rPr>
      </w:pPr>
    </w:p>
    <w:tbl>
      <w:tblPr>
        <w:tblStyle w:val="aff0"/>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61"/>
        <w:gridCol w:w="4961"/>
      </w:tblGrid>
      <w:tr w:rsidR="00C31962" w:rsidRPr="00BF3AC4">
        <w:trPr>
          <w:cantSplit/>
          <w:jc w:val="center"/>
        </w:trPr>
        <w:tc>
          <w:tcPr>
            <w:tcW w:w="4961" w:type="dxa"/>
            <w:tcMar>
              <w:top w:w="55" w:type="dxa"/>
              <w:left w:w="55" w:type="dxa"/>
              <w:bottom w:w="55" w:type="dxa"/>
              <w:right w:w="55" w:type="dxa"/>
            </w:tcMar>
            <w:vAlign w:val="center"/>
          </w:tcPr>
          <w:p w:rsidR="00C31962" w:rsidRPr="00BF3AC4" w:rsidRDefault="00FF6467">
            <w:pPr>
              <w:rPr>
                <w:lang w:val="ru-RU"/>
              </w:rPr>
            </w:pPr>
            <w:r w:rsidRPr="00BF3AC4">
              <w:rPr>
                <w:lang w:val="ru-RU"/>
              </w:rPr>
              <w:t>Заказчик:</w:t>
            </w:r>
          </w:p>
          <w:p w:rsidR="00C31962" w:rsidRPr="00BF3AC4" w:rsidRDefault="00FF6467">
            <w:pPr>
              <w:rPr>
                <w:lang w:val="ru-RU"/>
              </w:rPr>
            </w:pPr>
            <w:r w:rsidRPr="00BF3AC4">
              <w:rPr>
                <w:lang w:val="ru-RU"/>
              </w:rPr>
              <w:t>________________________</w:t>
            </w:r>
          </w:p>
          <w:p w:rsidR="00C31962" w:rsidRPr="00BF3AC4" w:rsidRDefault="00FF6467">
            <w:pPr>
              <w:rPr>
                <w:lang w:val="ru-RU"/>
              </w:rPr>
            </w:pPr>
            <w:r w:rsidRPr="00BF3AC4">
              <w:rPr>
                <w:lang w:val="ru-RU"/>
              </w:rPr>
              <w:t>(должность)</w:t>
            </w:r>
          </w:p>
          <w:p w:rsidR="00C31962" w:rsidRPr="00BF3AC4" w:rsidRDefault="00C31962">
            <w:pPr>
              <w:rPr>
                <w:lang w:val="ru-RU"/>
              </w:rPr>
            </w:pPr>
          </w:p>
          <w:p w:rsidR="00C31962" w:rsidRPr="00BF3AC4" w:rsidRDefault="00FF6467">
            <w:pPr>
              <w:rPr>
                <w:lang w:val="ru-RU"/>
              </w:rPr>
            </w:pPr>
            <w:r w:rsidRPr="00BF3AC4">
              <w:rPr>
                <w:lang w:val="ru-RU"/>
              </w:rPr>
              <w:t>________________ /________________/</w:t>
            </w:r>
          </w:p>
          <w:p w:rsidR="00C31962" w:rsidRPr="00BF3AC4" w:rsidRDefault="00FF6467">
            <w:pPr>
              <w:rPr>
                <w:lang w:val="ru-RU"/>
              </w:rPr>
            </w:pPr>
            <w:r w:rsidRPr="00BF3AC4">
              <w:rPr>
                <w:lang w:val="ru-RU"/>
              </w:rPr>
              <w:t xml:space="preserve">         (подпись)                    (Ф. И. О.)</w:t>
            </w:r>
          </w:p>
        </w:tc>
        <w:tc>
          <w:tcPr>
            <w:tcW w:w="4961" w:type="dxa"/>
            <w:tcMar>
              <w:top w:w="55" w:type="dxa"/>
              <w:left w:w="55" w:type="dxa"/>
              <w:bottom w:w="55" w:type="dxa"/>
              <w:right w:w="55" w:type="dxa"/>
            </w:tcMar>
            <w:vAlign w:val="center"/>
          </w:tcPr>
          <w:p w:rsidR="00C31962" w:rsidRPr="00BF3AC4" w:rsidRDefault="00FF6467">
            <w:pPr>
              <w:rPr>
                <w:lang w:val="ru-RU"/>
              </w:rPr>
            </w:pPr>
            <w:r w:rsidRPr="00BF3AC4">
              <w:rPr>
                <w:lang w:val="ru-RU"/>
              </w:rPr>
              <w:t>Исполнитель:</w:t>
            </w:r>
          </w:p>
          <w:p w:rsidR="00C31962" w:rsidRPr="00BF3AC4" w:rsidRDefault="00FF6467">
            <w:pPr>
              <w:rPr>
                <w:lang w:val="ru-RU"/>
              </w:rPr>
            </w:pPr>
            <w:r w:rsidRPr="00BF3AC4">
              <w:rPr>
                <w:lang w:val="ru-RU"/>
              </w:rPr>
              <w:t>________________________</w:t>
            </w:r>
          </w:p>
          <w:p w:rsidR="00C31962" w:rsidRPr="00BF3AC4" w:rsidRDefault="00FF6467">
            <w:pPr>
              <w:rPr>
                <w:lang w:val="ru-RU"/>
              </w:rPr>
            </w:pPr>
            <w:r w:rsidRPr="00BF3AC4">
              <w:rPr>
                <w:lang w:val="ru-RU"/>
              </w:rPr>
              <w:t>(должность / статус)</w:t>
            </w:r>
          </w:p>
          <w:p w:rsidR="00C31962" w:rsidRPr="00BF3AC4" w:rsidRDefault="00C31962">
            <w:pPr>
              <w:rPr>
                <w:lang w:val="ru-RU"/>
              </w:rPr>
            </w:pPr>
          </w:p>
          <w:p w:rsidR="00C31962" w:rsidRPr="00BF3AC4" w:rsidRDefault="00FF6467">
            <w:pPr>
              <w:rPr>
                <w:lang w:val="ru-RU"/>
              </w:rPr>
            </w:pPr>
            <w:r w:rsidRPr="00BF3AC4">
              <w:rPr>
                <w:lang w:val="ru-RU"/>
              </w:rPr>
              <w:t>________________ /________________/</w:t>
            </w:r>
          </w:p>
          <w:p w:rsidR="00C31962" w:rsidRPr="00BF3AC4" w:rsidRDefault="00FF6467">
            <w:pPr>
              <w:rPr>
                <w:lang w:val="ru-RU"/>
              </w:rPr>
            </w:pPr>
            <w:r w:rsidRPr="00BF3AC4">
              <w:rPr>
                <w:lang w:val="ru-RU"/>
              </w:rPr>
              <w:t xml:space="preserve">         (подпись)                    (Ф. И. О.)</w:t>
            </w:r>
          </w:p>
        </w:tc>
      </w:tr>
    </w:tbl>
    <w:p w:rsidR="00FF6467" w:rsidRPr="00BF3AC4" w:rsidRDefault="00FF6467">
      <w:pPr>
        <w:rPr>
          <w:lang w:val="ru-RU"/>
        </w:rPr>
      </w:pPr>
    </w:p>
    <w:sectPr w:rsidR="00FF6467" w:rsidRPr="00BF3AC4" w:rsidSect="00034616">
      <w:footerReference w:type="default" r:id="rId8"/>
      <w:pgSz w:w="11906" w:h="16838"/>
      <w:pgMar w:top="850" w:right="850" w:bottom="1020" w:left="1134"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467" w:rsidRDefault="00FF6467">
      <w:r>
        <w:separator/>
      </w:r>
    </w:p>
  </w:endnote>
  <w:endnote w:type="continuationSeparator" w:id="0">
    <w:p w:rsidR="00FF6467" w:rsidRDefault="00FF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962" w:rsidRDefault="00FF6467">
    <w:pPr>
      <w:pStyle w:val="a7"/>
      <w:jc w:val="right"/>
    </w:pPr>
    <w:r>
      <w:fldChar w:fldCharType="begin"/>
    </w:r>
    <w:r>
      <w:instrText>PAGE</w:instrText>
    </w:r>
    <w:r>
      <w:fldChar w:fldCharType="separate"/>
    </w:r>
    <w:r w:rsidR="00BF3AC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467" w:rsidRDefault="00FF6467">
      <w:r>
        <w:separator/>
      </w:r>
    </w:p>
  </w:footnote>
  <w:footnote w:type="continuationSeparator" w:id="0">
    <w:p w:rsidR="00FF6467" w:rsidRDefault="00FF64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BF3AC4"/>
    <w:rsid w:val="00C31962"/>
    <w:rsid w:val="00CB0664"/>
    <w:rsid w:val="00FC693F"/>
    <w:rsid w:val="00FF64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98E73D9-6AAB-4324-8C5A-31535DD1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0" w:line="240" w:lineRule="auto"/>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4D6A8-BDF8-4E04-937D-21EEEA339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23841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на оказание услуг по заправке картриджей, 2026</dc:title>
  <dc:subject/>
  <dc:creator>ЛОГКУ «Леноблохота»</dc:creator>
  <cp:keywords/>
  <dc:description>generated by python-docx</dc:description>
  <cp:lastModifiedBy>User</cp:lastModifiedBy>
  <cp:revision>2</cp:revision>
  <dcterms:created xsi:type="dcterms:W3CDTF">2013-12-23T23:15:00Z</dcterms:created>
  <dcterms:modified xsi:type="dcterms:W3CDTF">2026-10-06T12:21:00Z</dcterms:modified>
  <cp:category/>
  <dc:language>ru-RU</dc:language>
</cp:coreProperties>
</file>