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4D396" w14:textId="77777777" w:rsidR="00177255" w:rsidRPr="004E6C78" w:rsidRDefault="00B57EFD" w:rsidP="004E6C78">
      <w:pPr>
        <w:spacing w:after="0" w:line="240" w:lineRule="auto"/>
        <w:jc w:val="center"/>
        <w:rPr>
          <w:rFonts w:cs="Times New Roman"/>
          <w:szCs w:val="24"/>
          <w:lang w:val="ru-RU"/>
        </w:rPr>
      </w:pPr>
      <w:r w:rsidRPr="004E6C78">
        <w:rPr>
          <w:rFonts w:cs="Times New Roman"/>
          <w:b/>
          <w:szCs w:val="24"/>
          <w:lang w:val="ru-RU"/>
        </w:rPr>
        <w:t>МУНИЦИПАЛЬНЫЙ КОНТРАКТ № ____</w:t>
      </w:r>
    </w:p>
    <w:p w14:paraId="3368EAD7" w14:textId="4D3062D4" w:rsidR="005A3E9B" w:rsidRDefault="005A3E9B" w:rsidP="004E6C78">
      <w:pPr>
        <w:spacing w:after="0" w:line="240" w:lineRule="auto"/>
        <w:jc w:val="center"/>
        <w:rPr>
          <w:rFonts w:cs="Times New Roman"/>
          <w:b/>
          <w:szCs w:val="24"/>
          <w:lang w:val="ru-RU"/>
        </w:rPr>
      </w:pPr>
      <w:r w:rsidRPr="005A3E9B">
        <w:rPr>
          <w:rFonts w:cs="Times New Roman"/>
          <w:b/>
          <w:szCs w:val="24"/>
          <w:lang w:val="ru-RU"/>
        </w:rPr>
        <w:t xml:space="preserve">на </w:t>
      </w:r>
      <w:r w:rsidR="0068469C" w:rsidRPr="0068469C">
        <w:rPr>
          <w:rFonts w:cs="Times New Roman"/>
          <w:b/>
          <w:szCs w:val="24"/>
          <w:lang w:val="ru-RU"/>
        </w:rPr>
        <w:t xml:space="preserve">проведение исследования почвенно-геологического состояния земельного участка </w:t>
      </w:r>
    </w:p>
    <w:p w14:paraId="36D05451" w14:textId="77777777" w:rsidR="0068469C" w:rsidRDefault="0068469C" w:rsidP="004E6C78">
      <w:pPr>
        <w:spacing w:after="0" w:line="240" w:lineRule="auto"/>
        <w:jc w:val="center"/>
        <w:rPr>
          <w:rFonts w:cs="Times New Roman"/>
          <w:b/>
          <w:szCs w:val="24"/>
          <w:lang w:val="ru-RU"/>
        </w:rPr>
      </w:pPr>
    </w:p>
    <w:p w14:paraId="167B838C" w14:textId="166A44EF" w:rsidR="002E7D66" w:rsidRPr="005A3E9B" w:rsidRDefault="002E7D66" w:rsidP="004E6C78">
      <w:pPr>
        <w:spacing w:after="0" w:line="240" w:lineRule="auto"/>
        <w:jc w:val="center"/>
        <w:rPr>
          <w:rFonts w:cs="Times New Roman"/>
          <w:b/>
          <w:color w:val="FF0000"/>
          <w:szCs w:val="24"/>
          <w:lang w:val="ru-RU"/>
        </w:rPr>
      </w:pPr>
      <w:r w:rsidRPr="005A3E9B">
        <w:rPr>
          <w:rFonts w:cs="Times New Roman"/>
          <w:b/>
          <w:color w:val="FF0000"/>
          <w:szCs w:val="24"/>
          <w:lang w:val="ru-RU"/>
        </w:rPr>
        <w:t xml:space="preserve">ИКЗ </w:t>
      </w:r>
      <w:r w:rsidR="00A34628" w:rsidRPr="00A34628">
        <w:rPr>
          <w:rFonts w:cs="Times New Roman"/>
          <w:b/>
          <w:color w:val="FF0000"/>
          <w:szCs w:val="24"/>
          <w:lang w:val="ru-RU"/>
        </w:rPr>
        <w:t>263470308374547030100100270000000244</w:t>
      </w:r>
    </w:p>
    <w:p w14:paraId="7DED3E41" w14:textId="77777777" w:rsidR="004E6C78" w:rsidRPr="004E6C78" w:rsidRDefault="004E6C78" w:rsidP="004E6C78">
      <w:pPr>
        <w:spacing w:after="0" w:line="240" w:lineRule="auto"/>
        <w:jc w:val="center"/>
        <w:rPr>
          <w:rFonts w:cs="Times New Roman"/>
          <w:szCs w:val="24"/>
          <w:lang w:val="ru-RU"/>
        </w:rPr>
      </w:pPr>
      <w:bookmarkStart w:id="0" w:name="_GoBack"/>
      <w:bookmarkEnd w:id="0"/>
    </w:p>
    <w:p w14:paraId="6A6151AB" w14:textId="45F4CC32" w:rsidR="00177255" w:rsidRDefault="00AF4FFB" w:rsidP="004E6C78">
      <w:pPr>
        <w:spacing w:after="0" w:line="240" w:lineRule="auto"/>
        <w:jc w:val="both"/>
        <w:rPr>
          <w:rFonts w:cs="Times New Roman"/>
          <w:szCs w:val="24"/>
          <w:lang w:val="ru-RU"/>
        </w:rPr>
      </w:pPr>
      <w:r w:rsidRPr="004E6C78">
        <w:rPr>
          <w:rFonts w:cs="Times New Roman"/>
          <w:szCs w:val="24"/>
          <w:lang w:val="ru-RU"/>
        </w:rPr>
        <w:t xml:space="preserve">д. </w:t>
      </w:r>
      <w:proofErr w:type="spellStart"/>
      <w:r w:rsidRPr="004E6C78">
        <w:rPr>
          <w:rFonts w:cs="Times New Roman"/>
          <w:szCs w:val="24"/>
          <w:lang w:val="ru-RU"/>
        </w:rPr>
        <w:t>Заневка</w:t>
      </w:r>
      <w:proofErr w:type="spellEnd"/>
      <w:r w:rsidRPr="004E6C78">
        <w:rPr>
          <w:rFonts w:cs="Times New Roman"/>
          <w:szCs w:val="24"/>
          <w:lang w:val="ru-RU"/>
        </w:rPr>
        <w:tab/>
      </w:r>
      <w:r w:rsidRPr="004E6C78">
        <w:rPr>
          <w:rFonts w:cs="Times New Roman"/>
          <w:szCs w:val="24"/>
          <w:lang w:val="ru-RU"/>
        </w:rPr>
        <w:tab/>
      </w:r>
      <w:r w:rsidRPr="004E6C78">
        <w:rPr>
          <w:rFonts w:cs="Times New Roman"/>
          <w:szCs w:val="24"/>
          <w:lang w:val="ru-RU"/>
        </w:rPr>
        <w:tab/>
      </w:r>
      <w:r w:rsidRPr="004E6C78">
        <w:rPr>
          <w:rFonts w:cs="Times New Roman"/>
          <w:szCs w:val="24"/>
          <w:lang w:val="ru-RU"/>
        </w:rPr>
        <w:tab/>
      </w:r>
      <w:r w:rsidRPr="004E6C78">
        <w:rPr>
          <w:rFonts w:cs="Times New Roman"/>
          <w:szCs w:val="24"/>
          <w:lang w:val="ru-RU"/>
        </w:rPr>
        <w:tab/>
      </w:r>
      <w:r w:rsidRPr="004E6C78">
        <w:rPr>
          <w:rFonts w:cs="Times New Roman"/>
          <w:szCs w:val="24"/>
          <w:lang w:val="ru-RU"/>
        </w:rPr>
        <w:tab/>
      </w:r>
      <w:r w:rsidRPr="004E6C78">
        <w:rPr>
          <w:rFonts w:cs="Times New Roman"/>
          <w:szCs w:val="24"/>
          <w:lang w:val="ru-RU"/>
        </w:rPr>
        <w:tab/>
      </w:r>
      <w:r w:rsidRPr="004E6C78">
        <w:rPr>
          <w:rFonts w:cs="Times New Roman"/>
          <w:szCs w:val="24"/>
          <w:lang w:val="ru-RU"/>
        </w:rPr>
        <w:tab/>
        <w:t xml:space="preserve"> </w:t>
      </w:r>
      <w:r w:rsidR="004E6C78">
        <w:rPr>
          <w:rFonts w:cs="Times New Roman"/>
          <w:szCs w:val="24"/>
          <w:lang w:val="ru-RU"/>
        </w:rPr>
        <w:t xml:space="preserve">   </w:t>
      </w:r>
      <w:r w:rsidR="00B57EFD" w:rsidRPr="004E6C78">
        <w:rPr>
          <w:rFonts w:cs="Times New Roman"/>
          <w:szCs w:val="24"/>
          <w:lang w:val="ru-RU"/>
        </w:rPr>
        <w:t>«___» __________ 2026 г</w:t>
      </w:r>
      <w:r w:rsidR="004E6C78">
        <w:rPr>
          <w:rFonts w:cs="Times New Roman"/>
          <w:szCs w:val="24"/>
          <w:lang w:val="ru-RU"/>
        </w:rPr>
        <w:t>ода</w:t>
      </w:r>
    </w:p>
    <w:p w14:paraId="117A51AE" w14:textId="77777777" w:rsidR="004E6C78" w:rsidRPr="004E6C78" w:rsidRDefault="004E6C78" w:rsidP="004E6C78">
      <w:pPr>
        <w:spacing w:after="0" w:line="240" w:lineRule="auto"/>
        <w:jc w:val="both"/>
        <w:rPr>
          <w:rFonts w:cs="Times New Roman"/>
          <w:szCs w:val="24"/>
          <w:lang w:val="ru-RU"/>
        </w:rPr>
      </w:pPr>
    </w:p>
    <w:p w14:paraId="3286F1AE" w14:textId="2DB8C31F" w:rsidR="00177255" w:rsidRDefault="00B57EFD" w:rsidP="004E6C78">
      <w:pPr>
        <w:spacing w:after="0" w:line="240" w:lineRule="auto"/>
        <w:ind w:firstLine="709"/>
        <w:jc w:val="both"/>
        <w:rPr>
          <w:rFonts w:cs="Times New Roman"/>
          <w:szCs w:val="24"/>
          <w:lang w:val="ru-RU"/>
        </w:rPr>
      </w:pPr>
      <w:r w:rsidRPr="004E6C78">
        <w:rPr>
          <w:rFonts w:cs="Times New Roman"/>
          <w:szCs w:val="24"/>
          <w:lang w:val="ru-RU"/>
        </w:rPr>
        <w:t>Администрация Заневского городского поселения Всеволожского муниципального района Ленинградской области, именуемая в дальнейшем «Заказчик», в лице главы администрации Герди</w:t>
      </w:r>
      <w:r w:rsidR="00AF4FFB" w:rsidRPr="004E6C78">
        <w:rPr>
          <w:rFonts w:cs="Times New Roman"/>
          <w:szCs w:val="24"/>
          <w:lang w:val="ru-RU"/>
        </w:rPr>
        <w:t>й</w:t>
      </w:r>
      <w:r w:rsidRPr="004E6C78">
        <w:rPr>
          <w:rFonts w:cs="Times New Roman"/>
          <w:szCs w:val="24"/>
          <w:lang w:val="ru-RU"/>
        </w:rPr>
        <w:t xml:space="preserve"> А.В., действующего на основании Устава</w:t>
      </w:r>
      <w:r w:rsidR="00C82783" w:rsidRPr="004E6C78">
        <w:rPr>
          <w:rFonts w:cs="Times New Roman"/>
          <w:szCs w:val="24"/>
          <w:lang w:val="ru-RU"/>
        </w:rPr>
        <w:t xml:space="preserve"> и Положения</w:t>
      </w:r>
      <w:r w:rsidRPr="004E6C78">
        <w:rPr>
          <w:rFonts w:cs="Times New Roman"/>
          <w:szCs w:val="24"/>
          <w:lang w:val="ru-RU"/>
        </w:rPr>
        <w:t>, с одной стороны, и ________________________________________, именуем__ в дальнейшем «Подрядчик», в лице ________________________________________, действующего на</w:t>
      </w:r>
      <w:r w:rsidR="00003476" w:rsidRPr="004E6C78">
        <w:rPr>
          <w:rFonts w:cs="Times New Roman"/>
          <w:szCs w:val="24"/>
          <w:lang w:val="ru-RU"/>
        </w:rPr>
        <w:t> </w:t>
      </w:r>
      <w:r w:rsidRPr="004E6C78">
        <w:rPr>
          <w:rFonts w:cs="Times New Roman"/>
          <w:szCs w:val="24"/>
          <w:lang w:val="ru-RU"/>
        </w:rPr>
        <w:t xml:space="preserve">основании ________________________, с другой стороны, совместно именуемые «Стороны», </w:t>
      </w:r>
      <w:r w:rsidR="002D7957" w:rsidRPr="004E6C78">
        <w:rPr>
          <w:rFonts w:cs="Times New Roman"/>
          <w:szCs w:val="24"/>
          <w:lang w:val="ru-RU"/>
        </w:rPr>
        <w:t>в соответствии с</w:t>
      </w:r>
      <w:r w:rsidRPr="004E6C78">
        <w:rPr>
          <w:rFonts w:cs="Times New Roman"/>
          <w:szCs w:val="24"/>
          <w:lang w:val="ru-RU"/>
        </w:rPr>
        <w:t xml:space="preserve"> Гражданским кодексом Российской Федерации, Федеральным законом от</w:t>
      </w:r>
      <w:r w:rsidR="002E7D66" w:rsidRPr="004E6C78">
        <w:rPr>
          <w:rFonts w:cs="Times New Roman"/>
          <w:szCs w:val="24"/>
          <w:lang w:val="ru-RU"/>
        </w:rPr>
        <w:t> </w:t>
      </w:r>
      <w:r w:rsidRPr="004E6C78">
        <w:rPr>
          <w:rFonts w:cs="Times New Roman"/>
          <w:szCs w:val="24"/>
          <w:lang w:val="ru-RU"/>
        </w:rPr>
        <w:t xml:space="preserve">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w:t>
      </w:r>
      <w:r w:rsidR="002D7957" w:rsidRPr="004E6C78">
        <w:rPr>
          <w:rFonts w:cs="Times New Roman"/>
          <w:szCs w:val="24"/>
          <w:lang w:val="ru-RU"/>
        </w:rPr>
        <w:t xml:space="preserve">– </w:t>
      </w:r>
      <w:r w:rsidRPr="004E6C78">
        <w:rPr>
          <w:rFonts w:cs="Times New Roman"/>
          <w:szCs w:val="24"/>
          <w:lang w:val="ru-RU"/>
        </w:rPr>
        <w:t>Контракт)</w:t>
      </w:r>
      <w:r w:rsidR="002D7957" w:rsidRPr="004E6C78">
        <w:rPr>
          <w:rFonts w:cs="Times New Roman"/>
          <w:szCs w:val="24"/>
          <w:lang w:val="ru-RU"/>
        </w:rPr>
        <w:t xml:space="preserve"> в соответствии с п. 4 ч. 1 статьи 93 Федерального закона от 05.04.2013 № 44-ФЗ </w:t>
      </w:r>
      <w:r w:rsidRPr="004E6C78">
        <w:rPr>
          <w:rFonts w:cs="Times New Roman"/>
          <w:szCs w:val="24"/>
          <w:lang w:val="ru-RU"/>
        </w:rPr>
        <w:t>о нижеследующем:</w:t>
      </w:r>
    </w:p>
    <w:p w14:paraId="5B4A6697" w14:textId="77777777" w:rsidR="004E6C78" w:rsidRPr="004E6C78" w:rsidRDefault="004E6C78" w:rsidP="004E6C78">
      <w:pPr>
        <w:spacing w:after="0" w:line="240" w:lineRule="auto"/>
        <w:ind w:firstLine="709"/>
        <w:jc w:val="center"/>
        <w:rPr>
          <w:rFonts w:cs="Times New Roman"/>
          <w:szCs w:val="24"/>
          <w:lang w:val="ru-RU"/>
        </w:rPr>
      </w:pPr>
    </w:p>
    <w:p w14:paraId="7DF2618C" w14:textId="0B88E20E" w:rsidR="00177255" w:rsidRPr="00171BB8" w:rsidRDefault="00B57EFD" w:rsidP="00171BB8">
      <w:pPr>
        <w:pStyle w:val="ae"/>
        <w:numPr>
          <w:ilvl w:val="0"/>
          <w:numId w:val="11"/>
        </w:numPr>
        <w:spacing w:after="0" w:line="240" w:lineRule="auto"/>
        <w:jc w:val="center"/>
        <w:rPr>
          <w:rFonts w:cs="Times New Roman"/>
          <w:b/>
          <w:szCs w:val="24"/>
          <w:lang w:val="ru-RU"/>
        </w:rPr>
      </w:pPr>
      <w:r w:rsidRPr="00171BB8">
        <w:rPr>
          <w:rFonts w:cs="Times New Roman"/>
          <w:b/>
          <w:szCs w:val="24"/>
          <w:lang w:val="ru-RU"/>
        </w:rPr>
        <w:t>ПРЕДМЕТ КОНТРАКТА</w:t>
      </w:r>
    </w:p>
    <w:p w14:paraId="6669FFD8" w14:textId="77777777" w:rsidR="00171BB8" w:rsidRPr="00171BB8" w:rsidRDefault="00171BB8" w:rsidP="00171BB8">
      <w:pPr>
        <w:pStyle w:val="ae"/>
        <w:spacing w:after="0" w:line="240" w:lineRule="auto"/>
        <w:rPr>
          <w:rFonts w:cs="Times New Roman"/>
          <w:szCs w:val="24"/>
          <w:lang w:val="ru-RU"/>
        </w:rPr>
      </w:pPr>
    </w:p>
    <w:p w14:paraId="2F72C680" w14:textId="4CECB91C" w:rsidR="004E6C78" w:rsidRPr="004E6C78" w:rsidRDefault="00DA240F" w:rsidP="004E6C78">
      <w:pPr>
        <w:spacing w:after="0" w:line="240" w:lineRule="auto"/>
        <w:jc w:val="both"/>
        <w:rPr>
          <w:rFonts w:cs="Times New Roman"/>
          <w:szCs w:val="24"/>
          <w:lang w:val="ru-RU"/>
        </w:rPr>
      </w:pPr>
      <w:r>
        <w:rPr>
          <w:rFonts w:cs="Times New Roman"/>
          <w:szCs w:val="24"/>
          <w:lang w:val="ru-RU"/>
        </w:rPr>
        <w:t xml:space="preserve">               </w:t>
      </w:r>
      <w:r w:rsidR="004E6C78" w:rsidRPr="004E6C78">
        <w:rPr>
          <w:rFonts w:cs="Times New Roman"/>
          <w:szCs w:val="24"/>
          <w:lang w:val="ru-RU"/>
        </w:rPr>
        <w:t>1.1. По настоящему Контракту Подрядчик обязуется по заданию Заказчика выполнить в соответствии с Описанием объекта закупки (Приложение № 1 к Контракту), а Заказчик обязуется принять результат выполненных работ и оплатить его в порядке и на условиях, предусмотренных настоящим Контрактом.</w:t>
      </w:r>
    </w:p>
    <w:p w14:paraId="0872B414" w14:textId="4FDC24A7" w:rsidR="00CC30F1" w:rsidRPr="00CC30F1" w:rsidRDefault="00DA240F" w:rsidP="00CC30F1">
      <w:pPr>
        <w:spacing w:after="0" w:line="240" w:lineRule="auto"/>
        <w:jc w:val="both"/>
        <w:rPr>
          <w:rFonts w:cs="Times New Roman"/>
          <w:szCs w:val="24"/>
          <w:lang w:val="ru-RU"/>
        </w:rPr>
      </w:pPr>
      <w:r>
        <w:rPr>
          <w:rFonts w:cs="Times New Roman"/>
          <w:szCs w:val="24"/>
          <w:lang w:val="ru-RU"/>
        </w:rPr>
        <w:t xml:space="preserve">                1.2. Состав работ включают </w:t>
      </w:r>
      <w:r w:rsidR="004E6C78" w:rsidRPr="004E6C78">
        <w:rPr>
          <w:rFonts w:cs="Times New Roman"/>
          <w:szCs w:val="24"/>
          <w:lang w:val="ru-RU"/>
        </w:rPr>
        <w:t>работ</w:t>
      </w:r>
      <w:r>
        <w:rPr>
          <w:rFonts w:cs="Times New Roman"/>
          <w:szCs w:val="24"/>
          <w:lang w:val="ru-RU"/>
        </w:rPr>
        <w:t>ы</w:t>
      </w:r>
      <w:r w:rsidR="004E6C78" w:rsidRPr="004E6C78">
        <w:rPr>
          <w:rFonts w:cs="Times New Roman"/>
          <w:szCs w:val="24"/>
          <w:lang w:val="ru-RU"/>
        </w:rPr>
        <w:t xml:space="preserve"> по подготовке </w:t>
      </w:r>
      <w:r w:rsidR="00CC30F1" w:rsidRPr="00CC30F1">
        <w:rPr>
          <w:rFonts w:cs="Times New Roman"/>
          <w:szCs w:val="24"/>
          <w:lang w:val="ru-RU"/>
        </w:rPr>
        <w:t xml:space="preserve">исследования почвенно-геологического состояния земельного участка с постановкой следующих вопросов: </w:t>
      </w:r>
    </w:p>
    <w:p w14:paraId="6537FFA2" w14:textId="77777777" w:rsidR="00D67B93" w:rsidRPr="00D67B93" w:rsidRDefault="00D67B93" w:rsidP="00D67B93">
      <w:pPr>
        <w:spacing w:after="0" w:line="240" w:lineRule="auto"/>
        <w:jc w:val="both"/>
        <w:rPr>
          <w:rFonts w:cs="Times New Roman"/>
          <w:szCs w:val="24"/>
          <w:lang w:val="ru-RU"/>
        </w:rPr>
      </w:pPr>
      <w:r w:rsidRPr="00D67B93">
        <w:rPr>
          <w:rFonts w:cs="Times New Roman"/>
          <w:szCs w:val="24"/>
          <w:lang w:val="ru-RU"/>
        </w:rPr>
        <w:t>1.</w:t>
      </w:r>
      <w:r w:rsidRPr="00D67B93">
        <w:rPr>
          <w:rFonts w:cs="Times New Roman"/>
          <w:szCs w:val="24"/>
          <w:lang w:val="ru-RU"/>
        </w:rPr>
        <w:tab/>
        <w:t xml:space="preserve"> Имеются ли на земельном участке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D67B93">
        <w:rPr>
          <w:rFonts w:cs="Times New Roman"/>
          <w:szCs w:val="24"/>
          <w:lang w:val="ru-RU"/>
        </w:rPr>
        <w:t>кв.м</w:t>
      </w:r>
      <w:proofErr w:type="spellEnd"/>
      <w:r w:rsidRPr="00D67B93">
        <w:rPr>
          <w:rFonts w:cs="Times New Roman"/>
          <w:szCs w:val="24"/>
          <w:lang w:val="ru-RU"/>
        </w:rPr>
        <w:t xml:space="preserve">, расположенном по адресу: Российская Федерация, Ленинградская область, Всеволожский муниципальный район, Заневское городское поселение, г. </w:t>
      </w:r>
      <w:proofErr w:type="spellStart"/>
      <w:r w:rsidRPr="00D67B93">
        <w:rPr>
          <w:rFonts w:cs="Times New Roman"/>
          <w:szCs w:val="24"/>
          <w:lang w:val="ru-RU"/>
        </w:rPr>
        <w:t>Кудрово</w:t>
      </w:r>
      <w:proofErr w:type="spellEnd"/>
      <w:r w:rsidRPr="00D67B93">
        <w:rPr>
          <w:rFonts w:cs="Times New Roman"/>
          <w:szCs w:val="24"/>
          <w:lang w:val="ru-RU"/>
        </w:rPr>
        <w:t xml:space="preserve"> признаки негативного воздействия хозяйственной деятельности человека на почвенный покров; если да, то какие именно?</w:t>
      </w:r>
    </w:p>
    <w:p w14:paraId="3056CB1C" w14:textId="77777777" w:rsidR="00D67B93" w:rsidRPr="00D67B93" w:rsidRDefault="00D67B93" w:rsidP="00D67B93">
      <w:pPr>
        <w:spacing w:after="0" w:line="240" w:lineRule="auto"/>
        <w:jc w:val="both"/>
        <w:rPr>
          <w:rFonts w:cs="Times New Roman"/>
          <w:szCs w:val="24"/>
          <w:lang w:val="ru-RU"/>
        </w:rPr>
      </w:pPr>
      <w:r w:rsidRPr="00D67B93">
        <w:rPr>
          <w:rFonts w:cs="Times New Roman"/>
          <w:szCs w:val="24"/>
          <w:lang w:val="ru-RU"/>
        </w:rPr>
        <w:t>2.</w:t>
      </w:r>
      <w:r w:rsidRPr="00D67B93">
        <w:rPr>
          <w:rFonts w:cs="Times New Roman"/>
          <w:szCs w:val="24"/>
          <w:lang w:val="ru-RU"/>
        </w:rPr>
        <w:tab/>
        <w:t xml:space="preserve">Имеется ли на земельном участке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D67B93">
        <w:rPr>
          <w:rFonts w:cs="Times New Roman"/>
          <w:szCs w:val="24"/>
          <w:lang w:val="ru-RU"/>
        </w:rPr>
        <w:t>кв.м</w:t>
      </w:r>
      <w:proofErr w:type="spellEnd"/>
      <w:r w:rsidRPr="00D67B93">
        <w:rPr>
          <w:rFonts w:cs="Times New Roman"/>
          <w:szCs w:val="24"/>
          <w:lang w:val="ru-RU"/>
        </w:rPr>
        <w:t xml:space="preserve">, расположенном по адресу: Российская Федерация, Ленинградская область, Всеволожский муниципальный район, Заневское городское поселение, г. </w:t>
      </w:r>
      <w:proofErr w:type="spellStart"/>
      <w:r w:rsidRPr="00D67B93">
        <w:rPr>
          <w:rFonts w:cs="Times New Roman"/>
          <w:szCs w:val="24"/>
          <w:lang w:val="ru-RU"/>
        </w:rPr>
        <w:t>Кудрово</w:t>
      </w:r>
      <w:proofErr w:type="spellEnd"/>
      <w:r w:rsidRPr="00D67B93">
        <w:rPr>
          <w:rFonts w:cs="Times New Roman"/>
          <w:szCs w:val="24"/>
          <w:lang w:val="ru-RU"/>
        </w:rPr>
        <w:t xml:space="preserve"> факт искусственного поднятия уровня земельного участка? Если да, то на какую высоту (в том числе в разных частях участка)?</w:t>
      </w:r>
    </w:p>
    <w:p w14:paraId="0CBAC22C" w14:textId="77777777" w:rsidR="00D67B93" w:rsidRPr="00D67B93" w:rsidRDefault="00D67B93" w:rsidP="00D67B93">
      <w:pPr>
        <w:spacing w:after="0" w:line="240" w:lineRule="auto"/>
        <w:jc w:val="both"/>
        <w:rPr>
          <w:rFonts w:cs="Times New Roman"/>
          <w:szCs w:val="24"/>
          <w:lang w:val="ru-RU"/>
        </w:rPr>
      </w:pPr>
      <w:r w:rsidRPr="00D67B93">
        <w:rPr>
          <w:rFonts w:cs="Times New Roman"/>
          <w:szCs w:val="24"/>
          <w:lang w:val="ru-RU"/>
        </w:rPr>
        <w:t>3.</w:t>
      </w:r>
      <w:r w:rsidRPr="00D67B93">
        <w:rPr>
          <w:rFonts w:cs="Times New Roman"/>
          <w:szCs w:val="24"/>
          <w:lang w:val="ru-RU"/>
        </w:rPr>
        <w:tab/>
        <w:t xml:space="preserve">Если на земельном участке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D67B93">
        <w:rPr>
          <w:rFonts w:cs="Times New Roman"/>
          <w:szCs w:val="24"/>
          <w:lang w:val="ru-RU"/>
        </w:rPr>
        <w:t>кв.м</w:t>
      </w:r>
      <w:proofErr w:type="spellEnd"/>
      <w:r w:rsidRPr="00D67B93">
        <w:rPr>
          <w:rFonts w:cs="Times New Roman"/>
          <w:szCs w:val="24"/>
          <w:lang w:val="ru-RU"/>
        </w:rPr>
        <w:t xml:space="preserve">, расположенном по адресу: Российская Федерация, Ленинградская область, Всеволожский муниципальный район, Заневское городское поселение, г. </w:t>
      </w:r>
      <w:proofErr w:type="spellStart"/>
      <w:r w:rsidRPr="00D67B93">
        <w:rPr>
          <w:rFonts w:cs="Times New Roman"/>
          <w:szCs w:val="24"/>
          <w:lang w:val="ru-RU"/>
        </w:rPr>
        <w:t>Кудрово</w:t>
      </w:r>
      <w:proofErr w:type="spellEnd"/>
      <w:r w:rsidRPr="00D67B93">
        <w:rPr>
          <w:rFonts w:cs="Times New Roman"/>
          <w:szCs w:val="24"/>
          <w:lang w:val="ru-RU"/>
        </w:rPr>
        <w:t xml:space="preserve"> имеется факт поднятия уровня земельного участка, каков состав слоя, образовавшегося в результате поднятия? Содержит ли он включения, характерные для отходов производства и потребления? Каковы его площадь и объем?</w:t>
      </w:r>
    </w:p>
    <w:p w14:paraId="73B7D305" w14:textId="77777777" w:rsidR="00D67B93" w:rsidRPr="00D67B93" w:rsidRDefault="00D67B93" w:rsidP="00D67B93">
      <w:pPr>
        <w:spacing w:after="0" w:line="240" w:lineRule="auto"/>
        <w:jc w:val="both"/>
        <w:rPr>
          <w:rFonts w:cs="Times New Roman"/>
          <w:szCs w:val="24"/>
          <w:lang w:val="ru-RU"/>
        </w:rPr>
      </w:pPr>
      <w:r w:rsidRPr="00D67B93">
        <w:rPr>
          <w:rFonts w:cs="Times New Roman"/>
          <w:szCs w:val="24"/>
          <w:lang w:val="ru-RU"/>
        </w:rPr>
        <w:t>4.</w:t>
      </w:r>
      <w:r w:rsidRPr="00D67B93">
        <w:rPr>
          <w:rFonts w:cs="Times New Roman"/>
          <w:szCs w:val="24"/>
          <w:lang w:val="ru-RU"/>
        </w:rPr>
        <w:tab/>
        <w:t xml:space="preserve"> Если имеется факт поднятия уровня земельного участка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D67B93">
        <w:rPr>
          <w:rFonts w:cs="Times New Roman"/>
          <w:szCs w:val="24"/>
          <w:lang w:val="ru-RU"/>
        </w:rPr>
        <w:t>кв.м</w:t>
      </w:r>
      <w:proofErr w:type="spellEnd"/>
      <w:r w:rsidRPr="00D67B93">
        <w:rPr>
          <w:rFonts w:cs="Times New Roman"/>
          <w:szCs w:val="24"/>
          <w:lang w:val="ru-RU"/>
        </w:rPr>
        <w:t xml:space="preserve">, </w:t>
      </w:r>
      <w:r w:rsidRPr="00D67B93">
        <w:rPr>
          <w:rFonts w:cs="Times New Roman"/>
          <w:szCs w:val="24"/>
          <w:lang w:val="ru-RU"/>
        </w:rPr>
        <w:lastRenderedPageBreak/>
        <w:t xml:space="preserve">расположенного по адресу: Российская Федерация, Ленинградская область, Всеволожский муниципальный район, Заневское городское поселение, г. </w:t>
      </w:r>
      <w:proofErr w:type="spellStart"/>
      <w:r w:rsidRPr="00D67B93">
        <w:rPr>
          <w:rFonts w:cs="Times New Roman"/>
          <w:szCs w:val="24"/>
          <w:lang w:val="ru-RU"/>
        </w:rPr>
        <w:t>Кудрово</w:t>
      </w:r>
      <w:proofErr w:type="spellEnd"/>
      <w:r w:rsidRPr="00D67B93">
        <w:rPr>
          <w:rFonts w:cs="Times New Roman"/>
          <w:szCs w:val="24"/>
          <w:lang w:val="ru-RU"/>
        </w:rPr>
        <w:t xml:space="preserve"> и состав слоя, образовавшегося в результате поднятия уровня земельного участка содержит включения, характерные для отходов производства и потребления каков морфологический состав отходов, класс опасности отходов, размер вреда, причиненного почвам в результате несанкционированного размещения отходов на поверхности земельного участка?</w:t>
      </w:r>
    </w:p>
    <w:p w14:paraId="4841DB8D" w14:textId="77777777" w:rsidR="00D67B93" w:rsidRDefault="00D67B93" w:rsidP="00D67B93">
      <w:pPr>
        <w:spacing w:after="0" w:line="240" w:lineRule="auto"/>
        <w:jc w:val="both"/>
        <w:rPr>
          <w:rFonts w:cs="Times New Roman"/>
          <w:szCs w:val="24"/>
          <w:lang w:val="ru-RU"/>
        </w:rPr>
      </w:pPr>
      <w:r w:rsidRPr="00D67B93">
        <w:rPr>
          <w:rFonts w:cs="Times New Roman"/>
          <w:szCs w:val="24"/>
          <w:lang w:val="ru-RU"/>
        </w:rPr>
        <w:t xml:space="preserve">Если имеется факт поднятия уровня земельного участка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D67B93">
        <w:rPr>
          <w:rFonts w:cs="Times New Roman"/>
          <w:szCs w:val="24"/>
          <w:lang w:val="ru-RU"/>
        </w:rPr>
        <w:t>кв.м</w:t>
      </w:r>
      <w:proofErr w:type="spellEnd"/>
      <w:r w:rsidRPr="00D67B93">
        <w:rPr>
          <w:rFonts w:cs="Times New Roman"/>
          <w:szCs w:val="24"/>
          <w:lang w:val="ru-RU"/>
        </w:rPr>
        <w:t xml:space="preserve">, расположенного по адресу: Российская Федерация, Ленинградская область, Всеволожский муниципальный район, Заневское городское поселение, г. </w:t>
      </w:r>
      <w:proofErr w:type="spellStart"/>
      <w:r w:rsidRPr="00D67B93">
        <w:rPr>
          <w:rFonts w:cs="Times New Roman"/>
          <w:szCs w:val="24"/>
          <w:lang w:val="ru-RU"/>
        </w:rPr>
        <w:t>Кудрово</w:t>
      </w:r>
      <w:proofErr w:type="spellEnd"/>
      <w:r w:rsidRPr="00D67B93">
        <w:rPr>
          <w:rFonts w:cs="Times New Roman"/>
          <w:szCs w:val="24"/>
          <w:lang w:val="ru-RU"/>
        </w:rPr>
        <w:t>, привело ли такое поднятие уровня участка к каким-либо негативным последствиям (подтопление соседних территорий, изменение гидрогеологических условий, деформация фундаментов близлежащих объектов, нарушение дренажных систем), соответствовали ли действия по поднятию уровня участка нормативным требованиям (земельное, градостроительное, экологическое законодательство), были ли нарушены правила обращения с отходами?</w:t>
      </w:r>
    </w:p>
    <w:p w14:paraId="41975347" w14:textId="77777777" w:rsidR="00D67B93" w:rsidRDefault="00D67B93" w:rsidP="00D67B93">
      <w:pPr>
        <w:spacing w:after="0" w:line="240" w:lineRule="auto"/>
        <w:jc w:val="both"/>
        <w:rPr>
          <w:rFonts w:cs="Times New Roman"/>
          <w:szCs w:val="24"/>
          <w:lang w:val="ru-RU"/>
        </w:rPr>
      </w:pPr>
    </w:p>
    <w:p w14:paraId="79891656" w14:textId="21908DA9" w:rsidR="004E6C78" w:rsidRPr="004E6C78" w:rsidRDefault="004E6C78" w:rsidP="00D67B93">
      <w:pPr>
        <w:spacing w:after="0" w:line="240" w:lineRule="auto"/>
        <w:jc w:val="both"/>
        <w:rPr>
          <w:rFonts w:cs="Times New Roman"/>
          <w:b/>
          <w:szCs w:val="24"/>
          <w:lang w:val="ru-RU"/>
        </w:rPr>
      </w:pPr>
      <w:r w:rsidRPr="004E6C78">
        <w:rPr>
          <w:rFonts w:cs="Times New Roman"/>
          <w:b/>
          <w:szCs w:val="24"/>
          <w:lang w:val="ru-RU"/>
        </w:rPr>
        <w:t xml:space="preserve">                       </w:t>
      </w:r>
      <w:r>
        <w:rPr>
          <w:rFonts w:cs="Times New Roman"/>
          <w:b/>
          <w:szCs w:val="24"/>
          <w:lang w:val="ru-RU"/>
        </w:rPr>
        <w:t xml:space="preserve">                               </w:t>
      </w:r>
      <w:r w:rsidRPr="004E6C78">
        <w:rPr>
          <w:rFonts w:cs="Times New Roman"/>
          <w:b/>
          <w:szCs w:val="24"/>
          <w:lang w:val="ru-RU"/>
        </w:rPr>
        <w:t xml:space="preserve"> 2. СРОК ВЫПОЛНЕНИЯ РАБОТ</w:t>
      </w:r>
    </w:p>
    <w:p w14:paraId="1B2ADEC0" w14:textId="77777777" w:rsidR="004E6C78" w:rsidRPr="004E6C78" w:rsidRDefault="004E6C78" w:rsidP="004E6C78">
      <w:pPr>
        <w:spacing w:after="0" w:line="240" w:lineRule="auto"/>
        <w:jc w:val="both"/>
        <w:rPr>
          <w:rFonts w:cs="Times New Roman"/>
          <w:b/>
          <w:szCs w:val="24"/>
          <w:lang w:val="ru-RU"/>
        </w:rPr>
      </w:pPr>
    </w:p>
    <w:p w14:paraId="56B028D1" w14:textId="3CF6F2ED" w:rsidR="004E6C78" w:rsidRPr="004E6C78" w:rsidRDefault="00DA240F" w:rsidP="004E6C78">
      <w:pPr>
        <w:spacing w:after="0" w:line="240" w:lineRule="auto"/>
        <w:jc w:val="both"/>
        <w:rPr>
          <w:rFonts w:cs="Times New Roman"/>
          <w:szCs w:val="24"/>
          <w:lang w:val="ru-RU"/>
        </w:rPr>
      </w:pPr>
      <w:r>
        <w:rPr>
          <w:rFonts w:cs="Times New Roman"/>
          <w:szCs w:val="24"/>
          <w:lang w:val="ru-RU"/>
        </w:rPr>
        <w:t xml:space="preserve">                </w:t>
      </w:r>
      <w:r w:rsidR="004E6C78" w:rsidRPr="004E6C78">
        <w:rPr>
          <w:rFonts w:cs="Times New Roman"/>
          <w:szCs w:val="24"/>
          <w:lang w:val="ru-RU"/>
        </w:rPr>
        <w:t xml:space="preserve">2.1. Контракт вступает в силу с момента подписания и действует до полного исполнения Сторонами обязательств по нему. </w:t>
      </w:r>
    </w:p>
    <w:p w14:paraId="3F1AB530" w14:textId="68D23E58" w:rsidR="004E6C78" w:rsidRPr="004E6C78" w:rsidRDefault="00DA240F" w:rsidP="004E6C78">
      <w:pPr>
        <w:spacing w:after="0" w:line="240" w:lineRule="auto"/>
        <w:jc w:val="both"/>
        <w:rPr>
          <w:rFonts w:cs="Times New Roman"/>
          <w:szCs w:val="24"/>
          <w:lang w:val="ru-RU"/>
        </w:rPr>
      </w:pPr>
      <w:r>
        <w:rPr>
          <w:rFonts w:cs="Times New Roman"/>
          <w:szCs w:val="24"/>
          <w:lang w:val="ru-RU"/>
        </w:rPr>
        <w:t xml:space="preserve">                </w:t>
      </w:r>
      <w:r w:rsidR="004E6C78" w:rsidRPr="004E6C78">
        <w:rPr>
          <w:rFonts w:cs="Times New Roman"/>
          <w:szCs w:val="24"/>
          <w:lang w:val="ru-RU"/>
        </w:rPr>
        <w:t xml:space="preserve">2.2. Срок начала Работ с момента подписания настоящего договора. </w:t>
      </w:r>
    </w:p>
    <w:p w14:paraId="5C3C29F1" w14:textId="518D531F" w:rsidR="004E6C78" w:rsidRPr="004E6C78" w:rsidRDefault="00DA240F" w:rsidP="004E6C78">
      <w:pPr>
        <w:spacing w:after="0" w:line="240" w:lineRule="auto"/>
        <w:jc w:val="both"/>
        <w:rPr>
          <w:rFonts w:cs="Times New Roman"/>
          <w:szCs w:val="24"/>
          <w:lang w:val="ru-RU"/>
        </w:rPr>
      </w:pPr>
      <w:r>
        <w:rPr>
          <w:rFonts w:cs="Times New Roman"/>
          <w:szCs w:val="24"/>
          <w:lang w:val="ru-RU"/>
        </w:rPr>
        <w:t xml:space="preserve">                </w:t>
      </w:r>
      <w:r w:rsidR="004E6C78" w:rsidRPr="004E6C78">
        <w:rPr>
          <w:rFonts w:cs="Times New Roman"/>
          <w:szCs w:val="24"/>
          <w:lang w:val="ru-RU"/>
        </w:rPr>
        <w:t xml:space="preserve">2.3. Срок окончания Работ </w:t>
      </w:r>
      <w:r w:rsidR="00CC30F1">
        <w:rPr>
          <w:rFonts w:cs="Times New Roman"/>
          <w:szCs w:val="24"/>
          <w:lang w:val="ru-RU"/>
        </w:rPr>
        <w:t>30</w:t>
      </w:r>
      <w:r w:rsidR="004E6C78" w:rsidRPr="004E6C78">
        <w:rPr>
          <w:rFonts w:cs="Times New Roman"/>
          <w:szCs w:val="24"/>
          <w:lang w:val="ru-RU"/>
        </w:rPr>
        <w:t xml:space="preserve"> календарных дней с момента подписания настоящего Контракта.</w:t>
      </w:r>
    </w:p>
    <w:p w14:paraId="055E9487" w14:textId="7171543A" w:rsidR="00177255" w:rsidRDefault="004E6C78" w:rsidP="004E6C78">
      <w:pPr>
        <w:spacing w:after="0" w:line="240" w:lineRule="auto"/>
        <w:jc w:val="both"/>
        <w:rPr>
          <w:rFonts w:cs="Times New Roman"/>
          <w:b/>
          <w:szCs w:val="24"/>
          <w:lang w:val="ru-RU"/>
        </w:rPr>
      </w:pPr>
      <w:r>
        <w:rPr>
          <w:rFonts w:cs="Times New Roman"/>
          <w:b/>
          <w:szCs w:val="24"/>
          <w:lang w:val="ru-RU"/>
        </w:rPr>
        <w:t xml:space="preserve">                            </w:t>
      </w:r>
      <w:r w:rsidRPr="004E6C78">
        <w:rPr>
          <w:rFonts w:cs="Times New Roman"/>
          <w:b/>
          <w:szCs w:val="24"/>
          <w:lang w:val="ru-RU"/>
        </w:rPr>
        <w:t>3</w:t>
      </w:r>
      <w:r w:rsidR="00B57EFD" w:rsidRPr="004E6C78">
        <w:rPr>
          <w:rFonts w:cs="Times New Roman"/>
          <w:b/>
          <w:szCs w:val="24"/>
          <w:lang w:val="ru-RU"/>
        </w:rPr>
        <w:t>. ЦЕНА КОНТРАКТА И ПОРЯДОК РАСЧЕТОВ</w:t>
      </w:r>
    </w:p>
    <w:p w14:paraId="07894FE5" w14:textId="77777777" w:rsidR="00DA240F" w:rsidRPr="004E6C78" w:rsidRDefault="00DA240F" w:rsidP="004E6C78">
      <w:pPr>
        <w:spacing w:after="0" w:line="240" w:lineRule="auto"/>
        <w:jc w:val="both"/>
        <w:rPr>
          <w:rFonts w:cs="Times New Roman"/>
          <w:b/>
          <w:szCs w:val="24"/>
          <w:lang w:val="ru-RU"/>
        </w:rPr>
      </w:pPr>
    </w:p>
    <w:p w14:paraId="1874B6DE" w14:textId="24CB3088"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 xml:space="preserve">.1. Цена Контракта является твердой, определяется на весь срок исполнения Контракта и составляет </w:t>
      </w:r>
      <w:r w:rsidR="00AA1EFF">
        <w:rPr>
          <w:rFonts w:cs="Times New Roman"/>
          <w:szCs w:val="24"/>
          <w:lang w:val="ru-RU"/>
        </w:rPr>
        <w:t xml:space="preserve">_______________ (                                   ) </w:t>
      </w:r>
      <w:r w:rsidR="00B57EFD" w:rsidRPr="004E6C78">
        <w:rPr>
          <w:rFonts w:cs="Times New Roman"/>
          <w:szCs w:val="24"/>
          <w:lang w:val="ru-RU"/>
        </w:rPr>
        <w:t xml:space="preserve">рублей </w:t>
      </w:r>
      <w:r w:rsidR="00041105">
        <w:rPr>
          <w:rFonts w:cs="Times New Roman"/>
          <w:szCs w:val="24"/>
          <w:lang w:val="ru-RU"/>
        </w:rPr>
        <w:t>00</w:t>
      </w:r>
      <w:r w:rsidR="00B57EFD" w:rsidRPr="004E6C78">
        <w:rPr>
          <w:rFonts w:cs="Times New Roman"/>
          <w:szCs w:val="24"/>
          <w:lang w:val="ru-RU"/>
        </w:rPr>
        <w:t xml:space="preserve"> копеек, в том числе НДС _____ / НДС не облагается.</w:t>
      </w:r>
    </w:p>
    <w:p w14:paraId="5098227D" w14:textId="3E7A6B17"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.2. В цену Контракта включаются все расходы Подрядчика, необходимые для полного и надлежащего исполнения обязательств по Контракту, включая стоимость работ, транспортные расходы, оформление и передачу результатов работ, уплату налогов, сборов и</w:t>
      </w:r>
      <w:r w:rsidR="001F5BB0" w:rsidRPr="004E6C78">
        <w:rPr>
          <w:rFonts w:cs="Times New Roman"/>
          <w:szCs w:val="24"/>
          <w:lang w:val="ru-RU"/>
        </w:rPr>
        <w:t> </w:t>
      </w:r>
      <w:r w:rsidR="00B57EFD" w:rsidRPr="004E6C78">
        <w:rPr>
          <w:rFonts w:cs="Times New Roman"/>
          <w:szCs w:val="24"/>
          <w:lang w:val="ru-RU"/>
        </w:rPr>
        <w:t>иных обязательных платежей.</w:t>
      </w:r>
    </w:p>
    <w:p w14:paraId="776FE5F4" w14:textId="1E53DB20"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.3. Оплата осуществляется за счет средств бюджета Заневского городского поселения Всеволожского муниципального района Ленинградской области на 2026 год.</w:t>
      </w:r>
    </w:p>
    <w:p w14:paraId="1AD5CBF6" w14:textId="27EB4030"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.4. Оплата производится по безналичному расчету путем перечисления денежных средств на расчетный счет Подрядчика на основании подписанного Сторонами документа о</w:t>
      </w:r>
      <w:r w:rsidR="00AB14EF" w:rsidRPr="004E6C78">
        <w:rPr>
          <w:rFonts w:cs="Times New Roman"/>
          <w:szCs w:val="24"/>
          <w:lang w:val="ru-RU"/>
        </w:rPr>
        <w:t> </w:t>
      </w:r>
      <w:r w:rsidR="00B57EFD" w:rsidRPr="004E6C78">
        <w:rPr>
          <w:rFonts w:cs="Times New Roman"/>
          <w:szCs w:val="24"/>
          <w:lang w:val="ru-RU"/>
        </w:rPr>
        <w:t>приемке, счета и, при наличии, счета-фактуры.</w:t>
      </w:r>
    </w:p>
    <w:p w14:paraId="16FE5BD6" w14:textId="2CA12663"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 xml:space="preserve">.5. Срок оплаты </w:t>
      </w:r>
      <w:r w:rsidR="001F5BB0" w:rsidRPr="004E6C78">
        <w:rPr>
          <w:rFonts w:cs="Times New Roman"/>
          <w:szCs w:val="24"/>
          <w:lang w:val="ru-RU"/>
        </w:rPr>
        <w:t xml:space="preserve">– </w:t>
      </w:r>
      <w:r w:rsidR="00B57EFD" w:rsidRPr="004E6C78">
        <w:rPr>
          <w:rFonts w:cs="Times New Roman"/>
          <w:szCs w:val="24"/>
          <w:lang w:val="ru-RU"/>
        </w:rPr>
        <w:t xml:space="preserve">не более </w:t>
      </w:r>
      <w:r w:rsidR="00AF4FFB" w:rsidRPr="004E6C78">
        <w:rPr>
          <w:rFonts w:cs="Times New Roman"/>
          <w:szCs w:val="24"/>
          <w:lang w:val="ru-RU"/>
        </w:rPr>
        <w:t>10</w:t>
      </w:r>
      <w:r w:rsidR="00F23A90" w:rsidRPr="004E6C78">
        <w:rPr>
          <w:rFonts w:cs="Times New Roman"/>
          <w:szCs w:val="24"/>
          <w:lang w:val="ru-RU"/>
        </w:rPr>
        <w:t xml:space="preserve"> (десяти)</w:t>
      </w:r>
      <w:r w:rsidR="00AF4FFB" w:rsidRPr="004E6C78">
        <w:rPr>
          <w:rFonts w:cs="Times New Roman"/>
          <w:szCs w:val="24"/>
          <w:lang w:val="ru-RU"/>
        </w:rPr>
        <w:t xml:space="preserve"> </w:t>
      </w:r>
      <w:r w:rsidR="00B57EFD" w:rsidRPr="004E6C78">
        <w:rPr>
          <w:rFonts w:cs="Times New Roman"/>
          <w:szCs w:val="24"/>
          <w:lang w:val="ru-RU"/>
        </w:rPr>
        <w:t>рабочих дней с даты подписания Заказчиком документа о приемке, если иной срок не установлен законодательством Российской Федерации.</w:t>
      </w:r>
    </w:p>
    <w:p w14:paraId="3715CE73" w14:textId="6AA43DB7"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.6. Аванс не предусмотрен.</w:t>
      </w:r>
    </w:p>
    <w:p w14:paraId="5A9DE3F9" w14:textId="783CE7D9"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3</w:t>
      </w:r>
      <w:r w:rsidR="00B57EFD" w:rsidRPr="004E6C78">
        <w:rPr>
          <w:rFonts w:cs="Times New Roman"/>
          <w:szCs w:val="24"/>
          <w:lang w:val="ru-RU"/>
        </w:rPr>
        <w:t>.7.</w:t>
      </w:r>
      <w:r w:rsidR="001F5BB0" w:rsidRPr="004E6C78">
        <w:rPr>
          <w:rFonts w:cs="Times New Roman"/>
          <w:szCs w:val="24"/>
          <w:lang w:val="ru-RU"/>
        </w:rPr>
        <w:t> </w:t>
      </w:r>
      <w:r w:rsidR="00B57EFD" w:rsidRPr="004E6C78">
        <w:rPr>
          <w:rFonts w:cs="Times New Roman"/>
          <w:szCs w:val="24"/>
          <w:lang w:val="ru-RU"/>
        </w:rPr>
        <w:t>Изменение цены Контракта допускается только в случаях и порядке, предусмотренных законодательством Российской Федерации и настоящим Контрактом.</w:t>
      </w:r>
    </w:p>
    <w:p w14:paraId="1D25E8B3" w14:textId="77777777" w:rsidR="004E6C78" w:rsidRPr="004E6C78" w:rsidRDefault="004E6C78" w:rsidP="004E6C78">
      <w:pPr>
        <w:spacing w:after="0" w:line="240" w:lineRule="auto"/>
        <w:ind w:firstLine="709"/>
        <w:jc w:val="both"/>
        <w:rPr>
          <w:rFonts w:cs="Times New Roman"/>
          <w:szCs w:val="24"/>
          <w:lang w:val="ru-RU"/>
        </w:rPr>
      </w:pPr>
    </w:p>
    <w:p w14:paraId="763FAB42" w14:textId="6FE086FC" w:rsidR="00177255" w:rsidRDefault="004E6C78" w:rsidP="004E6C78">
      <w:pPr>
        <w:spacing w:after="0" w:line="240" w:lineRule="auto"/>
        <w:jc w:val="center"/>
        <w:rPr>
          <w:rFonts w:cs="Times New Roman"/>
          <w:b/>
          <w:szCs w:val="24"/>
          <w:lang w:val="ru-RU"/>
        </w:rPr>
      </w:pPr>
      <w:r w:rsidRPr="004E6C78">
        <w:rPr>
          <w:rFonts w:cs="Times New Roman"/>
          <w:b/>
          <w:szCs w:val="24"/>
          <w:lang w:val="ru-RU"/>
        </w:rPr>
        <w:t>4</w:t>
      </w:r>
      <w:r w:rsidR="00B57EFD" w:rsidRPr="004E6C78">
        <w:rPr>
          <w:rFonts w:cs="Times New Roman"/>
          <w:b/>
          <w:szCs w:val="24"/>
          <w:lang w:val="ru-RU"/>
        </w:rPr>
        <w:t>. ПРАВА И ОБЯЗАННОСТИ СТОРОН</w:t>
      </w:r>
    </w:p>
    <w:p w14:paraId="39CAC24F" w14:textId="77777777" w:rsidR="00DA240F" w:rsidRPr="004E6C78" w:rsidRDefault="00DA240F" w:rsidP="004E6C78">
      <w:pPr>
        <w:spacing w:after="0" w:line="240" w:lineRule="auto"/>
        <w:jc w:val="center"/>
        <w:rPr>
          <w:rFonts w:cs="Times New Roman"/>
          <w:szCs w:val="24"/>
          <w:lang w:val="ru-RU"/>
        </w:rPr>
      </w:pPr>
    </w:p>
    <w:p w14:paraId="039A0116" w14:textId="180058E1"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.1. Заказчик вправе:</w:t>
      </w:r>
    </w:p>
    <w:p w14:paraId="46285114" w14:textId="2150184D"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.1.1. требовать от Подрядчика надлежащего исполнения обязательств по Контракту;</w:t>
      </w:r>
    </w:p>
    <w:p w14:paraId="13BB4CED" w14:textId="3DF3EA2F"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lastRenderedPageBreak/>
        <w:t>4</w:t>
      </w:r>
      <w:r w:rsidR="00B57EFD" w:rsidRPr="004E6C78">
        <w:rPr>
          <w:rFonts w:cs="Times New Roman"/>
          <w:szCs w:val="24"/>
          <w:lang w:val="ru-RU"/>
        </w:rPr>
        <w:t>.1.2. осуществлять контроль за ходом и качеством выполнения работ, не вмешиваясь в оперативно-хозяйственную деятельность Подрядчика;</w:t>
      </w:r>
    </w:p>
    <w:p w14:paraId="1382DFB7" w14:textId="3053358A"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.1.3. запрашивать у Подрядчика информацию о ходе выполнения работ;</w:t>
      </w:r>
    </w:p>
    <w:p w14:paraId="1ECD2B20" w14:textId="58984461"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.1.4. отказаться от приемки результата работ, не соответствующего условиям Контракта, до устранения выявленных недостатков;</w:t>
      </w:r>
    </w:p>
    <w:p w14:paraId="3FFC3494" w14:textId="3F082E4E"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.1.5. требовать уплаты неустоек (штрафов, пеней) в случаях, предусмотренных Контрактом и законодательством Российской Федерации.</w:t>
      </w:r>
    </w:p>
    <w:p w14:paraId="4979F652" w14:textId="7109CDF3"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.2. Заказчик обязан:</w:t>
      </w:r>
    </w:p>
    <w:p w14:paraId="727A1EEF" w14:textId="087D835D"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.2.</w:t>
      </w:r>
      <w:r w:rsidR="00AE4802">
        <w:rPr>
          <w:rFonts w:cs="Times New Roman"/>
          <w:szCs w:val="24"/>
          <w:lang w:val="ru-RU"/>
        </w:rPr>
        <w:t>1</w:t>
      </w:r>
      <w:r w:rsidR="00B57EFD" w:rsidRPr="004E6C78">
        <w:rPr>
          <w:rFonts w:cs="Times New Roman"/>
          <w:szCs w:val="24"/>
          <w:lang w:val="ru-RU"/>
        </w:rPr>
        <w:t>. принять результат выполненных работ при условии его соответствия Контракту;</w:t>
      </w:r>
    </w:p>
    <w:p w14:paraId="5201BA9F" w14:textId="747D7927"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AE4802">
        <w:rPr>
          <w:rFonts w:cs="Times New Roman"/>
          <w:szCs w:val="24"/>
          <w:lang w:val="ru-RU"/>
        </w:rPr>
        <w:t>.2.2</w:t>
      </w:r>
      <w:r w:rsidR="00B57EFD" w:rsidRPr="004E6C78">
        <w:rPr>
          <w:rFonts w:cs="Times New Roman"/>
          <w:szCs w:val="24"/>
          <w:lang w:val="ru-RU"/>
        </w:rPr>
        <w:t>. оплатить результат выполненных работ в порядке и сроки, предусмотренные Контрактом.</w:t>
      </w:r>
    </w:p>
    <w:p w14:paraId="27615315" w14:textId="1536BE32"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.3. Подрядчик вправе:</w:t>
      </w:r>
    </w:p>
    <w:p w14:paraId="5BBD26FE" w14:textId="441F4A77"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.3.1. получать от Заказчика документы и сведения, необходимые для выполнения работ;</w:t>
      </w:r>
    </w:p>
    <w:p w14:paraId="028DBA5D" w14:textId="521F91A8"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.3.2. требовать оплаты результата выполненных работ при надлежащем исполнении Контракта.</w:t>
      </w:r>
    </w:p>
    <w:p w14:paraId="12333E55" w14:textId="1376522C"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.4. Подрядчик обязан:</w:t>
      </w:r>
    </w:p>
    <w:p w14:paraId="52EAED5D" w14:textId="1ECFE040"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.4.1. выполнить работы качественно, в полном объеме и в установленный срок в</w:t>
      </w:r>
      <w:r w:rsidR="00ED2C97" w:rsidRPr="004E6C78">
        <w:rPr>
          <w:rFonts w:cs="Times New Roman"/>
          <w:szCs w:val="24"/>
          <w:lang w:val="ru-RU"/>
        </w:rPr>
        <w:t> </w:t>
      </w:r>
      <w:r w:rsidR="00B57EFD" w:rsidRPr="004E6C78">
        <w:rPr>
          <w:rFonts w:cs="Times New Roman"/>
          <w:szCs w:val="24"/>
          <w:lang w:val="ru-RU"/>
        </w:rPr>
        <w:t>соответствии с законодательством Российской Федерации, условиями Контракта и</w:t>
      </w:r>
      <w:r w:rsidR="00ED2C97" w:rsidRPr="004E6C78">
        <w:rPr>
          <w:rFonts w:cs="Times New Roman"/>
          <w:szCs w:val="24"/>
          <w:lang w:val="ru-RU"/>
        </w:rPr>
        <w:t> Описанием объекта закупки</w:t>
      </w:r>
      <w:r w:rsidR="00B57EFD" w:rsidRPr="004E6C78">
        <w:rPr>
          <w:rFonts w:cs="Times New Roman"/>
          <w:szCs w:val="24"/>
          <w:lang w:val="ru-RU"/>
        </w:rPr>
        <w:t>;</w:t>
      </w:r>
    </w:p>
    <w:p w14:paraId="19A0F941" w14:textId="4BE1CF61"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 xml:space="preserve">.4.2. обеспечить выполнение </w:t>
      </w:r>
      <w:r w:rsidR="003D7829" w:rsidRPr="003D7829">
        <w:rPr>
          <w:rFonts w:cs="Times New Roman"/>
          <w:szCs w:val="24"/>
          <w:lang w:val="ru-RU"/>
        </w:rPr>
        <w:t>исследования почвенно-геологического состояния земельного участка</w:t>
      </w:r>
      <w:r w:rsidR="00B57EFD" w:rsidRPr="004E6C78">
        <w:rPr>
          <w:rFonts w:cs="Times New Roman"/>
          <w:szCs w:val="24"/>
          <w:lang w:val="ru-RU"/>
        </w:rPr>
        <w:t>;</w:t>
      </w:r>
    </w:p>
    <w:p w14:paraId="4F86FEBD" w14:textId="5104184F"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.4.3. незамедлительно письменно уведомлять Заказчика об обстоятельствах, препятствующих надлежащему исполнению Контракта;</w:t>
      </w:r>
    </w:p>
    <w:p w14:paraId="08E7877C" w14:textId="2B051B51"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.4.4. по требованию Заказчика представлять информацию о ходе выполнения работ;</w:t>
      </w:r>
    </w:p>
    <w:p w14:paraId="354545F6" w14:textId="59DDDC0C"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.4.5. своими силами и за свой счет устранить выявленные недостатки результата работ в срок, установленный Заказчиком;</w:t>
      </w:r>
    </w:p>
    <w:p w14:paraId="3D99C4C3" w14:textId="1AF8FC95"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 xml:space="preserve">.4.6. передать Заказчику результат выполненных работ в составе и форме, предусмотренных </w:t>
      </w:r>
      <w:r w:rsidR="00ED2C97" w:rsidRPr="004E6C78">
        <w:rPr>
          <w:rFonts w:cs="Times New Roman"/>
          <w:szCs w:val="24"/>
          <w:lang w:val="ru-RU"/>
        </w:rPr>
        <w:t>Описанием объекта закупки</w:t>
      </w:r>
      <w:r w:rsidR="00B57EFD" w:rsidRPr="004E6C78">
        <w:rPr>
          <w:rFonts w:cs="Times New Roman"/>
          <w:szCs w:val="24"/>
          <w:lang w:val="ru-RU"/>
        </w:rPr>
        <w:t>.</w:t>
      </w:r>
    </w:p>
    <w:p w14:paraId="4F1E30E0" w14:textId="2D54B446" w:rsidR="00177255"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4</w:t>
      </w:r>
      <w:r w:rsidR="00B57EFD" w:rsidRPr="004E6C78">
        <w:rPr>
          <w:rFonts w:cs="Times New Roman"/>
          <w:szCs w:val="24"/>
          <w:lang w:val="ru-RU"/>
        </w:rPr>
        <w:t>.5.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2272A4AC" w14:textId="77777777" w:rsidR="004E6C78" w:rsidRPr="004E6C78" w:rsidRDefault="004E6C78" w:rsidP="004E6C78">
      <w:pPr>
        <w:spacing w:after="0" w:line="240" w:lineRule="auto"/>
        <w:ind w:firstLine="709"/>
        <w:jc w:val="both"/>
        <w:rPr>
          <w:rFonts w:cs="Times New Roman"/>
          <w:szCs w:val="24"/>
          <w:lang w:val="ru-RU"/>
        </w:rPr>
      </w:pPr>
    </w:p>
    <w:p w14:paraId="48EB86D1" w14:textId="77777777" w:rsidR="004E6C78" w:rsidRPr="004E6C78" w:rsidRDefault="004E6C78" w:rsidP="004E6C78">
      <w:pPr>
        <w:spacing w:after="0" w:line="240" w:lineRule="auto"/>
        <w:ind w:firstLine="709"/>
        <w:jc w:val="center"/>
        <w:rPr>
          <w:rFonts w:cs="Times New Roman"/>
          <w:b/>
          <w:szCs w:val="24"/>
          <w:lang w:val="ru-RU"/>
        </w:rPr>
      </w:pPr>
      <w:r w:rsidRPr="004E6C78">
        <w:rPr>
          <w:rFonts w:cs="Times New Roman"/>
          <w:b/>
          <w:szCs w:val="24"/>
          <w:lang w:val="ru-RU"/>
        </w:rPr>
        <w:t>5. ПОРЯДОК СДАЧИ И ПРИЕМКИ РЕЗУЛЬТАТА РАБОТ</w:t>
      </w:r>
    </w:p>
    <w:p w14:paraId="232431C7" w14:textId="77777777" w:rsidR="004E6C78" w:rsidRPr="004E6C78" w:rsidRDefault="004E6C78" w:rsidP="004E6C78">
      <w:pPr>
        <w:spacing w:after="0" w:line="240" w:lineRule="auto"/>
        <w:ind w:firstLine="709"/>
        <w:jc w:val="center"/>
        <w:rPr>
          <w:rFonts w:cs="Times New Roman"/>
          <w:szCs w:val="24"/>
          <w:lang w:val="ru-RU"/>
        </w:rPr>
      </w:pPr>
    </w:p>
    <w:p w14:paraId="0E9FCF34"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5.1. По завершении работ Подрядчик передает Заказчику результат выполненных работ в объеме, предусмотренном Приложением № 1 к Контракту, а именно:</w:t>
      </w:r>
    </w:p>
    <w:p w14:paraId="23DCB81D"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 xml:space="preserve">5.1.1. Подрядчик по завершении выполнения Работ направляет Заказчику результат Работ в виде экспертного заключения в PDF-формате без синей подписи, и печати на электронную почту, указанную в п. 9.5. настоящего Контракта. После согласования результата Работ в PDF-формате без синей подписи и печати, Подрядчик передает Заказчику результат Работ, направлением Заказчику заказным почтовым отправлением с уведомлением о вручении адресату, либо нарочным по Акту приема-передачи документов: Комплект документации: экспертное заключение, предусмотренное п. 1.1 настоящего договора в  2 (двух) экземплярах на бумажном носителе (двусторонняя печать), и на электронном носители в формате: PDF-файл, документ </w:t>
      </w:r>
      <w:proofErr w:type="spellStart"/>
      <w:r w:rsidRPr="004E6C78">
        <w:rPr>
          <w:rFonts w:cs="Times New Roman"/>
          <w:szCs w:val="24"/>
          <w:lang w:val="ru-RU"/>
        </w:rPr>
        <w:t>Word</w:t>
      </w:r>
      <w:proofErr w:type="spellEnd"/>
      <w:r w:rsidRPr="004E6C78">
        <w:rPr>
          <w:rFonts w:cs="Times New Roman"/>
          <w:szCs w:val="24"/>
          <w:lang w:val="ru-RU"/>
        </w:rPr>
        <w:t xml:space="preserve">, Акт сдачи-приемки выполненных работ 2 (два) экземпляра, счет-фактуру, оформленные в соответствии с требованиями законодательства. В случае неполучения Заказчиком комплекта документации, согласно п.5.1.1 Контракта, заказным почтовым отправлением по адресу, указанному в Контракте, при получении информации Подрядчиком о возврате такого письма по истечении срока хранения комплект документации </w:t>
      </w:r>
      <w:r w:rsidRPr="004E6C78">
        <w:rPr>
          <w:rFonts w:cs="Times New Roman"/>
          <w:szCs w:val="24"/>
          <w:lang w:val="ru-RU"/>
        </w:rPr>
        <w:lastRenderedPageBreak/>
        <w:t xml:space="preserve">считается принятым Заказчиком: Акт сдачи-приемки выполненных работ считается подписанным. </w:t>
      </w:r>
    </w:p>
    <w:p w14:paraId="658FE92E"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5.1.2. Заказчик обязан в течение 2 (Двух) рабочих дней со дня получения документов, указанных в п. 5.1.1. Контракта (в том числе в PDF-формате без синей подписи и печати), с участием уполномоченного представителя Подрядчика осмотреть и принять выполненные Работы при отсутствии замечаний к выполненному объему. Заказчик обязан в срок не превышающий 10-ти дней с даты получения Акта выполненных работ от Подрядчика, подписать и вернуть Подрядчику 1 (Один) экземпляр Акта сдачи-приемки выполненных работ или направить Подрядчику мотивированный отказ от приемки Работ путем направления его по почте, заказным почтовым отправлением с уведомлением о вручении адресату, либо нарочным.</w:t>
      </w:r>
    </w:p>
    <w:p w14:paraId="5CF16FD6"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 xml:space="preserve">5.1.3. В случае отказа Заказчика от приемки Работ Сторонами в течение 2 (Двух) 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 </w:t>
      </w:r>
    </w:p>
    <w:p w14:paraId="355C54B0"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 xml:space="preserve">5.2. Заказчик, обнаруживший недостатки в Работе при ее приемке, вправе ссылаться на них в случаях, если в Акте сдачи-приемки выполненных работ, либо в ином документе, удостоверяющем приемку, были оговорены эти недостатки, либо возможность последующего предъявления требования об их устранении (мотивированный отказ направляется не более 3 раз при условии направления конкретных неповторяющихся замечаний). </w:t>
      </w:r>
    </w:p>
    <w:p w14:paraId="3229A5A7"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5.3. Заказчик, обнаружив после приемки Работы отступления в ней от условий Контракта, или иные недостатки, которые не могли быть установлены им при обычном способе приемки (скрытые недостатки), обязан известить об этом Подрядчика в течение 5 (Пяти) рабочих дней со дня их обнаружения.</w:t>
      </w:r>
    </w:p>
    <w:p w14:paraId="02C4B69D"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5.4. Результат работ считается принятым с даты подписания Заказчиком документа о приемке.</w:t>
      </w:r>
    </w:p>
    <w:p w14:paraId="3E966A39" w14:textId="77777777" w:rsidR="004E6C78" w:rsidRPr="004E6C78" w:rsidRDefault="004E6C78" w:rsidP="004E6C78">
      <w:pPr>
        <w:spacing w:after="0" w:line="240" w:lineRule="auto"/>
        <w:ind w:firstLine="709"/>
        <w:jc w:val="both"/>
        <w:rPr>
          <w:rFonts w:cs="Times New Roman"/>
          <w:szCs w:val="24"/>
          <w:lang w:val="ru-RU"/>
        </w:rPr>
      </w:pPr>
    </w:p>
    <w:p w14:paraId="4F9E4853" w14:textId="77777777" w:rsidR="004E6C78" w:rsidRPr="004E6C78" w:rsidRDefault="004E6C78" w:rsidP="004E6C78">
      <w:pPr>
        <w:spacing w:after="0" w:line="240" w:lineRule="auto"/>
        <w:ind w:firstLine="709"/>
        <w:jc w:val="center"/>
        <w:rPr>
          <w:rFonts w:cs="Times New Roman"/>
          <w:b/>
          <w:szCs w:val="24"/>
          <w:lang w:val="ru-RU"/>
        </w:rPr>
      </w:pPr>
      <w:r w:rsidRPr="004E6C78">
        <w:rPr>
          <w:rFonts w:cs="Times New Roman"/>
          <w:b/>
          <w:szCs w:val="24"/>
          <w:lang w:val="ru-RU"/>
        </w:rPr>
        <w:t>6. ОТВЕТСТВЕННОСТЬ СТОРОН</w:t>
      </w:r>
    </w:p>
    <w:p w14:paraId="2B75D8C3" w14:textId="77777777" w:rsidR="004E6C78" w:rsidRPr="004E6C78" w:rsidRDefault="004E6C78" w:rsidP="004E6C78">
      <w:pPr>
        <w:spacing w:after="0" w:line="240" w:lineRule="auto"/>
        <w:ind w:firstLine="709"/>
        <w:jc w:val="both"/>
        <w:rPr>
          <w:rFonts w:cs="Times New Roman"/>
          <w:b/>
          <w:szCs w:val="24"/>
          <w:lang w:val="ru-RU"/>
        </w:rPr>
      </w:pPr>
    </w:p>
    <w:p w14:paraId="06498734"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6.1. 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 и условиями Контракта.</w:t>
      </w:r>
    </w:p>
    <w:p w14:paraId="4DD48159"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6.2. В случае просрочки исполнения Подрядчиком обязательств Заказчик вправе потребовать уплаты пени в размере, определяемом в соответствии с частью 7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C731AA8"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6.3. За каждый факт неисполнения или ненадлежащего исполнения Подрядчиком обязательств, за исключением просрочки исполнения обязательств, Подрядчик уплачивает штраф в размере, установленном в соответствии с Постановлением Правительства Российской Федерации от 30.08.2017 № 1042.</w:t>
      </w:r>
    </w:p>
    <w:p w14:paraId="16D28B61"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6.4. В случае просрочки исполнения Заказчиком обязательств по оплате Подрядчик вправе потребовать уплаты пени в размере, определяемом в соответствии с частью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639D4E4"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6.5. За каждый факт неисполнения Заказчиком обязательств, за исключением просрочки исполнения обязательств, Заказчик уплачивает штраф в размере, установленном в соответствии с Постановлением Правительства Российской Федерации от 30.08.2017 № 1042.</w:t>
      </w:r>
    </w:p>
    <w:p w14:paraId="13A901B4"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6.6. Уплата неустойки не освобождает Стороны от исполнения обязательств по Контракту.</w:t>
      </w:r>
    </w:p>
    <w:p w14:paraId="63097253" w14:textId="77777777" w:rsidR="004E6C78" w:rsidRPr="004E6C78" w:rsidRDefault="004E6C78" w:rsidP="004E6C78">
      <w:pPr>
        <w:spacing w:after="0" w:line="240" w:lineRule="auto"/>
        <w:ind w:firstLine="709"/>
        <w:jc w:val="both"/>
        <w:rPr>
          <w:rFonts w:cs="Times New Roman"/>
          <w:szCs w:val="24"/>
          <w:lang w:val="ru-RU"/>
        </w:rPr>
      </w:pPr>
    </w:p>
    <w:p w14:paraId="55B305D2" w14:textId="77777777" w:rsidR="004E6C78" w:rsidRPr="004E6C78" w:rsidRDefault="004E6C78" w:rsidP="004E6C78">
      <w:pPr>
        <w:spacing w:after="0" w:line="240" w:lineRule="auto"/>
        <w:ind w:firstLine="709"/>
        <w:jc w:val="center"/>
        <w:rPr>
          <w:rFonts w:cs="Times New Roman"/>
          <w:b/>
          <w:szCs w:val="24"/>
          <w:lang w:val="ru-RU"/>
        </w:rPr>
      </w:pPr>
      <w:r w:rsidRPr="004E6C78">
        <w:rPr>
          <w:rFonts w:cs="Times New Roman"/>
          <w:b/>
          <w:szCs w:val="24"/>
          <w:lang w:val="ru-RU"/>
        </w:rPr>
        <w:lastRenderedPageBreak/>
        <w:t>7. ПОРЯДОК ИЗМЕНЕНИЯ, РАСТОРЖЕНИЯ И СРОКОВ ДЕЙСТВИЯ КОНТРАКТА</w:t>
      </w:r>
    </w:p>
    <w:p w14:paraId="7C73D0E9" w14:textId="77777777" w:rsidR="004E6C78" w:rsidRPr="004E6C78" w:rsidRDefault="004E6C78" w:rsidP="004E6C78">
      <w:pPr>
        <w:spacing w:after="0" w:line="240" w:lineRule="auto"/>
        <w:ind w:firstLine="709"/>
        <w:jc w:val="both"/>
        <w:rPr>
          <w:rFonts w:cs="Times New Roman"/>
          <w:b/>
          <w:szCs w:val="24"/>
          <w:lang w:val="ru-RU"/>
        </w:rPr>
      </w:pPr>
    </w:p>
    <w:p w14:paraId="4FF3224E"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7.1. Контракт вступает в силу со дня его подписания Сторонами.</w:t>
      </w:r>
    </w:p>
    <w:p w14:paraId="3D77DC15"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7.2. Контракт действует до 31.12.2026 включительно, а в части неисполненных обязательств - до полного их исполнения.</w:t>
      </w:r>
    </w:p>
    <w:p w14:paraId="3A42F1FD"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7.3. Контракт может быть изменен или расторгнут по соглашению Сторон, по решению суда, а также в случаях одностороннего отказа от исполнения Контракта в порядке, предусмотренном гражданским законодательством и законодательством о контрактной системе.</w:t>
      </w:r>
    </w:p>
    <w:p w14:paraId="354A4104"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статьями 405, 708, 715, 723 Гражданского кодекса Российской Федерации.</w:t>
      </w:r>
    </w:p>
    <w:p w14:paraId="7CAD0294"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7.5.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02227708" w14:textId="77777777" w:rsidR="004E6C78" w:rsidRPr="004E6C78" w:rsidRDefault="004E6C78" w:rsidP="004E6C78">
      <w:pPr>
        <w:spacing w:after="0" w:line="240" w:lineRule="auto"/>
        <w:ind w:firstLine="709"/>
        <w:jc w:val="both"/>
        <w:rPr>
          <w:rFonts w:cs="Times New Roman"/>
          <w:szCs w:val="24"/>
          <w:lang w:val="ru-RU"/>
        </w:rPr>
      </w:pPr>
    </w:p>
    <w:p w14:paraId="1448D696" w14:textId="77777777" w:rsidR="004E6C78" w:rsidRPr="004E6C78" w:rsidRDefault="004E6C78" w:rsidP="004E6C78">
      <w:pPr>
        <w:spacing w:after="0" w:line="240" w:lineRule="auto"/>
        <w:ind w:firstLine="709"/>
        <w:jc w:val="center"/>
        <w:rPr>
          <w:rFonts w:cs="Times New Roman"/>
          <w:b/>
          <w:szCs w:val="24"/>
          <w:lang w:val="ru-RU"/>
        </w:rPr>
      </w:pPr>
      <w:r w:rsidRPr="004E6C78">
        <w:rPr>
          <w:rFonts w:cs="Times New Roman"/>
          <w:b/>
          <w:szCs w:val="24"/>
          <w:lang w:val="ru-RU"/>
        </w:rPr>
        <w:t>8. ОБСТОЯТЕЛЬСТВА НЕПРЕОДОЛИМОЙ СИЛЫ</w:t>
      </w:r>
    </w:p>
    <w:p w14:paraId="7F3D0F19" w14:textId="77777777" w:rsidR="004E6C78" w:rsidRPr="004E6C78" w:rsidRDefault="004E6C78" w:rsidP="004E6C78">
      <w:pPr>
        <w:spacing w:after="0" w:line="240" w:lineRule="auto"/>
        <w:ind w:firstLine="709"/>
        <w:jc w:val="both"/>
        <w:rPr>
          <w:rFonts w:cs="Times New Roman"/>
          <w:szCs w:val="24"/>
          <w:lang w:val="ru-RU"/>
        </w:rPr>
      </w:pPr>
    </w:p>
    <w:p w14:paraId="495D04D8"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8.1. Сторона освобождается от ответственности за частичное или полное неисполнение обязательств по Контракту, если докажет, что такое неисполнение явилось следствием обстоятельств непреодолимой силы, возникших после заключения Контракта.</w:t>
      </w:r>
    </w:p>
    <w:p w14:paraId="108FAFD5"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8.2. Сторона, для которой создалась невозможность исполнения обязательств вследствие обстоятельств непреодолимой силы, обязана незамедлительно письменно уведомить другую Сторону о наступлении и прекращении таких обстоятельств.</w:t>
      </w:r>
    </w:p>
    <w:p w14:paraId="73593E4A" w14:textId="77777777" w:rsidR="004E6C78" w:rsidRPr="004E6C78" w:rsidRDefault="004E6C78" w:rsidP="004E6C78">
      <w:pPr>
        <w:spacing w:after="0" w:line="240" w:lineRule="auto"/>
        <w:ind w:firstLine="709"/>
        <w:jc w:val="both"/>
        <w:rPr>
          <w:rFonts w:cs="Times New Roman"/>
          <w:b/>
          <w:szCs w:val="24"/>
          <w:lang w:val="ru-RU"/>
        </w:rPr>
      </w:pPr>
    </w:p>
    <w:p w14:paraId="41B79AC3" w14:textId="03A23A97" w:rsidR="004E6C78" w:rsidRPr="004E6C78" w:rsidRDefault="004E6C78" w:rsidP="004E6C78">
      <w:pPr>
        <w:spacing w:after="0" w:line="240" w:lineRule="auto"/>
        <w:ind w:firstLine="709"/>
        <w:jc w:val="center"/>
        <w:rPr>
          <w:rFonts w:cs="Times New Roman"/>
          <w:b/>
          <w:szCs w:val="24"/>
          <w:lang w:val="ru-RU"/>
        </w:rPr>
      </w:pPr>
      <w:r w:rsidRPr="004E6C78">
        <w:rPr>
          <w:rFonts w:cs="Times New Roman"/>
          <w:b/>
          <w:szCs w:val="24"/>
          <w:lang w:val="ru-RU"/>
        </w:rPr>
        <w:t>9.</w:t>
      </w:r>
      <w:r>
        <w:rPr>
          <w:rFonts w:cs="Times New Roman"/>
          <w:b/>
          <w:szCs w:val="24"/>
          <w:lang w:val="ru-RU"/>
        </w:rPr>
        <w:t> </w:t>
      </w:r>
      <w:r w:rsidRPr="004E6C78">
        <w:rPr>
          <w:rFonts w:cs="Times New Roman"/>
          <w:b/>
          <w:szCs w:val="24"/>
          <w:lang w:val="ru-RU"/>
        </w:rPr>
        <w:t xml:space="preserve"> ЗАКЛЮЧИТЕЛЬНЫЕ ПОЛОЖЕНИЯ</w:t>
      </w:r>
    </w:p>
    <w:p w14:paraId="64791DD4" w14:textId="77777777" w:rsidR="004E6C78" w:rsidRPr="004E6C78" w:rsidRDefault="004E6C78" w:rsidP="004E6C78">
      <w:pPr>
        <w:spacing w:after="0" w:line="240" w:lineRule="auto"/>
        <w:ind w:firstLine="709"/>
        <w:jc w:val="both"/>
        <w:rPr>
          <w:rFonts w:cs="Times New Roman"/>
          <w:b/>
          <w:szCs w:val="24"/>
          <w:lang w:val="ru-RU"/>
        </w:rPr>
      </w:pPr>
    </w:p>
    <w:p w14:paraId="3BB90AAC"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9.1. Все изменения и дополнения к Контракту должны быть совершены в письменной форме и подписаны уполномоченными представителями Сторон.</w:t>
      </w:r>
    </w:p>
    <w:p w14:paraId="44DB4E89"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9.2. Стороны обязуются письменно извещать друг друга о смене реквизитов, адресов и иных существенных изменениях.</w:t>
      </w:r>
    </w:p>
    <w:p w14:paraId="2C60C6BF"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9.3. Настоящий Контракт составлен в двух экземплярах, имеющих равную юридическую силу, по одному для каждой из Сторон.</w:t>
      </w:r>
    </w:p>
    <w:p w14:paraId="17B55339"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9.4. Подрядчик имеет право привлекать третьих лиц для выполнения работ по Контракту по собственному усмотрению и нести за них полную ответственность, без уведомления Заказчика.</w:t>
      </w:r>
    </w:p>
    <w:p w14:paraId="22467046" w14:textId="60981441"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9.5. Стороны согласны с тем, что информирование и уведомление Стороны, является надлежащим при использовании Сторонами следующих адресов электронной почты: со стороны Заказчика info@zanevkaorg.ru, со стороны Подрядчика _________________________.</w:t>
      </w:r>
    </w:p>
    <w:p w14:paraId="034DFA9C"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9.6. Во всем остальном, что не урегулировано настоящим Контрактом, Стороны руководствуются действующим законодательством Российской Федерации.</w:t>
      </w:r>
    </w:p>
    <w:p w14:paraId="6193E998"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9.7. Неотъемлемой частью Контракта являются:</w:t>
      </w:r>
    </w:p>
    <w:p w14:paraId="02754B89" w14:textId="77777777" w:rsidR="004E6C78" w:rsidRPr="004E6C78" w:rsidRDefault="004E6C78" w:rsidP="004E6C78">
      <w:pPr>
        <w:spacing w:after="0" w:line="240" w:lineRule="auto"/>
        <w:ind w:firstLine="709"/>
        <w:jc w:val="both"/>
        <w:rPr>
          <w:rFonts w:cs="Times New Roman"/>
          <w:szCs w:val="24"/>
          <w:lang w:val="ru-RU"/>
        </w:rPr>
      </w:pPr>
      <w:r w:rsidRPr="004E6C78">
        <w:rPr>
          <w:rFonts w:cs="Times New Roman"/>
          <w:szCs w:val="24"/>
          <w:lang w:val="ru-RU"/>
        </w:rPr>
        <w:t>9.7.1. Приложение № 1 – Описание объекта закупки;</w:t>
      </w:r>
    </w:p>
    <w:p w14:paraId="157A4694" w14:textId="77777777" w:rsidR="004E6C78" w:rsidRPr="004E6C78" w:rsidRDefault="004E6C78" w:rsidP="004E6C78">
      <w:pPr>
        <w:spacing w:after="0" w:line="240" w:lineRule="auto"/>
        <w:ind w:firstLine="709"/>
        <w:jc w:val="both"/>
        <w:rPr>
          <w:rFonts w:cs="Times New Roman"/>
          <w:szCs w:val="24"/>
          <w:lang w:val="ru-RU"/>
        </w:rPr>
      </w:pPr>
    </w:p>
    <w:p w14:paraId="705A9D34" w14:textId="68DF6CAE" w:rsidR="00AF4FFB" w:rsidRPr="004E6C78" w:rsidRDefault="004E6C78" w:rsidP="004E6C78">
      <w:pPr>
        <w:spacing w:after="0" w:line="240" w:lineRule="auto"/>
        <w:ind w:firstLine="709"/>
        <w:jc w:val="center"/>
        <w:rPr>
          <w:rFonts w:cs="Times New Roman"/>
          <w:b/>
          <w:szCs w:val="24"/>
          <w:lang w:val="ru-RU"/>
        </w:rPr>
      </w:pPr>
      <w:r w:rsidRPr="004E6C78">
        <w:rPr>
          <w:rFonts w:cs="Times New Roman"/>
          <w:b/>
          <w:szCs w:val="24"/>
          <w:lang w:val="ru-RU"/>
        </w:rPr>
        <w:t>10. АДРЕСА, РЕКВИЗИТЫ И ПОДПИСИ СТОРОН</w:t>
      </w:r>
    </w:p>
    <w:p w14:paraId="4616A254" w14:textId="7B8CA275" w:rsidR="00AF4FFB" w:rsidRPr="004E6C78" w:rsidRDefault="00AF4FFB">
      <w:pPr>
        <w:spacing w:after="0"/>
        <w:ind w:firstLine="709"/>
        <w:jc w:val="both"/>
        <w:rPr>
          <w:rFonts w:cs="Times New Roman"/>
          <w:lang w:val="ru-RU"/>
        </w:rPr>
      </w:pPr>
    </w:p>
    <w:tbl>
      <w:tblPr>
        <w:tblW w:w="0" w:type="auto"/>
        <w:jc w:val="center"/>
        <w:tblLayout w:type="fixed"/>
        <w:tblLook w:val="04A0" w:firstRow="1" w:lastRow="0" w:firstColumn="1" w:lastColumn="0" w:noHBand="0" w:noVBand="1"/>
      </w:tblPr>
      <w:tblGrid>
        <w:gridCol w:w="4844"/>
        <w:gridCol w:w="4844"/>
      </w:tblGrid>
      <w:tr w:rsidR="00177255" w:rsidRPr="004E6C78" w14:paraId="3ED4CC28" w14:textId="77777777" w:rsidTr="00714C10">
        <w:trPr>
          <w:jc w:val="center"/>
        </w:trPr>
        <w:tc>
          <w:tcPr>
            <w:tcW w:w="4844" w:type="dxa"/>
            <w:tcMar>
              <w:top w:w="120" w:type="dxa"/>
              <w:left w:w="120" w:type="dxa"/>
              <w:bottom w:w="120" w:type="dxa"/>
              <w:right w:w="120" w:type="dxa"/>
            </w:tcMar>
            <w:vAlign w:val="center"/>
          </w:tcPr>
          <w:p w14:paraId="7814DBA0" w14:textId="77777777" w:rsidR="001F5BB0" w:rsidRPr="004E6C78" w:rsidRDefault="00B57EFD" w:rsidP="001F5BB0">
            <w:pPr>
              <w:spacing w:after="0"/>
              <w:rPr>
                <w:rFonts w:cs="Times New Roman"/>
                <w:b/>
                <w:bCs/>
                <w:lang w:val="ru-RU"/>
              </w:rPr>
            </w:pPr>
            <w:r w:rsidRPr="004E6C78">
              <w:rPr>
                <w:rFonts w:cs="Times New Roman"/>
                <w:b/>
                <w:bCs/>
                <w:lang w:val="ru-RU"/>
              </w:rPr>
              <w:t>Заказчик:</w:t>
            </w:r>
          </w:p>
          <w:p w14:paraId="2214FBC0" w14:textId="7378B06B" w:rsidR="001F5BB0" w:rsidRPr="004E6C78" w:rsidRDefault="00B57EFD" w:rsidP="001F5BB0">
            <w:pPr>
              <w:spacing w:after="0"/>
              <w:rPr>
                <w:rFonts w:cs="Times New Roman"/>
                <w:lang w:val="ru-RU"/>
              </w:rPr>
            </w:pPr>
            <w:r w:rsidRPr="004E6C78">
              <w:rPr>
                <w:rFonts w:cs="Times New Roman"/>
                <w:lang w:val="ru-RU"/>
              </w:rPr>
              <w:lastRenderedPageBreak/>
              <w:br/>
              <w:t>Администрация Заневского городского</w:t>
            </w:r>
            <w:r w:rsidR="001F5BB0" w:rsidRPr="004E6C78">
              <w:rPr>
                <w:rFonts w:cs="Times New Roman"/>
                <w:lang w:val="ru-RU"/>
              </w:rPr>
              <w:t xml:space="preserve"> </w:t>
            </w:r>
            <w:r w:rsidRPr="004E6C78">
              <w:rPr>
                <w:rFonts w:cs="Times New Roman"/>
                <w:lang w:val="ru-RU"/>
              </w:rPr>
              <w:t>поселения</w:t>
            </w:r>
            <w:r w:rsidR="001F5BB0" w:rsidRPr="004E6C78">
              <w:rPr>
                <w:rFonts w:cs="Times New Roman"/>
                <w:lang w:val="ru-RU"/>
              </w:rPr>
              <w:t xml:space="preserve"> </w:t>
            </w:r>
            <w:r w:rsidRPr="004E6C78">
              <w:rPr>
                <w:rFonts w:cs="Times New Roman"/>
                <w:lang w:val="ru-RU"/>
              </w:rPr>
              <w:t>Всеволожского муниципального района</w:t>
            </w:r>
            <w:r w:rsidR="001F5BB0" w:rsidRPr="004E6C78">
              <w:rPr>
                <w:rFonts w:cs="Times New Roman"/>
                <w:lang w:val="ru-RU"/>
              </w:rPr>
              <w:t xml:space="preserve"> </w:t>
            </w:r>
            <w:r w:rsidRPr="004E6C78">
              <w:rPr>
                <w:rFonts w:cs="Times New Roman"/>
                <w:lang w:val="ru-RU"/>
              </w:rPr>
              <w:t>Ленинградской области</w:t>
            </w:r>
            <w:r w:rsidRPr="004E6C78">
              <w:rPr>
                <w:rFonts w:cs="Times New Roman"/>
                <w:lang w:val="ru-RU"/>
              </w:rPr>
              <w:br/>
            </w:r>
          </w:p>
          <w:p w14:paraId="4B589E38" w14:textId="2737C889" w:rsidR="001F5BB0" w:rsidRPr="004E6C78" w:rsidRDefault="001F5BB0" w:rsidP="001F5BB0">
            <w:pPr>
              <w:spacing w:after="0"/>
              <w:rPr>
                <w:rFonts w:cs="Times New Roman"/>
                <w:lang w:val="ru-RU"/>
              </w:rPr>
            </w:pPr>
            <w:r w:rsidRPr="004E6C78">
              <w:rPr>
                <w:rFonts w:cs="Times New Roman"/>
                <w:lang w:val="ru-RU"/>
              </w:rPr>
              <w:t>Адрес: 195298, Ленинградская обл., Всеволожский район, дер. Заневка, д. 48</w:t>
            </w:r>
          </w:p>
          <w:p w14:paraId="21BAB68B" w14:textId="77777777" w:rsidR="001F5BB0" w:rsidRPr="004E6C78" w:rsidRDefault="001F5BB0" w:rsidP="001F5BB0">
            <w:pPr>
              <w:spacing w:after="0"/>
              <w:rPr>
                <w:rFonts w:cs="Times New Roman"/>
                <w:lang w:val="ru-RU"/>
              </w:rPr>
            </w:pPr>
          </w:p>
          <w:p w14:paraId="12F9B110" w14:textId="7D58BA6D" w:rsidR="001F5BB0" w:rsidRPr="004E6C78" w:rsidRDefault="001F5BB0" w:rsidP="001F5BB0">
            <w:pPr>
              <w:spacing w:after="0"/>
              <w:rPr>
                <w:rFonts w:cs="Times New Roman"/>
                <w:lang w:val="ru-RU"/>
              </w:rPr>
            </w:pPr>
            <w:r w:rsidRPr="004E6C78">
              <w:rPr>
                <w:rFonts w:cs="Times New Roman"/>
                <w:lang w:val="ru-RU"/>
              </w:rPr>
              <w:t>ИНН 47030837</w:t>
            </w:r>
            <w:r w:rsidR="006C7C86" w:rsidRPr="004E6C78">
              <w:rPr>
                <w:rFonts w:cs="Times New Roman"/>
                <w:lang w:val="ru-RU"/>
              </w:rPr>
              <w:t>4</w:t>
            </w:r>
            <w:r w:rsidRPr="004E6C78">
              <w:rPr>
                <w:rFonts w:cs="Times New Roman"/>
                <w:lang w:val="ru-RU"/>
              </w:rPr>
              <w:t>5</w:t>
            </w:r>
          </w:p>
          <w:p w14:paraId="100A7FFE" w14:textId="77777777" w:rsidR="001F5BB0" w:rsidRPr="004E6C78" w:rsidRDefault="001F5BB0" w:rsidP="001F5BB0">
            <w:pPr>
              <w:spacing w:after="0"/>
              <w:rPr>
                <w:rFonts w:cs="Times New Roman"/>
                <w:lang w:val="ru-RU"/>
              </w:rPr>
            </w:pPr>
            <w:r w:rsidRPr="004E6C78">
              <w:rPr>
                <w:rFonts w:cs="Times New Roman"/>
                <w:lang w:val="ru-RU"/>
              </w:rPr>
              <w:t>КПП 470301001</w:t>
            </w:r>
          </w:p>
          <w:p w14:paraId="7DDCEA31" w14:textId="77777777" w:rsidR="001F5BB0" w:rsidRPr="004E6C78" w:rsidRDefault="001F5BB0" w:rsidP="001F5BB0">
            <w:pPr>
              <w:spacing w:after="0"/>
              <w:rPr>
                <w:rFonts w:cs="Times New Roman"/>
                <w:lang w:val="ru-RU"/>
              </w:rPr>
            </w:pPr>
            <w:r w:rsidRPr="004E6C78">
              <w:rPr>
                <w:rFonts w:cs="Times New Roman"/>
                <w:lang w:val="ru-RU"/>
              </w:rPr>
              <w:t>Единый казначейский счет 40102810745370000098</w:t>
            </w:r>
          </w:p>
          <w:p w14:paraId="1F115F7A" w14:textId="77777777" w:rsidR="001F5BB0" w:rsidRPr="004E6C78" w:rsidRDefault="001F5BB0" w:rsidP="001F5BB0">
            <w:pPr>
              <w:spacing w:after="0"/>
              <w:rPr>
                <w:rFonts w:cs="Times New Roman"/>
                <w:lang w:val="ru-RU"/>
              </w:rPr>
            </w:pPr>
            <w:r w:rsidRPr="004E6C78">
              <w:rPr>
                <w:rFonts w:cs="Times New Roman"/>
                <w:lang w:val="ru-RU"/>
              </w:rPr>
              <w:t>Казначейский счет 03231643416121554500</w:t>
            </w:r>
          </w:p>
          <w:p w14:paraId="78888097" w14:textId="77777777" w:rsidR="001F5BB0" w:rsidRPr="004E6C78" w:rsidRDefault="001F5BB0" w:rsidP="001F5BB0">
            <w:pPr>
              <w:spacing w:after="0"/>
              <w:rPr>
                <w:rFonts w:cs="Times New Roman"/>
                <w:lang w:val="ru-RU"/>
              </w:rPr>
            </w:pPr>
            <w:r w:rsidRPr="004E6C78">
              <w:rPr>
                <w:rFonts w:cs="Times New Roman"/>
                <w:lang w:val="ru-RU"/>
              </w:rPr>
              <w:t>БИК 044030098</w:t>
            </w:r>
          </w:p>
          <w:p w14:paraId="27BA26AE" w14:textId="1CE0B47C" w:rsidR="001F5BB0" w:rsidRPr="004E6C78" w:rsidRDefault="001F5BB0" w:rsidP="001F5BB0">
            <w:pPr>
              <w:spacing w:after="0"/>
              <w:rPr>
                <w:rFonts w:cs="Times New Roman"/>
                <w:lang w:val="ru-RU"/>
              </w:rPr>
            </w:pPr>
            <w:r w:rsidRPr="004E6C78">
              <w:rPr>
                <w:rFonts w:cs="Times New Roman"/>
                <w:lang w:val="ru-RU"/>
              </w:rPr>
              <w:t>Операционно-кассовый центр № 1 Северо</w:t>
            </w:r>
            <w:r w:rsidRPr="004E6C78">
              <w:rPr>
                <w:rFonts w:cs="Times New Roman"/>
                <w:lang w:val="ru-RU"/>
              </w:rPr>
              <w:noBreakHyphen/>
              <w:t>Западного главного управления Центрального банка Российской Федерации</w:t>
            </w:r>
          </w:p>
          <w:p w14:paraId="2B6AA493" w14:textId="77777777" w:rsidR="001F5BB0" w:rsidRPr="004E6C78" w:rsidRDefault="001F5BB0" w:rsidP="001F5BB0">
            <w:pPr>
              <w:spacing w:after="0"/>
              <w:rPr>
                <w:rFonts w:cs="Times New Roman"/>
                <w:lang w:val="ru-RU"/>
              </w:rPr>
            </w:pPr>
            <w:r w:rsidRPr="004E6C78">
              <w:rPr>
                <w:rFonts w:cs="Times New Roman"/>
                <w:lang w:val="ru-RU"/>
              </w:rPr>
              <w:t>ОКТМО 41612155</w:t>
            </w:r>
          </w:p>
          <w:p w14:paraId="35385A31" w14:textId="77777777" w:rsidR="001F5BB0" w:rsidRPr="004E6C78" w:rsidRDefault="001F5BB0" w:rsidP="001F5BB0">
            <w:pPr>
              <w:spacing w:after="0"/>
              <w:rPr>
                <w:rFonts w:cs="Times New Roman"/>
                <w:lang w:val="ru-RU"/>
              </w:rPr>
            </w:pPr>
            <w:r w:rsidRPr="004E6C78">
              <w:rPr>
                <w:rFonts w:cs="Times New Roman"/>
                <w:lang w:val="ru-RU"/>
              </w:rPr>
              <w:t>Л/СЧ 02453163750</w:t>
            </w:r>
          </w:p>
          <w:p w14:paraId="4DE8EBE2" w14:textId="77777777" w:rsidR="001F5BB0" w:rsidRPr="004E6C78" w:rsidRDefault="001F5BB0" w:rsidP="001F5BB0">
            <w:pPr>
              <w:spacing w:after="0"/>
              <w:rPr>
                <w:rFonts w:cs="Times New Roman"/>
                <w:lang w:val="ru-RU"/>
              </w:rPr>
            </w:pPr>
            <w:r w:rsidRPr="004E6C78">
              <w:rPr>
                <w:rFonts w:cs="Times New Roman"/>
                <w:lang w:val="ru-RU"/>
              </w:rPr>
              <w:t>ОКПО 04184184</w:t>
            </w:r>
          </w:p>
          <w:p w14:paraId="7BAE0E05" w14:textId="77777777" w:rsidR="001F5BB0" w:rsidRPr="004E6C78" w:rsidRDefault="001F5BB0" w:rsidP="001F5BB0">
            <w:pPr>
              <w:spacing w:after="0"/>
              <w:rPr>
                <w:rFonts w:cs="Times New Roman"/>
                <w:lang w:val="ru-RU"/>
              </w:rPr>
            </w:pPr>
            <w:r w:rsidRPr="004E6C78">
              <w:rPr>
                <w:rFonts w:cs="Times New Roman"/>
                <w:lang w:val="ru-RU"/>
              </w:rPr>
              <w:t>ОГРН 1064703001021</w:t>
            </w:r>
          </w:p>
          <w:p w14:paraId="5F5CDC9C" w14:textId="77777777" w:rsidR="001F5BB0" w:rsidRPr="004E6C78" w:rsidRDefault="001F5BB0" w:rsidP="001F5BB0">
            <w:pPr>
              <w:spacing w:after="0"/>
              <w:rPr>
                <w:rFonts w:cs="Times New Roman"/>
                <w:lang w:val="ru-RU"/>
              </w:rPr>
            </w:pPr>
            <w:r w:rsidRPr="004E6C78">
              <w:rPr>
                <w:rFonts w:cs="Times New Roman"/>
                <w:lang w:val="ru-RU"/>
              </w:rPr>
              <w:t>ОКВЭД 84.11.34</w:t>
            </w:r>
          </w:p>
          <w:p w14:paraId="08884430" w14:textId="77777777" w:rsidR="001F5BB0" w:rsidRPr="004E6C78" w:rsidRDefault="001F5BB0" w:rsidP="001F5BB0">
            <w:pPr>
              <w:spacing w:after="0"/>
              <w:rPr>
                <w:rFonts w:cs="Times New Roman"/>
                <w:lang w:val="ru-RU"/>
              </w:rPr>
            </w:pPr>
          </w:p>
          <w:p w14:paraId="6EAC8E0C" w14:textId="77777777" w:rsidR="001F5BB0" w:rsidRPr="004E6C78" w:rsidRDefault="001F5BB0" w:rsidP="001F5BB0">
            <w:pPr>
              <w:spacing w:after="0"/>
              <w:rPr>
                <w:rFonts w:cs="Times New Roman"/>
                <w:lang w:val="ru-RU"/>
              </w:rPr>
            </w:pPr>
            <w:r w:rsidRPr="004E6C78">
              <w:rPr>
                <w:rFonts w:cs="Times New Roman"/>
                <w:lang w:val="ru-RU"/>
              </w:rPr>
              <w:t>Телефон: 8 (812) 400-26-29</w:t>
            </w:r>
          </w:p>
          <w:p w14:paraId="222E6794" w14:textId="047EFEDF" w:rsidR="001F5BB0" w:rsidRPr="004E6C78" w:rsidRDefault="001F5BB0" w:rsidP="001F5BB0">
            <w:pPr>
              <w:spacing w:after="0"/>
              <w:rPr>
                <w:rFonts w:cs="Times New Roman"/>
                <w:lang w:val="ru-RU"/>
              </w:rPr>
            </w:pPr>
            <w:r w:rsidRPr="004E6C78">
              <w:rPr>
                <w:rFonts w:cs="Times New Roman"/>
                <w:lang w:val="ru-RU"/>
              </w:rPr>
              <w:t>E-</w:t>
            </w:r>
            <w:proofErr w:type="spellStart"/>
            <w:r w:rsidRPr="004E6C78">
              <w:rPr>
                <w:rFonts w:cs="Times New Roman"/>
                <w:lang w:val="ru-RU"/>
              </w:rPr>
              <w:t>mail</w:t>
            </w:r>
            <w:proofErr w:type="spellEnd"/>
            <w:r w:rsidRPr="004E6C78">
              <w:rPr>
                <w:rFonts w:cs="Times New Roman"/>
                <w:lang w:val="ru-RU"/>
              </w:rPr>
              <w:t xml:space="preserve">: </w:t>
            </w:r>
            <w:hyperlink r:id="rId6" w:history="1">
              <w:r w:rsidRPr="004E6C78">
                <w:rPr>
                  <w:rStyle w:val="aff9"/>
                  <w:rFonts w:cs="Times New Roman"/>
                  <w:color w:val="auto"/>
                  <w:lang w:val="ru-RU"/>
                </w:rPr>
                <w:t>info@zanevkaorg.ru</w:t>
              </w:r>
            </w:hyperlink>
          </w:p>
          <w:p w14:paraId="379EC58B" w14:textId="77777777" w:rsidR="001F5BB0" w:rsidRPr="004E6C78" w:rsidRDefault="001F5BB0" w:rsidP="001F5BB0">
            <w:pPr>
              <w:spacing w:after="0"/>
              <w:rPr>
                <w:rFonts w:cs="Times New Roman"/>
                <w:lang w:val="ru-RU"/>
              </w:rPr>
            </w:pPr>
          </w:p>
          <w:p w14:paraId="02E2FE64" w14:textId="77777777" w:rsidR="00177255" w:rsidRPr="004E6C78" w:rsidRDefault="00B57EFD" w:rsidP="001F5BB0">
            <w:pPr>
              <w:spacing w:after="0"/>
              <w:rPr>
                <w:rFonts w:cs="Times New Roman"/>
                <w:lang w:val="ru-RU"/>
              </w:rPr>
            </w:pPr>
            <w:r w:rsidRPr="004E6C78">
              <w:rPr>
                <w:rFonts w:cs="Times New Roman"/>
                <w:lang w:val="ru-RU"/>
              </w:rPr>
              <w:t>Глава администрации</w:t>
            </w:r>
            <w:r w:rsidRPr="004E6C78">
              <w:rPr>
                <w:rFonts w:cs="Times New Roman"/>
                <w:lang w:val="ru-RU"/>
              </w:rPr>
              <w:br/>
              <w:t>__________________/А.В. Гердий/</w:t>
            </w:r>
          </w:p>
          <w:p w14:paraId="1D9917C8" w14:textId="7F79F37D" w:rsidR="001F5BB0" w:rsidRPr="004E6C78" w:rsidRDefault="001F5BB0" w:rsidP="001F5BB0">
            <w:pPr>
              <w:spacing w:after="0"/>
              <w:rPr>
                <w:rFonts w:cs="Times New Roman"/>
                <w:lang w:val="ru-RU"/>
              </w:rPr>
            </w:pPr>
            <w:r w:rsidRPr="004E6C78">
              <w:rPr>
                <w:rFonts w:cs="Times New Roman"/>
                <w:lang w:val="ru-RU"/>
              </w:rPr>
              <w:t>Подписано эцп</w:t>
            </w:r>
          </w:p>
        </w:tc>
        <w:tc>
          <w:tcPr>
            <w:tcW w:w="4844" w:type="dxa"/>
            <w:tcMar>
              <w:top w:w="120" w:type="dxa"/>
              <w:left w:w="120" w:type="dxa"/>
              <w:bottom w:w="120" w:type="dxa"/>
              <w:right w:w="120" w:type="dxa"/>
            </w:tcMar>
          </w:tcPr>
          <w:p w14:paraId="5AE76E0D" w14:textId="77777777" w:rsidR="00714C10" w:rsidRPr="004E6C78" w:rsidRDefault="00B57EFD">
            <w:pPr>
              <w:spacing w:after="0" w:line="240" w:lineRule="auto"/>
              <w:rPr>
                <w:rFonts w:cs="Times New Roman"/>
                <w:lang w:val="ru-RU"/>
              </w:rPr>
            </w:pPr>
            <w:r w:rsidRPr="004E6C78">
              <w:rPr>
                <w:rFonts w:cs="Times New Roman"/>
                <w:b/>
                <w:bCs/>
                <w:lang w:val="ru-RU"/>
              </w:rPr>
              <w:lastRenderedPageBreak/>
              <w:t>Подрядчик:</w:t>
            </w:r>
            <w:r w:rsidRPr="004E6C78">
              <w:rPr>
                <w:rFonts w:cs="Times New Roman"/>
                <w:b/>
                <w:bCs/>
                <w:lang w:val="ru-RU"/>
              </w:rPr>
              <w:br/>
            </w:r>
            <w:r w:rsidRPr="004E6C78">
              <w:rPr>
                <w:rFonts w:cs="Times New Roman"/>
                <w:lang w:val="ru-RU"/>
              </w:rPr>
              <w:t>_____________________________________</w:t>
            </w:r>
            <w:r w:rsidRPr="004E6C78">
              <w:rPr>
                <w:rFonts w:cs="Times New Roman"/>
                <w:lang w:val="ru-RU"/>
              </w:rPr>
              <w:br/>
            </w:r>
            <w:r w:rsidRPr="004E6C78">
              <w:rPr>
                <w:rFonts w:cs="Times New Roman"/>
                <w:lang w:val="ru-RU"/>
              </w:rPr>
              <w:lastRenderedPageBreak/>
              <w:t>_____________________________________</w:t>
            </w:r>
            <w:r w:rsidRPr="004E6C78">
              <w:rPr>
                <w:rFonts w:cs="Times New Roman"/>
                <w:lang w:val="ru-RU"/>
              </w:rPr>
              <w:br/>
            </w:r>
          </w:p>
          <w:p w14:paraId="740B6E10" w14:textId="77777777" w:rsidR="00714C10" w:rsidRPr="004E6C78" w:rsidRDefault="00714C10">
            <w:pPr>
              <w:spacing w:after="0" w:line="240" w:lineRule="auto"/>
              <w:rPr>
                <w:rFonts w:cs="Times New Roman"/>
                <w:lang w:val="ru-RU"/>
              </w:rPr>
            </w:pPr>
          </w:p>
          <w:p w14:paraId="0A9CFFF8" w14:textId="77777777" w:rsidR="00714C10" w:rsidRPr="004E6C78" w:rsidRDefault="00714C10">
            <w:pPr>
              <w:spacing w:after="0" w:line="240" w:lineRule="auto"/>
              <w:rPr>
                <w:rFonts w:cs="Times New Roman"/>
                <w:lang w:val="ru-RU"/>
              </w:rPr>
            </w:pPr>
          </w:p>
          <w:p w14:paraId="586F289C" w14:textId="6547B2A3" w:rsidR="00714C10" w:rsidRPr="004E6C78" w:rsidRDefault="00B57EFD">
            <w:pPr>
              <w:spacing w:after="0" w:line="240" w:lineRule="auto"/>
              <w:rPr>
                <w:rFonts w:cs="Times New Roman"/>
                <w:lang w:val="ru-RU"/>
              </w:rPr>
            </w:pPr>
            <w:r w:rsidRPr="004E6C78">
              <w:rPr>
                <w:rFonts w:cs="Times New Roman"/>
                <w:lang w:val="ru-RU"/>
              </w:rPr>
              <w:br/>
              <w:t>Адрес: ________________________________</w:t>
            </w:r>
            <w:r w:rsidRPr="004E6C78">
              <w:rPr>
                <w:rFonts w:cs="Times New Roman"/>
                <w:lang w:val="ru-RU"/>
              </w:rPr>
              <w:br/>
              <w:t>ИНН/КПП: ______________________________</w:t>
            </w:r>
            <w:r w:rsidRPr="004E6C78">
              <w:rPr>
                <w:rFonts w:cs="Times New Roman"/>
                <w:lang w:val="ru-RU"/>
              </w:rPr>
              <w:br/>
              <w:t>р/с: __________________________________</w:t>
            </w:r>
            <w:r w:rsidRPr="004E6C78">
              <w:rPr>
                <w:rFonts w:cs="Times New Roman"/>
                <w:lang w:val="ru-RU"/>
              </w:rPr>
              <w:br/>
            </w:r>
          </w:p>
          <w:p w14:paraId="137831BF" w14:textId="77777777" w:rsidR="00714C10" w:rsidRPr="004E6C78" w:rsidRDefault="00714C10">
            <w:pPr>
              <w:spacing w:after="0" w:line="240" w:lineRule="auto"/>
              <w:rPr>
                <w:rFonts w:cs="Times New Roman"/>
                <w:lang w:val="ru-RU"/>
              </w:rPr>
            </w:pPr>
          </w:p>
          <w:p w14:paraId="2EF6BDD2" w14:textId="77777777" w:rsidR="00714C10" w:rsidRPr="004E6C78" w:rsidRDefault="00714C10">
            <w:pPr>
              <w:spacing w:after="0" w:line="240" w:lineRule="auto"/>
              <w:rPr>
                <w:rFonts w:cs="Times New Roman"/>
                <w:lang w:val="ru-RU"/>
              </w:rPr>
            </w:pPr>
          </w:p>
          <w:p w14:paraId="1AAC31E3" w14:textId="77777777" w:rsidR="00714C10" w:rsidRPr="004E6C78" w:rsidRDefault="00714C10">
            <w:pPr>
              <w:spacing w:after="0" w:line="240" w:lineRule="auto"/>
              <w:rPr>
                <w:rFonts w:cs="Times New Roman"/>
                <w:lang w:val="ru-RU"/>
              </w:rPr>
            </w:pPr>
          </w:p>
          <w:p w14:paraId="0CACCC77" w14:textId="77777777" w:rsidR="00714C10" w:rsidRPr="004E6C78" w:rsidRDefault="00714C10">
            <w:pPr>
              <w:spacing w:after="0" w:line="240" w:lineRule="auto"/>
              <w:rPr>
                <w:rFonts w:cs="Times New Roman"/>
                <w:lang w:val="ru-RU"/>
              </w:rPr>
            </w:pPr>
          </w:p>
          <w:p w14:paraId="38303FFF" w14:textId="77777777" w:rsidR="00714C10" w:rsidRPr="004E6C78" w:rsidRDefault="00714C10">
            <w:pPr>
              <w:spacing w:after="0" w:line="240" w:lineRule="auto"/>
              <w:rPr>
                <w:rFonts w:cs="Times New Roman"/>
                <w:lang w:val="ru-RU"/>
              </w:rPr>
            </w:pPr>
          </w:p>
          <w:p w14:paraId="4B6E03A7" w14:textId="77777777" w:rsidR="00714C10" w:rsidRPr="004E6C78" w:rsidRDefault="00714C10">
            <w:pPr>
              <w:spacing w:after="0" w:line="240" w:lineRule="auto"/>
              <w:rPr>
                <w:rFonts w:cs="Times New Roman"/>
                <w:lang w:val="ru-RU"/>
              </w:rPr>
            </w:pPr>
          </w:p>
          <w:p w14:paraId="447256A4" w14:textId="77777777" w:rsidR="00714C10" w:rsidRPr="004E6C78" w:rsidRDefault="00714C10">
            <w:pPr>
              <w:spacing w:after="0" w:line="240" w:lineRule="auto"/>
              <w:rPr>
                <w:rFonts w:cs="Times New Roman"/>
                <w:lang w:val="ru-RU"/>
              </w:rPr>
            </w:pPr>
          </w:p>
          <w:p w14:paraId="587FEA06" w14:textId="77777777" w:rsidR="00714C10" w:rsidRPr="004E6C78" w:rsidRDefault="00714C10">
            <w:pPr>
              <w:spacing w:after="0" w:line="240" w:lineRule="auto"/>
              <w:rPr>
                <w:rFonts w:cs="Times New Roman"/>
                <w:lang w:val="ru-RU"/>
              </w:rPr>
            </w:pPr>
          </w:p>
          <w:p w14:paraId="7C5284C3" w14:textId="44147E06" w:rsidR="00714C10" w:rsidRPr="004E6C78" w:rsidRDefault="00714C10">
            <w:pPr>
              <w:spacing w:after="0" w:line="240" w:lineRule="auto"/>
              <w:rPr>
                <w:rFonts w:cs="Times New Roman"/>
                <w:lang w:val="ru-RU"/>
              </w:rPr>
            </w:pPr>
          </w:p>
          <w:p w14:paraId="6133771B" w14:textId="0E6D393A" w:rsidR="00714C10" w:rsidRPr="004E6C78" w:rsidRDefault="00714C10">
            <w:pPr>
              <w:spacing w:after="0" w:line="240" w:lineRule="auto"/>
              <w:rPr>
                <w:rFonts w:cs="Times New Roman"/>
                <w:lang w:val="ru-RU"/>
              </w:rPr>
            </w:pPr>
          </w:p>
          <w:p w14:paraId="0F392790" w14:textId="1EAF695A" w:rsidR="00714C10" w:rsidRPr="004E6C78" w:rsidRDefault="00714C10">
            <w:pPr>
              <w:spacing w:after="0" w:line="240" w:lineRule="auto"/>
              <w:rPr>
                <w:rFonts w:cs="Times New Roman"/>
                <w:lang w:val="ru-RU"/>
              </w:rPr>
            </w:pPr>
          </w:p>
          <w:p w14:paraId="4A695159" w14:textId="4562B140" w:rsidR="00714C10" w:rsidRPr="004E6C78" w:rsidRDefault="00714C10">
            <w:pPr>
              <w:spacing w:after="0" w:line="240" w:lineRule="auto"/>
              <w:rPr>
                <w:rFonts w:cs="Times New Roman"/>
                <w:lang w:val="ru-RU"/>
              </w:rPr>
            </w:pPr>
          </w:p>
          <w:p w14:paraId="4B0CA3E0" w14:textId="77777777" w:rsidR="00714C10" w:rsidRPr="004E6C78" w:rsidRDefault="00714C10">
            <w:pPr>
              <w:spacing w:after="0" w:line="240" w:lineRule="auto"/>
              <w:rPr>
                <w:rFonts w:cs="Times New Roman"/>
                <w:lang w:val="ru-RU"/>
              </w:rPr>
            </w:pPr>
          </w:p>
          <w:p w14:paraId="3EA93851" w14:textId="77777777" w:rsidR="00714C10" w:rsidRPr="004E6C78" w:rsidRDefault="00714C10">
            <w:pPr>
              <w:spacing w:after="0" w:line="240" w:lineRule="auto"/>
              <w:rPr>
                <w:rFonts w:cs="Times New Roman"/>
                <w:lang w:val="ru-RU"/>
              </w:rPr>
            </w:pPr>
          </w:p>
          <w:p w14:paraId="122A40AA" w14:textId="77777777" w:rsidR="00714C10" w:rsidRPr="004E6C78" w:rsidRDefault="00714C10">
            <w:pPr>
              <w:spacing w:after="0" w:line="240" w:lineRule="auto"/>
              <w:rPr>
                <w:rFonts w:cs="Times New Roman"/>
                <w:lang w:val="ru-RU"/>
              </w:rPr>
            </w:pPr>
          </w:p>
          <w:p w14:paraId="55877A0E" w14:textId="77777777" w:rsidR="00714C10" w:rsidRPr="004E6C78" w:rsidRDefault="00714C10">
            <w:pPr>
              <w:spacing w:after="0" w:line="240" w:lineRule="auto"/>
              <w:rPr>
                <w:rFonts w:cs="Times New Roman"/>
                <w:lang w:val="ru-RU"/>
              </w:rPr>
            </w:pPr>
          </w:p>
          <w:p w14:paraId="5D7061F0" w14:textId="77777777" w:rsidR="00714C10" w:rsidRPr="004E6C78" w:rsidRDefault="00714C10">
            <w:pPr>
              <w:spacing w:after="0" w:line="240" w:lineRule="auto"/>
              <w:rPr>
                <w:rFonts w:cs="Times New Roman"/>
                <w:lang w:val="ru-RU"/>
              </w:rPr>
            </w:pPr>
          </w:p>
          <w:p w14:paraId="6E193AAE" w14:textId="77777777" w:rsidR="00714C10" w:rsidRPr="004E6C78" w:rsidRDefault="00714C10">
            <w:pPr>
              <w:spacing w:after="0" w:line="240" w:lineRule="auto"/>
              <w:rPr>
                <w:rFonts w:cs="Times New Roman"/>
                <w:lang w:val="ru-RU"/>
              </w:rPr>
            </w:pPr>
          </w:p>
          <w:p w14:paraId="19124FAD" w14:textId="77777777" w:rsidR="00714C10" w:rsidRPr="004E6C78" w:rsidRDefault="00714C10">
            <w:pPr>
              <w:spacing w:after="0" w:line="240" w:lineRule="auto"/>
              <w:rPr>
                <w:rFonts w:cs="Times New Roman"/>
                <w:lang w:val="ru-RU"/>
              </w:rPr>
            </w:pPr>
          </w:p>
          <w:p w14:paraId="15321ED0" w14:textId="58ED0CD6" w:rsidR="00177255" w:rsidRPr="004E6C78" w:rsidRDefault="00B57EFD">
            <w:pPr>
              <w:spacing w:after="0" w:line="240" w:lineRule="auto"/>
              <w:rPr>
                <w:rFonts w:cs="Times New Roman"/>
                <w:lang w:val="ru-RU"/>
              </w:rPr>
            </w:pPr>
            <w:r w:rsidRPr="004E6C78">
              <w:rPr>
                <w:rFonts w:cs="Times New Roman"/>
                <w:lang w:val="ru-RU"/>
              </w:rPr>
              <w:br/>
              <w:t>__________________/__________________/</w:t>
            </w:r>
          </w:p>
        </w:tc>
      </w:tr>
    </w:tbl>
    <w:p w14:paraId="04A8F606" w14:textId="77777777" w:rsidR="00177255" w:rsidRPr="00AF4FFB" w:rsidRDefault="00B57EFD">
      <w:pPr>
        <w:rPr>
          <w:lang w:val="ru-RU"/>
        </w:rPr>
      </w:pPr>
      <w:r w:rsidRPr="00AF4FFB">
        <w:rPr>
          <w:lang w:val="ru-RU"/>
        </w:rPr>
        <w:lastRenderedPageBreak/>
        <w:br w:type="page"/>
      </w:r>
    </w:p>
    <w:p w14:paraId="60F2EF56" w14:textId="5D90E2C8" w:rsidR="00177255" w:rsidRPr="00AF4FFB" w:rsidRDefault="00B57EFD">
      <w:pPr>
        <w:spacing w:after="240"/>
        <w:jc w:val="right"/>
        <w:rPr>
          <w:lang w:val="ru-RU"/>
        </w:rPr>
      </w:pPr>
      <w:r w:rsidRPr="00AF4FFB">
        <w:rPr>
          <w:lang w:val="ru-RU"/>
        </w:rPr>
        <w:lastRenderedPageBreak/>
        <w:t>Приложение № 1</w:t>
      </w:r>
      <w:r w:rsidRPr="00AF4FFB">
        <w:rPr>
          <w:lang w:val="ru-RU"/>
        </w:rPr>
        <w:br/>
        <w:t>к муниципальному контракту</w:t>
      </w:r>
      <w:r w:rsidRPr="00AF4FFB">
        <w:rPr>
          <w:lang w:val="ru-RU"/>
        </w:rPr>
        <w:br/>
      </w:r>
      <w:r w:rsidR="004E6C78">
        <w:rPr>
          <w:lang w:val="ru-RU"/>
        </w:rPr>
        <w:t>№ ____ от «___» ________ 2026 года</w:t>
      </w:r>
    </w:p>
    <w:p w14:paraId="306ECD7B" w14:textId="2D946CE0" w:rsidR="00AF4FFB" w:rsidRPr="00AF4FFB" w:rsidRDefault="00AF4FFB" w:rsidP="00AF4FFB">
      <w:pPr>
        <w:jc w:val="center"/>
        <w:rPr>
          <w:lang w:val="ru-RU"/>
        </w:rPr>
      </w:pPr>
      <w:r w:rsidRPr="00AF4FFB">
        <w:rPr>
          <w:rFonts w:cs="Times New Roman"/>
          <w:b/>
          <w:lang w:val="ru-RU"/>
        </w:rPr>
        <w:t>Описание объекта закупк</w:t>
      </w:r>
      <w:r w:rsidR="00ED2C97">
        <w:rPr>
          <w:rFonts w:cs="Times New Roman"/>
          <w:b/>
          <w:lang w:val="ru-RU"/>
        </w:rPr>
        <w:t>и</w:t>
      </w:r>
      <w:r w:rsidRPr="00AF4FFB">
        <w:rPr>
          <w:rFonts w:cs="Times New Roman"/>
          <w:b/>
          <w:lang w:val="ru-RU"/>
        </w:rPr>
        <w:br/>
        <w:t xml:space="preserve">на </w:t>
      </w:r>
      <w:r w:rsidR="00D67B93" w:rsidRPr="00D67B93">
        <w:rPr>
          <w:rFonts w:cs="Times New Roman"/>
          <w:b/>
          <w:lang w:val="ru-RU"/>
        </w:rPr>
        <w:t xml:space="preserve">проведение исследования почвенно-геологического состояния земельного участка </w:t>
      </w:r>
    </w:p>
    <w:p w14:paraId="25CDADE5" w14:textId="5B1D68DB" w:rsidR="00AF4FFB" w:rsidRPr="00AF4FFB" w:rsidRDefault="00AF4FFB" w:rsidP="00714C10">
      <w:pPr>
        <w:spacing w:after="0"/>
        <w:ind w:firstLine="709"/>
        <w:rPr>
          <w:lang w:val="ru-RU"/>
        </w:rPr>
      </w:pPr>
      <w:r w:rsidRPr="00AF4FFB">
        <w:rPr>
          <w:rFonts w:cs="Times New Roman"/>
          <w:b/>
          <w:lang w:val="ru-RU"/>
        </w:rPr>
        <w:t>1. Предмет и срок выполнения работ</w:t>
      </w:r>
      <w:r w:rsidR="00714C10">
        <w:rPr>
          <w:rFonts w:cs="Times New Roman"/>
          <w:b/>
          <w:lang w:val="ru-RU"/>
        </w:rPr>
        <w:t>:</w:t>
      </w:r>
    </w:p>
    <w:p w14:paraId="20E6E184" w14:textId="44EE2BF5" w:rsidR="00CC30F1" w:rsidRPr="00CC30F1" w:rsidRDefault="00AF4FFB" w:rsidP="00CC30F1">
      <w:pPr>
        <w:spacing w:after="0"/>
        <w:ind w:firstLine="709"/>
        <w:contextualSpacing/>
        <w:jc w:val="both"/>
        <w:rPr>
          <w:rFonts w:cs="Times New Roman"/>
          <w:lang w:val="ru-RU"/>
        </w:rPr>
      </w:pPr>
      <w:r w:rsidRPr="00AF4FFB">
        <w:rPr>
          <w:rFonts w:cs="Times New Roman"/>
          <w:lang w:val="ru-RU"/>
        </w:rPr>
        <w:t xml:space="preserve">1.1. Предметом закупки является </w:t>
      </w:r>
      <w:r w:rsidR="00FF1997">
        <w:rPr>
          <w:rFonts w:cs="Times New Roman"/>
          <w:lang w:val="ru-RU"/>
        </w:rPr>
        <w:t xml:space="preserve">проведение </w:t>
      </w:r>
      <w:r w:rsidR="00CC30F1" w:rsidRPr="00CC30F1">
        <w:rPr>
          <w:rFonts w:cs="Times New Roman"/>
          <w:lang w:val="ru-RU"/>
        </w:rPr>
        <w:t xml:space="preserve">исследования почвенно-геологического состояния земельного участка с постановкой следующих вопросов: </w:t>
      </w:r>
    </w:p>
    <w:p w14:paraId="546641F2" w14:textId="77777777" w:rsidR="00CC30F1" w:rsidRPr="00CC30F1" w:rsidRDefault="00CC30F1" w:rsidP="00CC30F1">
      <w:pPr>
        <w:spacing w:after="0"/>
        <w:ind w:firstLine="709"/>
        <w:contextualSpacing/>
        <w:jc w:val="both"/>
        <w:rPr>
          <w:rFonts w:cs="Times New Roman"/>
          <w:lang w:val="ru-RU"/>
        </w:rPr>
      </w:pPr>
      <w:r w:rsidRPr="00CC30F1">
        <w:rPr>
          <w:rFonts w:cs="Times New Roman"/>
          <w:lang w:val="ru-RU"/>
        </w:rPr>
        <w:t>1.</w:t>
      </w:r>
      <w:r w:rsidRPr="00CC30F1">
        <w:rPr>
          <w:rFonts w:cs="Times New Roman"/>
          <w:lang w:val="ru-RU"/>
        </w:rPr>
        <w:tab/>
        <w:t xml:space="preserve"> Имеются ли на земельном участке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CC30F1">
        <w:rPr>
          <w:rFonts w:cs="Times New Roman"/>
          <w:lang w:val="ru-RU"/>
        </w:rPr>
        <w:t>кв.м</w:t>
      </w:r>
      <w:proofErr w:type="spellEnd"/>
      <w:r w:rsidRPr="00CC30F1">
        <w:rPr>
          <w:rFonts w:cs="Times New Roman"/>
          <w:lang w:val="ru-RU"/>
        </w:rPr>
        <w:t xml:space="preserve">, расположенном по адресу: Российская Федерация, Ленинградская область, Всеволожский муниципальный район, Заневское городское поселение, г. </w:t>
      </w:r>
      <w:proofErr w:type="spellStart"/>
      <w:r w:rsidRPr="00CC30F1">
        <w:rPr>
          <w:rFonts w:cs="Times New Roman"/>
          <w:lang w:val="ru-RU"/>
        </w:rPr>
        <w:t>Кудрово</w:t>
      </w:r>
      <w:proofErr w:type="spellEnd"/>
      <w:r w:rsidRPr="00CC30F1">
        <w:rPr>
          <w:rFonts w:cs="Times New Roman"/>
          <w:lang w:val="ru-RU"/>
        </w:rPr>
        <w:t xml:space="preserve"> признаки негативного воздействия хозяйственной деятельности человека на почвенный покров; если да, то какие именно?</w:t>
      </w:r>
    </w:p>
    <w:p w14:paraId="71FCB535" w14:textId="77777777" w:rsidR="00CC30F1" w:rsidRPr="00CC30F1" w:rsidRDefault="00CC30F1" w:rsidP="00CC30F1">
      <w:pPr>
        <w:spacing w:after="0"/>
        <w:ind w:firstLine="709"/>
        <w:contextualSpacing/>
        <w:jc w:val="both"/>
        <w:rPr>
          <w:rFonts w:cs="Times New Roman"/>
          <w:lang w:val="ru-RU"/>
        </w:rPr>
      </w:pPr>
      <w:r w:rsidRPr="00CC30F1">
        <w:rPr>
          <w:rFonts w:cs="Times New Roman"/>
          <w:lang w:val="ru-RU"/>
        </w:rPr>
        <w:t>2.</w:t>
      </w:r>
      <w:r w:rsidRPr="00CC30F1">
        <w:rPr>
          <w:rFonts w:cs="Times New Roman"/>
          <w:lang w:val="ru-RU"/>
        </w:rPr>
        <w:tab/>
        <w:t xml:space="preserve">Имеется ли на земельном участке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CC30F1">
        <w:rPr>
          <w:rFonts w:cs="Times New Roman"/>
          <w:lang w:val="ru-RU"/>
        </w:rPr>
        <w:t>кв.м</w:t>
      </w:r>
      <w:proofErr w:type="spellEnd"/>
      <w:r w:rsidRPr="00CC30F1">
        <w:rPr>
          <w:rFonts w:cs="Times New Roman"/>
          <w:lang w:val="ru-RU"/>
        </w:rPr>
        <w:t xml:space="preserve">, расположенном по адресу: Российская Федерация, Ленинградская область, Всеволожский муниципальный район, Заневское городское поселение, г. </w:t>
      </w:r>
      <w:proofErr w:type="spellStart"/>
      <w:r w:rsidRPr="00CC30F1">
        <w:rPr>
          <w:rFonts w:cs="Times New Roman"/>
          <w:lang w:val="ru-RU"/>
        </w:rPr>
        <w:t>Кудрово</w:t>
      </w:r>
      <w:proofErr w:type="spellEnd"/>
      <w:r w:rsidRPr="00CC30F1">
        <w:rPr>
          <w:rFonts w:cs="Times New Roman"/>
          <w:lang w:val="ru-RU"/>
        </w:rPr>
        <w:t xml:space="preserve"> факт искусственного поднятия уровня земельного участка? Если да, то на какую высоту (в том числе в разных частях участка)?</w:t>
      </w:r>
    </w:p>
    <w:p w14:paraId="06C0995C" w14:textId="77777777" w:rsidR="00CC30F1" w:rsidRPr="00CC30F1" w:rsidRDefault="00CC30F1" w:rsidP="00CC30F1">
      <w:pPr>
        <w:spacing w:after="0"/>
        <w:ind w:firstLine="709"/>
        <w:contextualSpacing/>
        <w:jc w:val="both"/>
        <w:rPr>
          <w:rFonts w:cs="Times New Roman"/>
          <w:lang w:val="ru-RU"/>
        </w:rPr>
      </w:pPr>
      <w:r w:rsidRPr="00CC30F1">
        <w:rPr>
          <w:rFonts w:cs="Times New Roman"/>
          <w:lang w:val="ru-RU"/>
        </w:rPr>
        <w:t>3.</w:t>
      </w:r>
      <w:r w:rsidRPr="00CC30F1">
        <w:rPr>
          <w:rFonts w:cs="Times New Roman"/>
          <w:lang w:val="ru-RU"/>
        </w:rPr>
        <w:tab/>
        <w:t xml:space="preserve">Если на земельном участке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CC30F1">
        <w:rPr>
          <w:rFonts w:cs="Times New Roman"/>
          <w:lang w:val="ru-RU"/>
        </w:rPr>
        <w:t>кв.м</w:t>
      </w:r>
      <w:proofErr w:type="spellEnd"/>
      <w:r w:rsidRPr="00CC30F1">
        <w:rPr>
          <w:rFonts w:cs="Times New Roman"/>
          <w:lang w:val="ru-RU"/>
        </w:rPr>
        <w:t xml:space="preserve">, расположенном по адресу: Российская Федерация, Ленинградская область, Всеволожский муниципальный район, Заневское городское поселение, г. </w:t>
      </w:r>
      <w:proofErr w:type="spellStart"/>
      <w:r w:rsidRPr="00CC30F1">
        <w:rPr>
          <w:rFonts w:cs="Times New Roman"/>
          <w:lang w:val="ru-RU"/>
        </w:rPr>
        <w:t>Кудрово</w:t>
      </w:r>
      <w:proofErr w:type="spellEnd"/>
      <w:r w:rsidRPr="00CC30F1">
        <w:rPr>
          <w:rFonts w:cs="Times New Roman"/>
          <w:lang w:val="ru-RU"/>
        </w:rPr>
        <w:t xml:space="preserve"> имеется факт поднятия уровня земельного участка, каков состав слоя, образовавшегося в результате поднятия? Содержит ли он включения, характерные для отходов производства и потребления? Каковы его площадь и объем?</w:t>
      </w:r>
    </w:p>
    <w:p w14:paraId="25C80F80" w14:textId="77777777" w:rsidR="00CC30F1" w:rsidRPr="00CC30F1" w:rsidRDefault="00CC30F1" w:rsidP="00CC30F1">
      <w:pPr>
        <w:spacing w:after="0"/>
        <w:ind w:firstLine="709"/>
        <w:contextualSpacing/>
        <w:jc w:val="both"/>
        <w:rPr>
          <w:rFonts w:cs="Times New Roman"/>
          <w:lang w:val="ru-RU"/>
        </w:rPr>
      </w:pPr>
      <w:r w:rsidRPr="00CC30F1">
        <w:rPr>
          <w:rFonts w:cs="Times New Roman"/>
          <w:lang w:val="ru-RU"/>
        </w:rPr>
        <w:t>4.</w:t>
      </w:r>
      <w:r w:rsidRPr="00CC30F1">
        <w:rPr>
          <w:rFonts w:cs="Times New Roman"/>
          <w:lang w:val="ru-RU"/>
        </w:rPr>
        <w:tab/>
        <w:t xml:space="preserve"> Если имеется факт поднятия уровня земельного участка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CC30F1">
        <w:rPr>
          <w:rFonts w:cs="Times New Roman"/>
          <w:lang w:val="ru-RU"/>
        </w:rPr>
        <w:t>кв.м</w:t>
      </w:r>
      <w:proofErr w:type="spellEnd"/>
      <w:r w:rsidRPr="00CC30F1">
        <w:rPr>
          <w:rFonts w:cs="Times New Roman"/>
          <w:lang w:val="ru-RU"/>
        </w:rPr>
        <w:t xml:space="preserve">, расположенного по адресу: Российская Федерация, Ленинградская область, Всеволожский муниципальный район, Заневское городское поселение, г. </w:t>
      </w:r>
      <w:proofErr w:type="spellStart"/>
      <w:r w:rsidRPr="00CC30F1">
        <w:rPr>
          <w:rFonts w:cs="Times New Roman"/>
          <w:lang w:val="ru-RU"/>
        </w:rPr>
        <w:t>Кудрово</w:t>
      </w:r>
      <w:proofErr w:type="spellEnd"/>
      <w:r w:rsidRPr="00CC30F1">
        <w:rPr>
          <w:rFonts w:cs="Times New Roman"/>
          <w:lang w:val="ru-RU"/>
        </w:rPr>
        <w:t xml:space="preserve"> и состав слоя, образовавшегося в результате поднятия уровня земельного участка содержит включения, характерные для отходов производства и потребления каков морфологический состав отходов, класс опасности отходов, размер вреда, причиненного почвам в результате несанкционированного размещения отходов на поверхности земельного участка?</w:t>
      </w:r>
    </w:p>
    <w:p w14:paraId="00193E9C" w14:textId="77777777" w:rsidR="00CC30F1" w:rsidRDefault="00CC30F1" w:rsidP="00CC30F1">
      <w:pPr>
        <w:spacing w:after="0"/>
        <w:ind w:firstLine="709"/>
        <w:contextualSpacing/>
        <w:jc w:val="both"/>
        <w:rPr>
          <w:rFonts w:cs="Times New Roman"/>
          <w:lang w:val="ru-RU"/>
        </w:rPr>
      </w:pPr>
      <w:r w:rsidRPr="00CC30F1">
        <w:rPr>
          <w:rFonts w:cs="Times New Roman"/>
          <w:lang w:val="ru-RU"/>
        </w:rPr>
        <w:t>5.</w:t>
      </w:r>
      <w:r w:rsidRPr="00CC30F1">
        <w:rPr>
          <w:rFonts w:cs="Times New Roman"/>
          <w:lang w:val="ru-RU"/>
        </w:rPr>
        <w:tab/>
        <w:t xml:space="preserve">Если имеется факт поднятия уровня земельного участка с кадастровым номером 47:07:1044001:85369, категория земель: земли населенных пунктов; вид разрешенного использования: земельные участки (территории) общего пользования, площадью 18104 </w:t>
      </w:r>
      <w:proofErr w:type="spellStart"/>
      <w:r w:rsidRPr="00CC30F1">
        <w:rPr>
          <w:rFonts w:cs="Times New Roman"/>
          <w:lang w:val="ru-RU"/>
        </w:rPr>
        <w:t>кв.м</w:t>
      </w:r>
      <w:proofErr w:type="spellEnd"/>
      <w:r w:rsidRPr="00CC30F1">
        <w:rPr>
          <w:rFonts w:cs="Times New Roman"/>
          <w:lang w:val="ru-RU"/>
        </w:rPr>
        <w:t xml:space="preserve">, расположенного по адресу: Российская Федерация, Ленинградская область, Всеволожский муниципальный район, Заневское городское поселение, г. </w:t>
      </w:r>
      <w:proofErr w:type="spellStart"/>
      <w:r w:rsidRPr="00CC30F1">
        <w:rPr>
          <w:rFonts w:cs="Times New Roman"/>
          <w:lang w:val="ru-RU"/>
        </w:rPr>
        <w:t>Кудрово</w:t>
      </w:r>
      <w:proofErr w:type="spellEnd"/>
      <w:r w:rsidRPr="00CC30F1">
        <w:rPr>
          <w:rFonts w:cs="Times New Roman"/>
          <w:lang w:val="ru-RU"/>
        </w:rPr>
        <w:t xml:space="preserve">, привело ли такое поднятие </w:t>
      </w:r>
      <w:r w:rsidRPr="00CC30F1">
        <w:rPr>
          <w:rFonts w:cs="Times New Roman"/>
          <w:lang w:val="ru-RU"/>
        </w:rPr>
        <w:lastRenderedPageBreak/>
        <w:t>уровня участка к каким-либо негативным последствиям (подтопление соседних территорий, изменение гидрогеологических условий, деформация фундаментов близлежащих объектов, нарушение дренажных систем), соответствовали ли действия по поднятию уровня участка нормативным требованиям (земельное, градостроительное, экологическое законодательство), были ли нарушены правила обращения с отходами?</w:t>
      </w:r>
      <w:r w:rsidR="00171BB8">
        <w:rPr>
          <w:rFonts w:cs="Times New Roman"/>
          <w:lang w:val="ru-RU"/>
        </w:rPr>
        <w:t xml:space="preserve">  </w:t>
      </w:r>
    </w:p>
    <w:p w14:paraId="658925DD" w14:textId="638389A9" w:rsidR="00AF4FFB" w:rsidRPr="00AF4FFB" w:rsidRDefault="00171BB8" w:rsidP="00CC30F1">
      <w:pPr>
        <w:spacing w:after="0"/>
        <w:ind w:firstLine="709"/>
        <w:contextualSpacing/>
        <w:jc w:val="both"/>
        <w:rPr>
          <w:lang w:val="ru-RU"/>
        </w:rPr>
      </w:pPr>
      <w:r>
        <w:rPr>
          <w:rFonts w:cs="Times New Roman"/>
          <w:lang w:val="ru-RU"/>
        </w:rPr>
        <w:t xml:space="preserve"> </w:t>
      </w:r>
      <w:r w:rsidR="00AF4FFB" w:rsidRPr="00AF4FFB">
        <w:rPr>
          <w:rFonts w:cs="Times New Roman"/>
          <w:b/>
          <w:lang w:val="ru-RU"/>
        </w:rPr>
        <w:t>2. Цели выполнения работ</w:t>
      </w:r>
      <w:r w:rsidR="00714C10">
        <w:rPr>
          <w:rFonts w:cs="Times New Roman"/>
          <w:b/>
          <w:lang w:val="ru-RU"/>
        </w:rPr>
        <w:t>:</w:t>
      </w:r>
    </w:p>
    <w:p w14:paraId="3FA84257" w14:textId="77777777" w:rsidR="00CB0A3D" w:rsidRDefault="00AF4FFB" w:rsidP="006374F9">
      <w:pPr>
        <w:spacing w:after="0"/>
        <w:ind w:firstLine="709"/>
        <w:jc w:val="both"/>
        <w:rPr>
          <w:rFonts w:cs="Times New Roman"/>
          <w:lang w:val="ru-RU"/>
        </w:rPr>
      </w:pPr>
      <w:r w:rsidRPr="00AF4FFB">
        <w:rPr>
          <w:rFonts w:cs="Times New Roman"/>
          <w:lang w:val="ru-RU"/>
        </w:rPr>
        <w:t>2.1. Целью выполнения работ является</w:t>
      </w:r>
      <w:r w:rsidR="00CB0A3D">
        <w:rPr>
          <w:rFonts w:cs="Times New Roman"/>
          <w:lang w:val="ru-RU"/>
        </w:rPr>
        <w:t>:</w:t>
      </w:r>
    </w:p>
    <w:p w14:paraId="005D4DD9" w14:textId="0516CEEF" w:rsidR="00880C45" w:rsidRPr="00880C45" w:rsidRDefault="00880C45" w:rsidP="00880C45">
      <w:pPr>
        <w:spacing w:after="0"/>
        <w:ind w:firstLine="709"/>
        <w:jc w:val="both"/>
        <w:rPr>
          <w:rFonts w:cs="Times New Roman"/>
          <w:lang w:val="ru-RU"/>
        </w:rPr>
      </w:pPr>
      <w:r>
        <w:rPr>
          <w:rFonts w:cs="Times New Roman"/>
          <w:lang w:val="ru-RU"/>
        </w:rPr>
        <w:t>2.1.1.</w:t>
      </w:r>
      <w:r w:rsidRPr="00880C45">
        <w:rPr>
          <w:rFonts w:cs="Times New Roman"/>
          <w:lang w:val="ru-RU"/>
        </w:rPr>
        <w:t xml:space="preserve">Установление </w:t>
      </w:r>
      <w:r w:rsidR="00CC30F1">
        <w:rPr>
          <w:rFonts w:cs="Times New Roman"/>
          <w:lang w:val="ru-RU"/>
        </w:rPr>
        <w:t>признаков</w:t>
      </w:r>
      <w:r w:rsidR="00CC30F1" w:rsidRPr="00CC30F1">
        <w:rPr>
          <w:rFonts w:cs="Times New Roman"/>
          <w:lang w:val="ru-RU"/>
        </w:rPr>
        <w:t xml:space="preserve"> негативного воздействия хозяйственной деятельности человека на почвенный покров </w:t>
      </w:r>
      <w:r w:rsidR="00CC30F1">
        <w:rPr>
          <w:rFonts w:cs="Times New Roman"/>
          <w:lang w:val="ru-RU"/>
        </w:rPr>
        <w:t xml:space="preserve">и </w:t>
      </w:r>
      <w:r w:rsidR="00CC30F1" w:rsidRPr="00CC30F1">
        <w:rPr>
          <w:rFonts w:cs="Times New Roman"/>
          <w:lang w:val="ru-RU"/>
        </w:rPr>
        <w:t>почвенно-геологического состояния земельного участка</w:t>
      </w:r>
      <w:r w:rsidR="00CC30F1">
        <w:rPr>
          <w:rFonts w:cs="Times New Roman"/>
          <w:lang w:val="ru-RU"/>
        </w:rPr>
        <w:t>.</w:t>
      </w:r>
    </w:p>
    <w:p w14:paraId="26EC08DE" w14:textId="7B6C6431" w:rsidR="00880C45" w:rsidRPr="00880C45" w:rsidRDefault="00D25791" w:rsidP="00880C45">
      <w:pPr>
        <w:spacing w:after="0"/>
        <w:ind w:firstLine="709"/>
        <w:jc w:val="both"/>
        <w:rPr>
          <w:rFonts w:cs="Times New Roman"/>
          <w:lang w:val="ru-RU"/>
        </w:rPr>
      </w:pPr>
      <w:r>
        <w:rPr>
          <w:rFonts w:cs="Times New Roman"/>
          <w:lang w:val="ru-RU"/>
        </w:rPr>
        <w:t>2.1.</w:t>
      </w:r>
      <w:r w:rsidR="00CC30F1">
        <w:rPr>
          <w:rFonts w:cs="Times New Roman"/>
          <w:lang w:val="ru-RU"/>
        </w:rPr>
        <w:t>2</w:t>
      </w:r>
      <w:r>
        <w:rPr>
          <w:rFonts w:cs="Times New Roman"/>
          <w:lang w:val="ru-RU"/>
        </w:rPr>
        <w:t>.</w:t>
      </w:r>
      <w:r w:rsidR="00880C45" w:rsidRPr="00880C45">
        <w:rPr>
          <w:rFonts w:cs="Times New Roman"/>
          <w:lang w:val="ru-RU"/>
        </w:rPr>
        <w:t xml:space="preserve">Проведение комплексного анализа следующих параметров </w:t>
      </w:r>
      <w:r>
        <w:rPr>
          <w:rFonts w:cs="Times New Roman"/>
          <w:lang w:val="ru-RU"/>
        </w:rPr>
        <w:t>для подготовки</w:t>
      </w:r>
      <w:r w:rsidR="00880C45" w:rsidRPr="00880C45">
        <w:rPr>
          <w:rFonts w:cs="Times New Roman"/>
          <w:lang w:val="ru-RU"/>
        </w:rPr>
        <w:t xml:space="preserve"> экспертного заключения по результатам исследования, включающего:</w:t>
      </w:r>
      <w:r>
        <w:rPr>
          <w:rFonts w:cs="Times New Roman"/>
          <w:lang w:val="ru-RU"/>
        </w:rPr>
        <w:t xml:space="preserve"> </w:t>
      </w:r>
      <w:r w:rsidR="00880C45" w:rsidRPr="00880C45">
        <w:rPr>
          <w:rFonts w:cs="Times New Roman"/>
          <w:lang w:val="ru-RU"/>
        </w:rPr>
        <w:t xml:space="preserve">Обоснование </w:t>
      </w:r>
      <w:r w:rsidR="00CC30F1" w:rsidRPr="00CC30F1">
        <w:rPr>
          <w:rFonts w:cs="Times New Roman"/>
          <w:lang w:val="ru-RU"/>
        </w:rPr>
        <w:t>исследования почвенно-геологического состояния земельного участка</w:t>
      </w:r>
      <w:r>
        <w:rPr>
          <w:rFonts w:cs="Times New Roman"/>
          <w:lang w:val="ru-RU"/>
        </w:rPr>
        <w:t xml:space="preserve">; </w:t>
      </w:r>
      <w:r w:rsidR="00880C45" w:rsidRPr="00880C45">
        <w:rPr>
          <w:rFonts w:cs="Times New Roman"/>
          <w:lang w:val="ru-RU"/>
        </w:rPr>
        <w:t xml:space="preserve">Выводы о </w:t>
      </w:r>
      <w:r w:rsidR="00CC30F1" w:rsidRPr="00CC30F1">
        <w:rPr>
          <w:rFonts w:cs="Times New Roman"/>
          <w:lang w:val="ru-RU"/>
        </w:rPr>
        <w:t>исследования почвенно-геологического состояния земельного участка</w:t>
      </w:r>
      <w:r w:rsidR="00CC30F1">
        <w:rPr>
          <w:rFonts w:cs="Times New Roman"/>
          <w:lang w:val="ru-RU"/>
        </w:rPr>
        <w:t>.</w:t>
      </w:r>
    </w:p>
    <w:p w14:paraId="5E303E9B" w14:textId="4D166009" w:rsidR="00AF4FFB" w:rsidRPr="00AF4FFB" w:rsidRDefault="00F22ED3" w:rsidP="00714C10">
      <w:pPr>
        <w:spacing w:after="0"/>
        <w:ind w:firstLine="709"/>
        <w:rPr>
          <w:lang w:val="ru-RU"/>
        </w:rPr>
      </w:pPr>
      <w:r>
        <w:rPr>
          <w:rFonts w:cs="Times New Roman"/>
          <w:b/>
          <w:lang w:val="ru-RU"/>
        </w:rPr>
        <w:t>3</w:t>
      </w:r>
      <w:r w:rsidR="00AF4FFB" w:rsidRPr="00AF4FFB">
        <w:rPr>
          <w:rFonts w:cs="Times New Roman"/>
          <w:b/>
          <w:lang w:val="ru-RU"/>
        </w:rPr>
        <w:t>. Источник финансирования</w:t>
      </w:r>
      <w:r w:rsidR="00714C10">
        <w:rPr>
          <w:rFonts w:cs="Times New Roman"/>
          <w:b/>
          <w:lang w:val="ru-RU"/>
        </w:rPr>
        <w:t>:</w:t>
      </w:r>
    </w:p>
    <w:p w14:paraId="7BDEB7D1" w14:textId="36D543FE" w:rsidR="00AF4FFB" w:rsidRPr="00AF4FFB" w:rsidRDefault="00F22ED3" w:rsidP="00714C10">
      <w:pPr>
        <w:spacing w:after="0"/>
        <w:ind w:firstLine="709"/>
        <w:jc w:val="both"/>
        <w:rPr>
          <w:lang w:val="ru-RU"/>
        </w:rPr>
      </w:pPr>
      <w:r>
        <w:rPr>
          <w:rFonts w:cs="Times New Roman"/>
          <w:lang w:val="ru-RU"/>
        </w:rPr>
        <w:t>3</w:t>
      </w:r>
      <w:r w:rsidR="00AF4FFB" w:rsidRPr="00AF4FFB">
        <w:rPr>
          <w:rFonts w:cs="Times New Roman"/>
          <w:lang w:val="ru-RU"/>
        </w:rPr>
        <w:t>.1. Источник финансирования — бюджет Заневского городского поселения Всеволожского муниципального района Ленинградской области на 2026 год.</w:t>
      </w:r>
    </w:p>
    <w:p w14:paraId="2A3EC244" w14:textId="0429F5C5" w:rsidR="00AF4FFB" w:rsidRPr="00AF4FFB" w:rsidRDefault="00F22ED3" w:rsidP="00714C10">
      <w:pPr>
        <w:spacing w:after="0"/>
        <w:ind w:firstLine="709"/>
        <w:rPr>
          <w:lang w:val="ru-RU"/>
        </w:rPr>
      </w:pPr>
      <w:r>
        <w:rPr>
          <w:rFonts w:cs="Times New Roman"/>
          <w:b/>
          <w:lang w:val="ru-RU"/>
        </w:rPr>
        <w:t>4</w:t>
      </w:r>
      <w:r w:rsidR="00AF4FFB" w:rsidRPr="00AF4FFB">
        <w:rPr>
          <w:rFonts w:cs="Times New Roman"/>
          <w:b/>
          <w:lang w:val="ru-RU"/>
        </w:rPr>
        <w:t>. Место выполнения работ</w:t>
      </w:r>
      <w:r w:rsidR="00714C10">
        <w:rPr>
          <w:rFonts w:cs="Times New Roman"/>
          <w:b/>
          <w:lang w:val="ru-RU"/>
        </w:rPr>
        <w:t>:</w:t>
      </w:r>
    </w:p>
    <w:p w14:paraId="44AF6F90" w14:textId="45B9602C" w:rsidR="00AF4FFB" w:rsidRPr="00AF4FFB" w:rsidRDefault="00F22ED3" w:rsidP="00714C10">
      <w:pPr>
        <w:spacing w:after="0"/>
        <w:ind w:firstLine="709"/>
        <w:jc w:val="both"/>
        <w:rPr>
          <w:lang w:val="ru-RU"/>
        </w:rPr>
      </w:pPr>
      <w:r>
        <w:rPr>
          <w:rFonts w:cs="Times New Roman"/>
          <w:lang w:val="ru-RU"/>
        </w:rPr>
        <w:t>4</w:t>
      </w:r>
      <w:r w:rsidR="00AF4FFB" w:rsidRPr="00AF4FFB">
        <w:rPr>
          <w:rFonts w:cs="Times New Roman"/>
          <w:lang w:val="ru-RU"/>
        </w:rPr>
        <w:t>.1. Место выполнения работ: Ленинградская область, Всеволожский муниципальный район, территория Заневского городского поселения.</w:t>
      </w:r>
    </w:p>
    <w:p w14:paraId="1957BE62" w14:textId="0C977289" w:rsidR="00AF4FFB" w:rsidRPr="00AF4FFB" w:rsidRDefault="00F22ED3" w:rsidP="00714C10">
      <w:pPr>
        <w:spacing w:after="0"/>
        <w:ind w:firstLine="709"/>
        <w:rPr>
          <w:lang w:val="ru-RU"/>
        </w:rPr>
      </w:pPr>
      <w:r>
        <w:rPr>
          <w:rFonts w:cs="Times New Roman"/>
          <w:b/>
          <w:lang w:val="ru-RU"/>
        </w:rPr>
        <w:t>5</w:t>
      </w:r>
      <w:r w:rsidR="00AF4FFB" w:rsidRPr="00AF4FFB">
        <w:rPr>
          <w:rFonts w:cs="Times New Roman"/>
          <w:b/>
          <w:lang w:val="ru-RU"/>
        </w:rPr>
        <w:t>. Требования к выполнению работ</w:t>
      </w:r>
      <w:r w:rsidR="00714C10">
        <w:rPr>
          <w:rFonts w:cs="Times New Roman"/>
          <w:b/>
          <w:lang w:val="ru-RU"/>
        </w:rPr>
        <w:t>:</w:t>
      </w:r>
    </w:p>
    <w:p w14:paraId="562F6BA0" w14:textId="363EB1BE" w:rsidR="00AF4FFB" w:rsidRPr="00AF4FFB" w:rsidRDefault="00F22ED3" w:rsidP="00714C10">
      <w:pPr>
        <w:spacing w:after="0"/>
        <w:ind w:firstLine="709"/>
        <w:jc w:val="both"/>
        <w:rPr>
          <w:lang w:val="ru-RU"/>
        </w:rPr>
      </w:pPr>
      <w:r>
        <w:rPr>
          <w:rFonts w:cs="Times New Roman"/>
          <w:lang w:val="ru-RU"/>
        </w:rPr>
        <w:t>5</w:t>
      </w:r>
      <w:r w:rsidR="00AF4FFB" w:rsidRPr="00AF4FFB">
        <w:rPr>
          <w:rFonts w:cs="Times New Roman"/>
          <w:lang w:val="ru-RU"/>
        </w:rPr>
        <w:t>.1. Работы должны быть выполнены качественно, в полном объеме и в соответствии с</w:t>
      </w:r>
      <w:r w:rsidR="000B1FE0">
        <w:rPr>
          <w:rFonts w:cs="Times New Roman"/>
          <w:lang w:val="ru-RU"/>
        </w:rPr>
        <w:t> </w:t>
      </w:r>
      <w:r w:rsidR="00AF4FFB" w:rsidRPr="00AF4FFB">
        <w:rPr>
          <w:rFonts w:cs="Times New Roman"/>
          <w:lang w:val="ru-RU"/>
        </w:rPr>
        <w:t>требованиями действующего законо</w:t>
      </w:r>
      <w:r w:rsidR="009F647E">
        <w:rPr>
          <w:rFonts w:cs="Times New Roman"/>
          <w:lang w:val="ru-RU"/>
        </w:rPr>
        <w:t>дательства Российской Федерации</w:t>
      </w:r>
      <w:r w:rsidR="00AF4FFB" w:rsidRPr="00AF4FFB">
        <w:rPr>
          <w:rFonts w:cs="Times New Roman"/>
          <w:lang w:val="ru-RU"/>
        </w:rPr>
        <w:t>.</w:t>
      </w:r>
    </w:p>
    <w:p w14:paraId="03E1191B" w14:textId="2EDDDE13" w:rsidR="00AF4FFB" w:rsidRPr="00AF4FFB" w:rsidRDefault="009F647E" w:rsidP="00714C10">
      <w:pPr>
        <w:spacing w:after="0"/>
        <w:ind w:firstLine="709"/>
        <w:jc w:val="both"/>
        <w:rPr>
          <w:lang w:val="ru-RU"/>
        </w:rPr>
      </w:pPr>
      <w:r>
        <w:rPr>
          <w:rFonts w:cs="Times New Roman"/>
          <w:lang w:val="ru-RU"/>
        </w:rPr>
        <w:t>5</w:t>
      </w:r>
      <w:r w:rsidR="00AF4FFB" w:rsidRPr="00AF4FFB">
        <w:rPr>
          <w:rFonts w:cs="Times New Roman"/>
          <w:lang w:val="ru-RU"/>
        </w:rPr>
        <w:t>.</w:t>
      </w:r>
      <w:r w:rsidR="00ED2C97">
        <w:rPr>
          <w:rFonts w:cs="Times New Roman"/>
          <w:lang w:val="ru-RU"/>
        </w:rPr>
        <w:t>3</w:t>
      </w:r>
      <w:r w:rsidR="00AF4FFB" w:rsidRPr="00AF4FFB">
        <w:rPr>
          <w:rFonts w:cs="Times New Roman"/>
          <w:lang w:val="ru-RU"/>
        </w:rPr>
        <w:t>. Если при рассмотрении подготовленных Подрядчиком документов органом регистрации прав выявлены замечания, вызванные недостатками таких документов, Подрядчик обязан безвозмездно устранить замечания и подготовить скорректированные документы.</w:t>
      </w:r>
    </w:p>
    <w:p w14:paraId="6D8CCAB1" w14:textId="7CC1A0F4" w:rsidR="00AF4FFB" w:rsidRPr="00AF4FFB" w:rsidRDefault="003D7829" w:rsidP="00714C10">
      <w:pPr>
        <w:spacing w:after="0"/>
        <w:ind w:firstLine="709"/>
        <w:rPr>
          <w:lang w:val="ru-RU"/>
        </w:rPr>
      </w:pPr>
      <w:r>
        <w:rPr>
          <w:rFonts w:cs="Times New Roman"/>
          <w:b/>
          <w:lang w:val="ru-RU"/>
        </w:rPr>
        <w:t>6</w:t>
      </w:r>
      <w:r w:rsidR="00AF4FFB" w:rsidRPr="00AF4FFB">
        <w:rPr>
          <w:rFonts w:cs="Times New Roman"/>
          <w:b/>
          <w:lang w:val="ru-RU"/>
        </w:rPr>
        <w:t>. Материалы, подлежащие передаче Заказчику</w:t>
      </w:r>
      <w:r w:rsidR="00714C10">
        <w:rPr>
          <w:rFonts w:cs="Times New Roman"/>
          <w:b/>
          <w:lang w:val="ru-RU"/>
        </w:rPr>
        <w:t>:</w:t>
      </w:r>
    </w:p>
    <w:p w14:paraId="7E632D55" w14:textId="38C1C627" w:rsidR="00AF4FFB" w:rsidRPr="00AF4FFB" w:rsidRDefault="003D7829" w:rsidP="00714C10">
      <w:pPr>
        <w:spacing w:after="0"/>
        <w:ind w:firstLine="709"/>
        <w:jc w:val="both"/>
        <w:rPr>
          <w:lang w:val="ru-RU"/>
        </w:rPr>
      </w:pPr>
      <w:r>
        <w:rPr>
          <w:rFonts w:cs="Times New Roman"/>
          <w:lang w:val="ru-RU"/>
        </w:rPr>
        <w:t>6</w:t>
      </w:r>
      <w:r w:rsidR="00AF4FFB" w:rsidRPr="00AF4FFB">
        <w:rPr>
          <w:rFonts w:cs="Times New Roman"/>
          <w:lang w:val="ru-RU"/>
        </w:rPr>
        <w:t xml:space="preserve">.1. По результатам работ, указанных в </w:t>
      </w:r>
      <w:r w:rsidR="001D6428">
        <w:rPr>
          <w:rFonts w:cs="Times New Roman"/>
          <w:lang w:val="ru-RU"/>
        </w:rPr>
        <w:t>Разделе 1 Описания объекта закупки</w:t>
      </w:r>
      <w:r w:rsidR="00AF4FFB" w:rsidRPr="00AF4FFB">
        <w:rPr>
          <w:rFonts w:cs="Times New Roman"/>
          <w:lang w:val="ru-RU"/>
        </w:rPr>
        <w:t>, Подрядчик передает Заказчику:</w:t>
      </w:r>
    </w:p>
    <w:p w14:paraId="3DCF0ED0" w14:textId="23C6A8E0" w:rsidR="00AF4FFB" w:rsidRPr="00AF4FFB" w:rsidRDefault="00557C86" w:rsidP="00714C10">
      <w:pPr>
        <w:spacing w:after="0"/>
        <w:ind w:firstLine="709"/>
        <w:jc w:val="both"/>
        <w:rPr>
          <w:lang w:val="ru-RU"/>
        </w:rPr>
      </w:pPr>
      <w:r>
        <w:rPr>
          <w:rFonts w:cs="Times New Roman"/>
          <w:lang w:val="ru-RU"/>
        </w:rPr>
        <w:t>6.1</w:t>
      </w:r>
      <w:r w:rsidR="00AF4FFB" w:rsidRPr="00AF4FFB">
        <w:rPr>
          <w:rFonts w:cs="Times New Roman"/>
          <w:lang w:val="ru-RU"/>
        </w:rPr>
        <w:t>.</w:t>
      </w:r>
      <w:r>
        <w:rPr>
          <w:rFonts w:cs="Times New Roman"/>
          <w:lang w:val="ru-RU"/>
        </w:rPr>
        <w:t>2</w:t>
      </w:r>
      <w:r w:rsidR="00AF4FFB" w:rsidRPr="00AF4FFB">
        <w:rPr>
          <w:rFonts w:cs="Times New Roman"/>
          <w:lang w:val="ru-RU"/>
        </w:rPr>
        <w:t xml:space="preserve">. </w:t>
      </w:r>
      <w:r w:rsidR="001D6428">
        <w:rPr>
          <w:rFonts w:cs="Times New Roman"/>
          <w:lang w:val="ru-RU"/>
        </w:rPr>
        <w:t xml:space="preserve">отчет </w:t>
      </w:r>
      <w:r w:rsidR="00B33F1E">
        <w:rPr>
          <w:rFonts w:cs="Times New Roman"/>
          <w:lang w:val="ru-RU"/>
        </w:rPr>
        <w:t>о выполненны</w:t>
      </w:r>
      <w:r w:rsidR="00843342">
        <w:rPr>
          <w:rFonts w:cs="Times New Roman"/>
          <w:lang w:val="ru-RU"/>
        </w:rPr>
        <w:t xml:space="preserve">х работах в формате </w:t>
      </w:r>
      <w:r w:rsidR="00843342">
        <w:rPr>
          <w:rFonts w:cs="Times New Roman"/>
        </w:rPr>
        <w:t>PDF</w:t>
      </w:r>
      <w:r w:rsidR="00AF4FFB" w:rsidRPr="00AF4FFB">
        <w:rPr>
          <w:rFonts w:cs="Times New Roman"/>
          <w:lang w:val="ru-RU"/>
        </w:rPr>
        <w:t>;</w:t>
      </w:r>
    </w:p>
    <w:p w14:paraId="5ABD04B5" w14:textId="3FEF65F2" w:rsidR="00AF4FFB" w:rsidRPr="00AF4FFB" w:rsidRDefault="00557C86" w:rsidP="001D6428">
      <w:pPr>
        <w:spacing w:after="0"/>
        <w:ind w:firstLine="709"/>
        <w:jc w:val="both"/>
        <w:rPr>
          <w:lang w:val="ru-RU"/>
        </w:rPr>
      </w:pPr>
      <w:r>
        <w:rPr>
          <w:rFonts w:cs="Times New Roman"/>
          <w:lang w:val="ru-RU"/>
        </w:rPr>
        <w:t>6</w:t>
      </w:r>
      <w:r w:rsidR="00AF4FFB" w:rsidRPr="00AF4FFB">
        <w:rPr>
          <w:rFonts w:cs="Times New Roman"/>
          <w:lang w:val="ru-RU"/>
        </w:rPr>
        <w:t>.</w:t>
      </w:r>
      <w:r>
        <w:rPr>
          <w:rFonts w:cs="Times New Roman"/>
          <w:lang w:val="ru-RU"/>
        </w:rPr>
        <w:t>1</w:t>
      </w:r>
      <w:r w:rsidR="00AF4FFB" w:rsidRPr="00AF4FFB">
        <w:rPr>
          <w:rFonts w:cs="Times New Roman"/>
          <w:lang w:val="ru-RU"/>
        </w:rPr>
        <w:t>.3. сопроводительное письмо (опись) с перечнем передаваемых материалов.</w:t>
      </w:r>
    </w:p>
    <w:p w14:paraId="206A8220" w14:textId="2738D977" w:rsidR="00AF4FFB" w:rsidRPr="00AF4FFB" w:rsidRDefault="00557C86" w:rsidP="00714C10">
      <w:pPr>
        <w:spacing w:after="0"/>
        <w:ind w:firstLine="709"/>
        <w:jc w:val="both"/>
        <w:rPr>
          <w:lang w:val="ru-RU"/>
        </w:rPr>
      </w:pPr>
      <w:r>
        <w:rPr>
          <w:rFonts w:cs="Times New Roman"/>
          <w:lang w:val="ru-RU"/>
        </w:rPr>
        <w:t>6</w:t>
      </w:r>
      <w:r w:rsidR="00AF4FFB" w:rsidRPr="00AF4FFB">
        <w:rPr>
          <w:rFonts w:cs="Times New Roman"/>
          <w:lang w:val="ru-RU"/>
        </w:rPr>
        <w:t>.</w:t>
      </w:r>
      <w:r>
        <w:rPr>
          <w:rFonts w:cs="Times New Roman"/>
          <w:lang w:val="ru-RU"/>
        </w:rPr>
        <w:t>2</w:t>
      </w:r>
      <w:r w:rsidR="00AF4FFB" w:rsidRPr="00AF4FFB">
        <w:rPr>
          <w:rFonts w:cs="Times New Roman"/>
          <w:lang w:val="ru-RU"/>
        </w:rPr>
        <w:t>. Передача результатов осуществляется на электронном носителе либо иным способом, предусмотренным контрактом, обеспечивающим получение Заказчиком электронных файлов в надлежащем формате.</w:t>
      </w:r>
    </w:p>
    <w:p w14:paraId="60B0B9E5" w14:textId="77777777" w:rsidR="00AF4FFB" w:rsidRDefault="00AF4FFB" w:rsidP="00714C10">
      <w:pPr>
        <w:spacing w:after="0"/>
        <w:ind w:firstLine="709"/>
        <w:jc w:val="right"/>
        <w:rPr>
          <w:lang w:val="ru-RU"/>
        </w:rPr>
      </w:pPr>
    </w:p>
    <w:p w14:paraId="6AB72D39" w14:textId="77777777" w:rsidR="00AF4FFB" w:rsidRDefault="00AF4FFB" w:rsidP="00714C10">
      <w:pPr>
        <w:spacing w:after="0"/>
        <w:ind w:firstLine="709"/>
        <w:jc w:val="right"/>
        <w:rPr>
          <w:lang w:val="ru-RU"/>
        </w:rPr>
      </w:pPr>
    </w:p>
    <w:p w14:paraId="3DA13248" w14:textId="77777777" w:rsidR="00AF4FFB" w:rsidRDefault="00AF4FFB" w:rsidP="00714C10">
      <w:pPr>
        <w:spacing w:after="0"/>
        <w:ind w:firstLine="709"/>
        <w:jc w:val="right"/>
        <w:rPr>
          <w:lang w:val="ru-RU"/>
        </w:rPr>
      </w:pPr>
    </w:p>
    <w:p w14:paraId="293338C6" w14:textId="5D7AB677" w:rsidR="00AF4FFB" w:rsidRDefault="00AF4FFB" w:rsidP="00714C10">
      <w:pPr>
        <w:spacing w:after="0"/>
        <w:ind w:firstLine="709"/>
        <w:jc w:val="right"/>
        <w:rPr>
          <w:lang w:val="ru-RU"/>
        </w:rPr>
      </w:pPr>
    </w:p>
    <w:p w14:paraId="47B6DC5B" w14:textId="77777777" w:rsidR="00F70AA7" w:rsidRDefault="00F70AA7" w:rsidP="00714C10">
      <w:pPr>
        <w:spacing w:after="0"/>
        <w:ind w:firstLine="709"/>
        <w:jc w:val="right"/>
        <w:rPr>
          <w:lang w:val="ru-RU"/>
        </w:rPr>
      </w:pPr>
    </w:p>
    <w:p w14:paraId="3A5426F7" w14:textId="77777777" w:rsidR="00AF4FFB" w:rsidRDefault="00AF4FFB" w:rsidP="00714C10">
      <w:pPr>
        <w:spacing w:after="0"/>
        <w:ind w:firstLine="709"/>
        <w:jc w:val="right"/>
        <w:rPr>
          <w:lang w:val="ru-RU"/>
        </w:rPr>
      </w:pPr>
    </w:p>
    <w:p w14:paraId="213600DE" w14:textId="09FAD632" w:rsidR="00177255" w:rsidRPr="00AF4FFB" w:rsidRDefault="00B57EFD">
      <w:pPr>
        <w:spacing w:after="240"/>
        <w:jc w:val="right"/>
        <w:rPr>
          <w:lang w:val="ru-RU"/>
        </w:rPr>
      </w:pPr>
      <w:r w:rsidRPr="00AF4FFB">
        <w:rPr>
          <w:lang w:val="ru-RU"/>
        </w:rPr>
        <w:lastRenderedPageBreak/>
        <w:t>Приложение № 2</w:t>
      </w:r>
      <w:r w:rsidRPr="00AF4FFB">
        <w:rPr>
          <w:lang w:val="ru-RU"/>
        </w:rPr>
        <w:br/>
        <w:t>к муниципальному контракту</w:t>
      </w:r>
      <w:r w:rsidRPr="00AF4FFB">
        <w:rPr>
          <w:lang w:val="ru-RU"/>
        </w:rPr>
        <w:br/>
        <w:t>№ ____ от «___» ________ 2026 г</w:t>
      </w:r>
      <w:r w:rsidR="009F647E">
        <w:rPr>
          <w:lang w:val="ru-RU"/>
        </w:rPr>
        <w:t>ода</w:t>
      </w:r>
    </w:p>
    <w:p w14:paraId="2FCBF8F3" w14:textId="25B5209D" w:rsidR="00177255" w:rsidRPr="00DE6265" w:rsidRDefault="00B57EFD">
      <w:pPr>
        <w:spacing w:after="0" w:line="240" w:lineRule="auto"/>
        <w:jc w:val="center"/>
        <w:rPr>
          <w:b/>
          <w:szCs w:val="24"/>
        </w:rPr>
      </w:pPr>
      <w:proofErr w:type="spellStart"/>
      <w:r w:rsidRPr="00DE6265">
        <w:rPr>
          <w:b/>
          <w:szCs w:val="24"/>
        </w:rPr>
        <w:t>Расчет</w:t>
      </w:r>
      <w:proofErr w:type="spellEnd"/>
      <w:r w:rsidRPr="00DE6265">
        <w:rPr>
          <w:b/>
          <w:szCs w:val="24"/>
        </w:rPr>
        <w:t xml:space="preserve"> </w:t>
      </w:r>
      <w:proofErr w:type="spellStart"/>
      <w:r w:rsidRPr="00DE6265">
        <w:rPr>
          <w:b/>
          <w:szCs w:val="24"/>
        </w:rPr>
        <w:t>цены</w:t>
      </w:r>
      <w:proofErr w:type="spellEnd"/>
      <w:r w:rsidRPr="00DE6265">
        <w:rPr>
          <w:b/>
          <w:szCs w:val="24"/>
        </w:rPr>
        <w:t xml:space="preserve"> </w:t>
      </w:r>
      <w:proofErr w:type="spellStart"/>
      <w:r w:rsidRPr="00DE6265">
        <w:rPr>
          <w:b/>
          <w:szCs w:val="24"/>
        </w:rPr>
        <w:t>контракта</w:t>
      </w:r>
      <w:proofErr w:type="spellEnd"/>
    </w:p>
    <w:p w14:paraId="30B0F975" w14:textId="77777777" w:rsidR="00DE6265" w:rsidRPr="00DE6265" w:rsidRDefault="00DE6265">
      <w:pPr>
        <w:spacing w:after="0" w:line="240" w:lineRule="auto"/>
        <w:jc w:val="center"/>
        <w:rPr>
          <w:szCs w:val="24"/>
        </w:rPr>
      </w:pPr>
    </w:p>
    <w:tbl>
      <w:tblPr>
        <w:tblStyle w:val="aff1"/>
        <w:tblW w:w="5000" w:type="pct"/>
        <w:jc w:val="center"/>
        <w:tblLook w:val="04A0" w:firstRow="1" w:lastRow="0" w:firstColumn="1" w:lastColumn="0" w:noHBand="0" w:noVBand="1"/>
      </w:tblPr>
      <w:tblGrid>
        <w:gridCol w:w="3985"/>
        <w:gridCol w:w="2280"/>
        <w:gridCol w:w="1707"/>
        <w:gridCol w:w="1707"/>
      </w:tblGrid>
      <w:tr w:rsidR="00177255" w:rsidRPr="00DE6265" w14:paraId="498FEA79" w14:textId="77777777" w:rsidTr="00DE6265">
        <w:trPr>
          <w:jc w:val="center"/>
        </w:trPr>
        <w:tc>
          <w:tcPr>
            <w:tcW w:w="2058" w:type="pct"/>
            <w:vAlign w:val="center"/>
          </w:tcPr>
          <w:p w14:paraId="3F1A53E0" w14:textId="77777777" w:rsidR="00177255" w:rsidRPr="00DE6265" w:rsidRDefault="00B57EFD" w:rsidP="00DE6265">
            <w:pPr>
              <w:jc w:val="center"/>
              <w:rPr>
                <w:szCs w:val="24"/>
              </w:rPr>
            </w:pPr>
            <w:proofErr w:type="spellStart"/>
            <w:r w:rsidRPr="00DE6265">
              <w:rPr>
                <w:b/>
                <w:szCs w:val="24"/>
              </w:rPr>
              <w:t>Наименование</w:t>
            </w:r>
            <w:proofErr w:type="spellEnd"/>
            <w:r w:rsidRPr="00DE6265">
              <w:rPr>
                <w:b/>
                <w:szCs w:val="24"/>
              </w:rPr>
              <w:t xml:space="preserve"> </w:t>
            </w:r>
            <w:proofErr w:type="spellStart"/>
            <w:r w:rsidRPr="00DE6265">
              <w:rPr>
                <w:b/>
                <w:szCs w:val="24"/>
              </w:rPr>
              <w:t>работ</w:t>
            </w:r>
            <w:proofErr w:type="spellEnd"/>
          </w:p>
        </w:tc>
        <w:tc>
          <w:tcPr>
            <w:tcW w:w="1178" w:type="pct"/>
            <w:vAlign w:val="center"/>
          </w:tcPr>
          <w:p w14:paraId="70108ACB" w14:textId="77777777" w:rsidR="00177255" w:rsidRPr="00DE6265" w:rsidRDefault="00B57EFD" w:rsidP="00DE6265">
            <w:pPr>
              <w:jc w:val="center"/>
              <w:rPr>
                <w:szCs w:val="24"/>
              </w:rPr>
            </w:pPr>
            <w:proofErr w:type="spellStart"/>
            <w:r w:rsidRPr="00DE6265">
              <w:rPr>
                <w:b/>
                <w:szCs w:val="24"/>
              </w:rPr>
              <w:t>Стоимость</w:t>
            </w:r>
            <w:proofErr w:type="spellEnd"/>
            <w:r w:rsidRPr="00DE6265">
              <w:rPr>
                <w:b/>
                <w:szCs w:val="24"/>
              </w:rPr>
              <w:t xml:space="preserve"> </w:t>
            </w:r>
            <w:proofErr w:type="spellStart"/>
            <w:r w:rsidRPr="00DE6265">
              <w:rPr>
                <w:b/>
                <w:szCs w:val="24"/>
              </w:rPr>
              <w:t>работ</w:t>
            </w:r>
            <w:proofErr w:type="spellEnd"/>
            <w:r w:rsidRPr="00DE6265">
              <w:rPr>
                <w:b/>
                <w:szCs w:val="24"/>
              </w:rPr>
              <w:t xml:space="preserve">, </w:t>
            </w:r>
            <w:proofErr w:type="spellStart"/>
            <w:r w:rsidRPr="00DE6265">
              <w:rPr>
                <w:b/>
                <w:szCs w:val="24"/>
              </w:rPr>
              <w:t>руб</w:t>
            </w:r>
            <w:proofErr w:type="spellEnd"/>
            <w:r w:rsidRPr="00DE6265">
              <w:rPr>
                <w:b/>
                <w:szCs w:val="24"/>
              </w:rPr>
              <w:t>.</w:t>
            </w:r>
          </w:p>
        </w:tc>
        <w:tc>
          <w:tcPr>
            <w:tcW w:w="882" w:type="pct"/>
            <w:vAlign w:val="center"/>
          </w:tcPr>
          <w:p w14:paraId="45A98675" w14:textId="77777777" w:rsidR="00177255" w:rsidRPr="00DE6265" w:rsidRDefault="00B57EFD" w:rsidP="00DE6265">
            <w:pPr>
              <w:jc w:val="center"/>
              <w:rPr>
                <w:szCs w:val="24"/>
              </w:rPr>
            </w:pPr>
            <w:r w:rsidRPr="00DE6265">
              <w:rPr>
                <w:b/>
                <w:szCs w:val="24"/>
              </w:rPr>
              <w:t xml:space="preserve">НДС, </w:t>
            </w:r>
            <w:proofErr w:type="spellStart"/>
            <w:r w:rsidRPr="00DE6265">
              <w:rPr>
                <w:b/>
                <w:szCs w:val="24"/>
              </w:rPr>
              <w:t>руб</w:t>
            </w:r>
            <w:proofErr w:type="spellEnd"/>
            <w:r w:rsidRPr="00DE6265">
              <w:rPr>
                <w:b/>
                <w:szCs w:val="24"/>
              </w:rPr>
              <w:t>.</w:t>
            </w:r>
          </w:p>
        </w:tc>
        <w:tc>
          <w:tcPr>
            <w:tcW w:w="882" w:type="pct"/>
            <w:vAlign w:val="center"/>
          </w:tcPr>
          <w:p w14:paraId="139801F6" w14:textId="77777777" w:rsidR="00177255" w:rsidRPr="00DE6265" w:rsidRDefault="00B57EFD" w:rsidP="00DE6265">
            <w:pPr>
              <w:jc w:val="center"/>
              <w:rPr>
                <w:szCs w:val="24"/>
              </w:rPr>
            </w:pPr>
            <w:proofErr w:type="spellStart"/>
            <w:r w:rsidRPr="00DE6265">
              <w:rPr>
                <w:b/>
                <w:szCs w:val="24"/>
              </w:rPr>
              <w:t>Итого</w:t>
            </w:r>
            <w:proofErr w:type="spellEnd"/>
            <w:r w:rsidRPr="00DE6265">
              <w:rPr>
                <w:b/>
                <w:szCs w:val="24"/>
              </w:rPr>
              <w:t xml:space="preserve">, </w:t>
            </w:r>
            <w:proofErr w:type="spellStart"/>
            <w:r w:rsidRPr="00DE6265">
              <w:rPr>
                <w:b/>
                <w:szCs w:val="24"/>
              </w:rPr>
              <w:t>руб</w:t>
            </w:r>
            <w:proofErr w:type="spellEnd"/>
            <w:r w:rsidRPr="00DE6265">
              <w:rPr>
                <w:b/>
                <w:szCs w:val="24"/>
              </w:rPr>
              <w:t>.</w:t>
            </w:r>
          </w:p>
        </w:tc>
      </w:tr>
      <w:tr w:rsidR="00177255" w:rsidRPr="00F70AA7" w14:paraId="711C032E" w14:textId="77777777" w:rsidTr="00DE6265">
        <w:trPr>
          <w:jc w:val="center"/>
        </w:trPr>
        <w:tc>
          <w:tcPr>
            <w:tcW w:w="2058" w:type="pct"/>
            <w:vAlign w:val="center"/>
          </w:tcPr>
          <w:p w14:paraId="3122EEF6" w14:textId="3181D951" w:rsidR="00177255" w:rsidRPr="00DE6265" w:rsidRDefault="00F70AA7" w:rsidP="00CC30F1">
            <w:pPr>
              <w:jc w:val="both"/>
              <w:rPr>
                <w:szCs w:val="24"/>
                <w:lang w:val="ru-RU"/>
              </w:rPr>
            </w:pPr>
            <w:r w:rsidRPr="00F70AA7">
              <w:rPr>
                <w:szCs w:val="24"/>
                <w:lang w:val="ru-RU"/>
              </w:rPr>
              <w:t xml:space="preserve">проведение исследования почвенно-геологического состояния земельного участка </w:t>
            </w:r>
          </w:p>
        </w:tc>
        <w:tc>
          <w:tcPr>
            <w:tcW w:w="1178" w:type="pct"/>
            <w:vAlign w:val="center"/>
          </w:tcPr>
          <w:p w14:paraId="24362664" w14:textId="322192FC" w:rsidR="00177255" w:rsidRPr="00724330" w:rsidRDefault="00177255" w:rsidP="00724330">
            <w:pPr>
              <w:jc w:val="center"/>
              <w:rPr>
                <w:szCs w:val="24"/>
                <w:lang w:val="ru-RU"/>
              </w:rPr>
            </w:pPr>
          </w:p>
        </w:tc>
        <w:tc>
          <w:tcPr>
            <w:tcW w:w="882" w:type="pct"/>
            <w:vAlign w:val="center"/>
          </w:tcPr>
          <w:p w14:paraId="4C6B87B2" w14:textId="1179C395" w:rsidR="00177255" w:rsidRPr="0068469C" w:rsidRDefault="00177255" w:rsidP="00DE6265">
            <w:pPr>
              <w:jc w:val="center"/>
              <w:rPr>
                <w:szCs w:val="24"/>
                <w:lang w:val="ru-RU"/>
              </w:rPr>
            </w:pPr>
          </w:p>
        </w:tc>
        <w:tc>
          <w:tcPr>
            <w:tcW w:w="882" w:type="pct"/>
            <w:vAlign w:val="center"/>
          </w:tcPr>
          <w:p w14:paraId="54418870" w14:textId="4D109D92" w:rsidR="00177255" w:rsidRPr="00724330" w:rsidRDefault="00177255" w:rsidP="00CC30F1">
            <w:pPr>
              <w:jc w:val="center"/>
              <w:rPr>
                <w:szCs w:val="24"/>
                <w:lang w:val="ru-RU"/>
              </w:rPr>
            </w:pPr>
          </w:p>
        </w:tc>
      </w:tr>
    </w:tbl>
    <w:p w14:paraId="5AB2FB63" w14:textId="77777777" w:rsidR="00177255" w:rsidRPr="0068469C" w:rsidRDefault="00177255">
      <w:pPr>
        <w:rPr>
          <w:szCs w:val="24"/>
          <w:lang w:val="ru-RU"/>
        </w:rPr>
      </w:pPr>
    </w:p>
    <w:tbl>
      <w:tblPr>
        <w:tblW w:w="0" w:type="auto"/>
        <w:jc w:val="center"/>
        <w:tblLayout w:type="fixed"/>
        <w:tblLook w:val="04A0" w:firstRow="1" w:lastRow="0" w:firstColumn="1" w:lastColumn="0" w:noHBand="0" w:noVBand="1"/>
      </w:tblPr>
      <w:tblGrid>
        <w:gridCol w:w="4844"/>
        <w:gridCol w:w="4844"/>
      </w:tblGrid>
      <w:tr w:rsidR="00177255" w:rsidRPr="00DE6265" w14:paraId="7342C5C0" w14:textId="77777777">
        <w:trPr>
          <w:jc w:val="center"/>
        </w:trPr>
        <w:tc>
          <w:tcPr>
            <w:tcW w:w="4844" w:type="dxa"/>
            <w:vAlign w:val="center"/>
          </w:tcPr>
          <w:p w14:paraId="669264A4" w14:textId="77777777" w:rsidR="00DE6265" w:rsidRDefault="00B57EFD" w:rsidP="00DE6265">
            <w:pPr>
              <w:spacing w:after="0"/>
              <w:rPr>
                <w:lang w:val="ru-RU"/>
              </w:rPr>
            </w:pPr>
            <w:r w:rsidRPr="00DE6265">
              <w:rPr>
                <w:szCs w:val="24"/>
                <w:lang w:val="ru-RU"/>
              </w:rPr>
              <w:t>Заказчик:</w:t>
            </w:r>
            <w:r w:rsidRPr="00DE6265">
              <w:rPr>
                <w:szCs w:val="24"/>
                <w:lang w:val="ru-RU"/>
              </w:rPr>
              <w:br/>
            </w:r>
            <w:r w:rsidRPr="00DE6265">
              <w:rPr>
                <w:szCs w:val="24"/>
                <w:lang w:val="ru-RU"/>
              </w:rPr>
              <w:br/>
            </w:r>
            <w:r w:rsidR="00DE6265" w:rsidRPr="00AF4FFB">
              <w:rPr>
                <w:lang w:val="ru-RU"/>
              </w:rPr>
              <w:t>Глава администрации</w:t>
            </w:r>
            <w:r w:rsidR="00DE6265" w:rsidRPr="00AF4FFB">
              <w:rPr>
                <w:lang w:val="ru-RU"/>
              </w:rPr>
              <w:br/>
              <w:t>__________________/А.В. Гердий/</w:t>
            </w:r>
          </w:p>
          <w:p w14:paraId="1F62F296" w14:textId="192BCED5" w:rsidR="00177255" w:rsidRPr="00DE6265" w:rsidRDefault="00DE6265" w:rsidP="00DE6265">
            <w:pPr>
              <w:rPr>
                <w:szCs w:val="24"/>
                <w:lang w:val="ru-RU"/>
              </w:rPr>
            </w:pPr>
            <w:r>
              <w:rPr>
                <w:lang w:val="ru-RU"/>
              </w:rPr>
              <w:t>Подписано эцп</w:t>
            </w:r>
          </w:p>
        </w:tc>
        <w:tc>
          <w:tcPr>
            <w:tcW w:w="4844" w:type="dxa"/>
            <w:vAlign w:val="center"/>
          </w:tcPr>
          <w:p w14:paraId="101E030E" w14:textId="77777777" w:rsidR="00DE6265" w:rsidRDefault="00B57EFD" w:rsidP="00DE6265">
            <w:pPr>
              <w:spacing w:after="0"/>
              <w:rPr>
                <w:szCs w:val="24"/>
              </w:rPr>
            </w:pPr>
            <w:proofErr w:type="spellStart"/>
            <w:r w:rsidRPr="00DE6265">
              <w:rPr>
                <w:szCs w:val="24"/>
              </w:rPr>
              <w:t>Подрядчик</w:t>
            </w:r>
            <w:proofErr w:type="spellEnd"/>
            <w:r w:rsidRPr="00DE6265">
              <w:rPr>
                <w:szCs w:val="24"/>
              </w:rPr>
              <w:t>:</w:t>
            </w:r>
          </w:p>
          <w:p w14:paraId="40B0AEFC" w14:textId="6771B447" w:rsidR="00177255" w:rsidRDefault="00B57EFD" w:rsidP="00DE6265">
            <w:pPr>
              <w:spacing w:after="0"/>
              <w:rPr>
                <w:szCs w:val="24"/>
              </w:rPr>
            </w:pPr>
            <w:r w:rsidRPr="00DE6265">
              <w:rPr>
                <w:szCs w:val="24"/>
              </w:rPr>
              <w:br/>
              <w:t>__________________/__________________/</w:t>
            </w:r>
          </w:p>
          <w:p w14:paraId="3201345E" w14:textId="35751349" w:rsidR="00DE6265" w:rsidRPr="00DE6265" w:rsidRDefault="00DE6265" w:rsidP="00DE6265">
            <w:pPr>
              <w:spacing w:after="0"/>
              <w:rPr>
                <w:szCs w:val="24"/>
                <w:lang w:val="ru-RU"/>
              </w:rPr>
            </w:pPr>
            <w:r>
              <w:rPr>
                <w:szCs w:val="24"/>
                <w:lang w:val="ru-RU"/>
              </w:rPr>
              <w:t>Подписано эцп</w:t>
            </w:r>
          </w:p>
        </w:tc>
      </w:tr>
    </w:tbl>
    <w:p w14:paraId="63A93B27" w14:textId="77777777" w:rsidR="003148FE" w:rsidRDefault="003148FE"/>
    <w:sectPr w:rsidR="003148FE" w:rsidSect="0003461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D545DE3"/>
    <w:multiLevelType w:val="hybridMultilevel"/>
    <w:tmpl w:val="3D844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BBD4776"/>
    <w:multiLevelType w:val="hybridMultilevel"/>
    <w:tmpl w:val="E168E4EE"/>
    <w:lvl w:ilvl="0" w:tplc="0419000F">
      <w:start w:val="1"/>
      <w:numFmt w:val="decimal"/>
      <w:lvlText w:val="%1."/>
      <w:lvlJc w:val="left"/>
      <w:pPr>
        <w:ind w:left="786" w:hanging="360"/>
      </w:pPr>
    </w:lvl>
    <w:lvl w:ilvl="1" w:tplc="04190019">
      <w:start w:val="1"/>
      <w:numFmt w:val="lowerLetter"/>
      <w:lvlText w:val="%2."/>
      <w:lvlJc w:val="left"/>
      <w:pPr>
        <w:ind w:left="3567" w:hanging="360"/>
      </w:pPr>
    </w:lvl>
    <w:lvl w:ilvl="2" w:tplc="0419001B">
      <w:start w:val="1"/>
      <w:numFmt w:val="lowerRoman"/>
      <w:lvlText w:val="%3."/>
      <w:lvlJc w:val="right"/>
      <w:pPr>
        <w:ind w:left="4287" w:hanging="180"/>
      </w:pPr>
    </w:lvl>
    <w:lvl w:ilvl="3" w:tplc="0419000F">
      <w:start w:val="1"/>
      <w:numFmt w:val="decimal"/>
      <w:lvlText w:val="%4."/>
      <w:lvlJc w:val="left"/>
      <w:pPr>
        <w:ind w:left="5007" w:hanging="360"/>
      </w:pPr>
    </w:lvl>
    <w:lvl w:ilvl="4" w:tplc="04190019">
      <w:start w:val="1"/>
      <w:numFmt w:val="lowerLetter"/>
      <w:lvlText w:val="%5."/>
      <w:lvlJc w:val="left"/>
      <w:pPr>
        <w:ind w:left="5727" w:hanging="360"/>
      </w:pPr>
    </w:lvl>
    <w:lvl w:ilvl="5" w:tplc="0419001B">
      <w:start w:val="1"/>
      <w:numFmt w:val="lowerRoman"/>
      <w:lvlText w:val="%6."/>
      <w:lvlJc w:val="right"/>
      <w:pPr>
        <w:ind w:left="6447" w:hanging="180"/>
      </w:pPr>
    </w:lvl>
    <w:lvl w:ilvl="6" w:tplc="0419000F">
      <w:start w:val="1"/>
      <w:numFmt w:val="decimal"/>
      <w:lvlText w:val="%7."/>
      <w:lvlJc w:val="left"/>
      <w:pPr>
        <w:ind w:left="7167" w:hanging="360"/>
      </w:pPr>
    </w:lvl>
    <w:lvl w:ilvl="7" w:tplc="04190019">
      <w:start w:val="1"/>
      <w:numFmt w:val="lowerLetter"/>
      <w:lvlText w:val="%8."/>
      <w:lvlJc w:val="left"/>
      <w:pPr>
        <w:ind w:left="7887" w:hanging="360"/>
      </w:pPr>
    </w:lvl>
    <w:lvl w:ilvl="8" w:tplc="0419001B">
      <w:start w:val="1"/>
      <w:numFmt w:val="lowerRoman"/>
      <w:lvlText w:val="%9."/>
      <w:lvlJc w:val="right"/>
      <w:pPr>
        <w:ind w:left="8607"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476"/>
    <w:rsid w:val="00034616"/>
    <w:rsid w:val="00041105"/>
    <w:rsid w:val="0006063C"/>
    <w:rsid w:val="000B1FE0"/>
    <w:rsid w:val="000D69AA"/>
    <w:rsid w:val="00102A46"/>
    <w:rsid w:val="00125E07"/>
    <w:rsid w:val="001261AD"/>
    <w:rsid w:val="0015074B"/>
    <w:rsid w:val="00171BB8"/>
    <w:rsid w:val="00177255"/>
    <w:rsid w:val="0019669A"/>
    <w:rsid w:val="001B72A8"/>
    <w:rsid w:val="001C41AA"/>
    <w:rsid w:val="001D6428"/>
    <w:rsid w:val="001F5BB0"/>
    <w:rsid w:val="00221B70"/>
    <w:rsid w:val="00256D46"/>
    <w:rsid w:val="0029639D"/>
    <w:rsid w:val="002C66C5"/>
    <w:rsid w:val="002D7957"/>
    <w:rsid w:val="002E7D66"/>
    <w:rsid w:val="003148FE"/>
    <w:rsid w:val="00326F90"/>
    <w:rsid w:val="00352922"/>
    <w:rsid w:val="003D7829"/>
    <w:rsid w:val="004332B7"/>
    <w:rsid w:val="004447DC"/>
    <w:rsid w:val="00483C09"/>
    <w:rsid w:val="00495450"/>
    <w:rsid w:val="004E6C78"/>
    <w:rsid w:val="00557C86"/>
    <w:rsid w:val="005852FE"/>
    <w:rsid w:val="005A3E9B"/>
    <w:rsid w:val="006374F9"/>
    <w:rsid w:val="00651794"/>
    <w:rsid w:val="006652AF"/>
    <w:rsid w:val="0068469C"/>
    <w:rsid w:val="006C7C86"/>
    <w:rsid w:val="00714C10"/>
    <w:rsid w:val="00724330"/>
    <w:rsid w:val="00824E57"/>
    <w:rsid w:val="00843342"/>
    <w:rsid w:val="0085229E"/>
    <w:rsid w:val="00880C45"/>
    <w:rsid w:val="008D7646"/>
    <w:rsid w:val="009673BD"/>
    <w:rsid w:val="009F647E"/>
    <w:rsid w:val="00A34628"/>
    <w:rsid w:val="00AA1D8D"/>
    <w:rsid w:val="00AA1EFF"/>
    <w:rsid w:val="00AB14EF"/>
    <w:rsid w:val="00AE4802"/>
    <w:rsid w:val="00AF4FFB"/>
    <w:rsid w:val="00B33F1E"/>
    <w:rsid w:val="00B47730"/>
    <w:rsid w:val="00B57EFD"/>
    <w:rsid w:val="00BF1167"/>
    <w:rsid w:val="00C82783"/>
    <w:rsid w:val="00CA482B"/>
    <w:rsid w:val="00CB0664"/>
    <w:rsid w:val="00CB0A3D"/>
    <w:rsid w:val="00CC30F1"/>
    <w:rsid w:val="00D25791"/>
    <w:rsid w:val="00D67B93"/>
    <w:rsid w:val="00D8691A"/>
    <w:rsid w:val="00DA240F"/>
    <w:rsid w:val="00DE6265"/>
    <w:rsid w:val="00EA1D4E"/>
    <w:rsid w:val="00ED2C97"/>
    <w:rsid w:val="00EF1D61"/>
    <w:rsid w:val="00F22ED3"/>
    <w:rsid w:val="00F23A90"/>
    <w:rsid w:val="00F70AA7"/>
    <w:rsid w:val="00FC693F"/>
    <w:rsid w:val="00FF19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FC8103"/>
  <w14:defaultImageDpi w14:val="300"/>
  <w15:docId w15:val="{06F9765F-5A66-4398-91C0-1CAEE49B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aliases w:val="Bullet List,FooterText,numbered"/>
    <w:basedOn w:val="a1"/>
    <w:link w:val="af"/>
    <w:uiPriority w:val="34"/>
    <w:qFormat/>
    <w:rsid w:val="00FC693F"/>
    <w:pPr>
      <w:ind w:left="720"/>
      <w:contextualSpacing/>
    </w:pPr>
  </w:style>
  <w:style w:type="paragraph" w:styleId="af0">
    <w:name w:val="Body Text"/>
    <w:basedOn w:val="a1"/>
    <w:link w:val="af1"/>
    <w:uiPriority w:val="99"/>
    <w:unhideWhenUsed/>
    <w:rsid w:val="00AA1D8D"/>
    <w:pPr>
      <w:spacing w:after="120"/>
    </w:pPr>
  </w:style>
  <w:style w:type="character" w:customStyle="1" w:styleId="af1">
    <w:name w:val="Основной текст Знак"/>
    <w:basedOn w:val="a2"/>
    <w:link w:val="af0"/>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2">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3">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4">
    <w:name w:val="macro"/>
    <w:link w:val="af5"/>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5">
    <w:name w:val="Текст макроса Знак"/>
    <w:basedOn w:val="a2"/>
    <w:link w:val="af4"/>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6">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7">
    <w:name w:val="Strong"/>
    <w:basedOn w:val="a2"/>
    <w:uiPriority w:val="22"/>
    <w:qFormat/>
    <w:rsid w:val="00FC693F"/>
    <w:rPr>
      <w:b/>
      <w:bCs/>
    </w:rPr>
  </w:style>
  <w:style w:type="character" w:styleId="af8">
    <w:name w:val="Emphasis"/>
    <w:basedOn w:val="a2"/>
    <w:uiPriority w:val="20"/>
    <w:qFormat/>
    <w:rsid w:val="00FC693F"/>
    <w:rPr>
      <w:i/>
      <w:iCs/>
    </w:rPr>
  </w:style>
  <w:style w:type="paragraph" w:styleId="af9">
    <w:name w:val="Intense Quote"/>
    <w:basedOn w:val="a1"/>
    <w:next w:val="a1"/>
    <w:link w:val="af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a">
    <w:name w:val="Выделенная цитата Знак"/>
    <w:basedOn w:val="a2"/>
    <w:link w:val="af9"/>
    <w:uiPriority w:val="30"/>
    <w:rsid w:val="00FC693F"/>
    <w:rPr>
      <w:b/>
      <w:bCs/>
      <w:i/>
      <w:iCs/>
      <w:color w:val="4F81BD" w:themeColor="accent1"/>
    </w:rPr>
  </w:style>
  <w:style w:type="character" w:styleId="afb">
    <w:name w:val="Subtle Emphasis"/>
    <w:basedOn w:val="a2"/>
    <w:uiPriority w:val="19"/>
    <w:qFormat/>
    <w:rsid w:val="00FC693F"/>
    <w:rPr>
      <w:i/>
      <w:iCs/>
      <w:color w:val="808080" w:themeColor="text1" w:themeTint="7F"/>
    </w:rPr>
  </w:style>
  <w:style w:type="character" w:styleId="afc">
    <w:name w:val="Intense Emphasis"/>
    <w:basedOn w:val="a2"/>
    <w:uiPriority w:val="21"/>
    <w:qFormat/>
    <w:rsid w:val="00FC693F"/>
    <w:rPr>
      <w:b/>
      <w:bCs/>
      <w:i/>
      <w:iCs/>
      <w:color w:val="4F81BD" w:themeColor="accent1"/>
    </w:rPr>
  </w:style>
  <w:style w:type="character" w:styleId="afd">
    <w:name w:val="Subtle Reference"/>
    <w:basedOn w:val="a2"/>
    <w:uiPriority w:val="31"/>
    <w:qFormat/>
    <w:rsid w:val="00FC693F"/>
    <w:rPr>
      <w:smallCaps/>
      <w:color w:val="C0504D" w:themeColor="accent2"/>
      <w:u w:val="single"/>
    </w:rPr>
  </w:style>
  <w:style w:type="character" w:styleId="afe">
    <w:name w:val="Intense Reference"/>
    <w:basedOn w:val="a2"/>
    <w:uiPriority w:val="32"/>
    <w:qFormat/>
    <w:rsid w:val="00FC693F"/>
    <w:rPr>
      <w:b/>
      <w:bCs/>
      <w:smallCaps/>
      <w:color w:val="C0504D" w:themeColor="accent2"/>
      <w:spacing w:val="5"/>
      <w:u w:val="single"/>
    </w:rPr>
  </w:style>
  <w:style w:type="character" w:styleId="aff">
    <w:name w:val="Book Title"/>
    <w:basedOn w:val="a2"/>
    <w:uiPriority w:val="33"/>
    <w:qFormat/>
    <w:rsid w:val="00FC693F"/>
    <w:rPr>
      <w:b/>
      <w:bCs/>
      <w:smallCaps/>
      <w:spacing w:val="5"/>
    </w:rPr>
  </w:style>
  <w:style w:type="paragraph" w:styleId="aff0">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9">
    <w:name w:val="Hyperlink"/>
    <w:basedOn w:val="a2"/>
    <w:uiPriority w:val="99"/>
    <w:unhideWhenUsed/>
    <w:rsid w:val="001F5BB0"/>
    <w:rPr>
      <w:color w:val="0000FF" w:themeColor="hyperlink"/>
      <w:u w:val="single"/>
    </w:rPr>
  </w:style>
  <w:style w:type="character" w:customStyle="1" w:styleId="14">
    <w:name w:val="Неразрешенное упоминание1"/>
    <w:basedOn w:val="a2"/>
    <w:uiPriority w:val="99"/>
    <w:semiHidden/>
    <w:unhideWhenUsed/>
    <w:rsid w:val="001F5BB0"/>
    <w:rPr>
      <w:color w:val="605E5C"/>
      <w:shd w:val="clear" w:color="auto" w:fill="E1DFDD"/>
    </w:rPr>
  </w:style>
  <w:style w:type="character" w:customStyle="1" w:styleId="af">
    <w:name w:val="Абзац списка Знак"/>
    <w:aliases w:val="Bullet List Знак,FooterText Знак,numbered Знак"/>
    <w:link w:val="ae"/>
    <w:uiPriority w:val="34"/>
    <w:locked/>
    <w:rsid w:val="00F23A90"/>
    <w:rPr>
      <w:rFonts w:ascii="Times New Roman" w:eastAsia="Times New Roman" w:hAnsi="Times New Roman"/>
      <w:sz w:val="24"/>
    </w:rPr>
  </w:style>
  <w:style w:type="paragraph" w:styleId="affa">
    <w:name w:val="Balloon Text"/>
    <w:basedOn w:val="a1"/>
    <w:link w:val="affb"/>
    <w:uiPriority w:val="99"/>
    <w:semiHidden/>
    <w:unhideWhenUsed/>
    <w:rsid w:val="00041105"/>
    <w:pPr>
      <w:spacing w:after="0" w:line="240" w:lineRule="auto"/>
    </w:pPr>
    <w:rPr>
      <w:rFonts w:ascii="Tahoma" w:hAnsi="Tahoma" w:cs="Tahoma"/>
      <w:sz w:val="16"/>
      <w:szCs w:val="16"/>
    </w:rPr>
  </w:style>
  <w:style w:type="character" w:customStyle="1" w:styleId="affb">
    <w:name w:val="Текст выноски Знак"/>
    <w:basedOn w:val="a2"/>
    <w:link w:val="affa"/>
    <w:uiPriority w:val="99"/>
    <w:semiHidden/>
    <w:rsid w:val="0004110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59708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zanevkaorg.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88006-81E2-43DA-8358-3A3694E68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3250</Words>
  <Characters>18525</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Закупки</cp:lastModifiedBy>
  <cp:revision>5</cp:revision>
  <cp:lastPrinted>2026-06-08T11:55:00Z</cp:lastPrinted>
  <dcterms:created xsi:type="dcterms:W3CDTF">2026-09-15T11:11:00Z</dcterms:created>
  <dcterms:modified xsi:type="dcterms:W3CDTF">2026-09-15T11:49:00Z</dcterms:modified>
</cp:coreProperties>
</file>