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5EF0" w:rsidRPr="001F290A" w:rsidRDefault="005D51C9" w:rsidP="00547BD4">
      <w:pPr>
        <w:widowControl w:val="0"/>
        <w:spacing w:after="40"/>
        <w:jc w:val="center"/>
        <w:rPr>
          <w:rFonts w:cs="Times New Roman"/>
          <w:b/>
          <w:sz w:val="24"/>
          <w:szCs w:val="24"/>
          <w:lang w:val="ru-RU"/>
        </w:rPr>
      </w:pPr>
      <w:r w:rsidRPr="001F290A">
        <w:rPr>
          <w:rFonts w:eastAsia="Times New Roman" w:cs="Times New Roman"/>
          <w:b/>
          <w:sz w:val="24"/>
          <w:szCs w:val="24"/>
          <w:lang w:val="ru-RU"/>
        </w:rPr>
        <w:t xml:space="preserve"> </w:t>
      </w:r>
      <w:r w:rsidR="00AD1029" w:rsidRPr="001F290A">
        <w:rPr>
          <w:rFonts w:eastAsia="Times New Roman" w:cs="Times New Roman"/>
          <w:b/>
          <w:sz w:val="24"/>
          <w:szCs w:val="24"/>
          <w:lang w:val="ru-RU"/>
        </w:rPr>
        <w:t>МУНИЦИПАЛЬНЫЙ КОНТРАКТ</w:t>
      </w:r>
      <w:r w:rsidR="00111FC9" w:rsidRPr="001F290A">
        <w:rPr>
          <w:rFonts w:eastAsia="Times New Roman" w:cs="Times New Roman"/>
          <w:b/>
          <w:sz w:val="24"/>
          <w:szCs w:val="24"/>
          <w:lang w:val="ru-RU"/>
        </w:rPr>
        <w:t xml:space="preserve"> № </w:t>
      </w:r>
      <w:sdt>
        <w:sdtPr>
          <w:rPr>
            <w:rFonts w:cs="Times New Roman"/>
            <w:b/>
            <w:sz w:val="24"/>
            <w:szCs w:val="24"/>
            <w:lang w:val="ru-RU"/>
          </w:rPr>
          <w:alias w:val="CONTRACT_NUMBER"/>
          <w:tag w:val="CONTRACT_NUMBER"/>
          <w:id w:val="1980416699"/>
          <w:dataBinding w:prefixMappings="xmlns:f='urn:contract-form'" w:xpath="/f:root[1]/f:CONTRACT_NUMBER[1]" w:storeItemID="{D56D31AD-9111-421D-8CD3-FF82CFA5D4C9}"/>
          <w:text/>
        </w:sdtPr>
        <w:sdtEndPr/>
        <w:sdtContent>
          <w:r w:rsidR="00CD04F3">
            <w:rPr>
              <w:rFonts w:cs="Times New Roman"/>
              <w:b/>
              <w:sz w:val="24"/>
              <w:szCs w:val="24"/>
              <w:lang w:val="ru-RU"/>
            </w:rPr>
            <w:t>ЭМ-16-26</w:t>
          </w:r>
        </w:sdtContent>
      </w:sdt>
    </w:p>
    <w:p w:rsidR="00755EF0" w:rsidRPr="001F290A" w:rsidRDefault="00AD1029" w:rsidP="00547BD4">
      <w:pPr>
        <w:widowControl w:val="0"/>
        <w:spacing w:after="160"/>
        <w:jc w:val="center"/>
        <w:rPr>
          <w:rFonts w:cs="Times New Roman"/>
          <w:sz w:val="24"/>
          <w:szCs w:val="24"/>
          <w:lang w:val="ru-RU"/>
        </w:rPr>
      </w:pPr>
      <w:r w:rsidRPr="001F290A">
        <w:rPr>
          <w:rFonts w:eastAsia="Times New Roman" w:cs="Times New Roman"/>
          <w:sz w:val="24"/>
          <w:szCs w:val="24"/>
          <w:lang w:val="ru-RU"/>
        </w:rPr>
        <w:t xml:space="preserve">на </w:t>
      </w:r>
      <w:r w:rsidR="00760E5E" w:rsidRPr="001F290A">
        <w:rPr>
          <w:rFonts w:eastAsia="Times New Roman" w:cs="Times New Roman"/>
          <w:sz w:val="24"/>
          <w:szCs w:val="24"/>
          <w:lang w:val="ru-RU"/>
        </w:rPr>
        <w:t>оказание услуг</w:t>
      </w:r>
      <w:r w:rsidR="00FF4BB4">
        <w:rPr>
          <w:rFonts w:eastAsia="Times New Roman" w:cs="Times New Roman"/>
          <w:sz w:val="24"/>
          <w:szCs w:val="24"/>
          <w:lang w:val="ru-RU"/>
        </w:rPr>
        <w:t xml:space="preserve"> </w:t>
      </w:r>
      <w:r w:rsidR="001F290A">
        <w:rPr>
          <w:rFonts w:eastAsia="Times New Roman" w:cs="Times New Roman"/>
          <w:sz w:val="24"/>
          <w:szCs w:val="24"/>
          <w:lang w:val="ru-RU"/>
        </w:rPr>
        <w:t xml:space="preserve">по изготовлению </w:t>
      </w:r>
      <w:r w:rsidR="00366B68" w:rsidRPr="001F290A">
        <w:rPr>
          <w:rFonts w:eastAsia="Times New Roman" w:cs="Times New Roman"/>
          <w:sz w:val="24"/>
          <w:szCs w:val="24"/>
          <w:lang w:val="ru-RU"/>
        </w:rPr>
        <w:t>полиграф</w:t>
      </w:r>
      <w:r w:rsidR="00CD04F3">
        <w:rPr>
          <w:rFonts w:eastAsia="Times New Roman" w:cs="Times New Roman"/>
          <w:sz w:val="24"/>
          <w:szCs w:val="24"/>
          <w:lang w:val="ru-RU"/>
        </w:rPr>
        <w:t>ической продукции</w:t>
      </w:r>
    </w:p>
    <w:tbl>
      <w:tblPr>
        <w:tblW w:w="9249" w:type="dxa"/>
        <w:jc w:val="center"/>
        <w:tblLayout w:type="fixed"/>
        <w:tblLook w:val="04A0" w:firstRow="1" w:lastRow="0" w:firstColumn="1" w:lastColumn="0" w:noHBand="0" w:noVBand="1"/>
      </w:tblPr>
      <w:tblGrid>
        <w:gridCol w:w="4714"/>
        <w:gridCol w:w="4535"/>
      </w:tblGrid>
      <w:tr w:rsidR="00951DA2" w:rsidRPr="001F290A" w:rsidTr="00835F10">
        <w:trPr>
          <w:trHeight w:val="602"/>
          <w:jc w:val="center"/>
        </w:trPr>
        <w:tc>
          <w:tcPr>
            <w:tcW w:w="4714" w:type="dxa"/>
            <w:tcMar>
              <w:top w:w="60" w:type="dxa"/>
              <w:left w:w="0" w:type="dxa"/>
              <w:bottom w:w="60" w:type="dxa"/>
              <w:right w:w="0" w:type="dxa"/>
            </w:tcMar>
            <w:vAlign w:val="center"/>
          </w:tcPr>
          <w:p w:rsidR="00755EF0" w:rsidRPr="001F290A" w:rsidRDefault="004E30B9" w:rsidP="00547BD4">
            <w:pPr>
              <w:widowControl w:val="0"/>
              <w:jc w:val="left"/>
              <w:rPr>
                <w:rFonts w:cs="Times New Roman"/>
                <w:sz w:val="24"/>
                <w:szCs w:val="24"/>
              </w:rPr>
            </w:pPr>
            <w:sdt>
              <w:sdtPr>
                <w:rPr>
                  <w:rFonts w:cs="Times New Roman"/>
                  <w:sz w:val="24"/>
                  <w:szCs w:val="24"/>
                </w:rPr>
                <w:alias w:val="CONTRACT_PLACE"/>
                <w:tag w:val="CONTRACT_PLACE"/>
                <w:id w:val="1841300028"/>
                <w:dataBinding w:prefixMappings="xmlns:f='urn:contract-form'" w:xpath="/f:root[1]/f:CONTRACT_PLACE[1]" w:storeItemID="{D56D31AD-9111-421D-8CD3-FF82CFA5D4C9}"/>
                <w:text/>
              </w:sdtPr>
              <w:sdtEndPr/>
              <w:sdtContent>
                <w:r w:rsidR="00111FC9" w:rsidRPr="001F290A">
                  <w:rPr>
                    <w:rFonts w:eastAsia="Times New Roman" w:cs="Times New Roman"/>
                    <w:sz w:val="24"/>
                    <w:szCs w:val="24"/>
                    <w:lang w:val="ru-RU"/>
                  </w:rPr>
                  <w:t>пос. Петровское</w:t>
                </w:r>
              </w:sdtContent>
            </w:sdt>
          </w:p>
        </w:tc>
        <w:tc>
          <w:tcPr>
            <w:tcW w:w="4535" w:type="dxa"/>
            <w:tcMar>
              <w:top w:w="60" w:type="dxa"/>
              <w:left w:w="0" w:type="dxa"/>
              <w:bottom w:w="60" w:type="dxa"/>
              <w:right w:w="0" w:type="dxa"/>
            </w:tcMar>
            <w:vAlign w:val="center"/>
          </w:tcPr>
          <w:p w:rsidR="00755EF0" w:rsidRPr="001F290A" w:rsidRDefault="0090120F" w:rsidP="006C4FE7">
            <w:pPr>
              <w:widowControl w:val="0"/>
              <w:jc w:val="right"/>
              <w:rPr>
                <w:rFonts w:cs="Times New Roman"/>
                <w:sz w:val="24"/>
                <w:szCs w:val="24"/>
                <w:lang w:val="ru-RU"/>
              </w:rPr>
            </w:pPr>
            <w:r w:rsidRPr="001F290A">
              <w:rPr>
                <w:rFonts w:cs="Times New Roman"/>
                <w:sz w:val="24"/>
                <w:szCs w:val="24"/>
                <w:lang w:val="ru-RU"/>
              </w:rPr>
              <w:t>«</w:t>
            </w:r>
            <w:r w:rsidR="006C4FE7" w:rsidRPr="001F290A">
              <w:rPr>
                <w:rFonts w:cs="Times New Roman"/>
                <w:sz w:val="24"/>
                <w:szCs w:val="24"/>
                <w:lang w:val="ru-RU"/>
              </w:rPr>
              <w:t>____</w:t>
            </w:r>
            <w:r w:rsidRPr="001F290A">
              <w:rPr>
                <w:rFonts w:cs="Times New Roman"/>
                <w:sz w:val="24"/>
                <w:szCs w:val="24"/>
                <w:lang w:val="ru-RU"/>
              </w:rPr>
              <w:t xml:space="preserve">» </w:t>
            </w:r>
            <w:r w:rsidR="006C4FE7" w:rsidRPr="001F290A">
              <w:rPr>
                <w:rFonts w:cs="Times New Roman"/>
                <w:sz w:val="24"/>
                <w:szCs w:val="24"/>
                <w:lang w:val="ru-RU"/>
              </w:rPr>
              <w:t>___________</w:t>
            </w:r>
            <w:r w:rsidRPr="001F290A">
              <w:rPr>
                <w:rFonts w:cs="Times New Roman"/>
                <w:sz w:val="24"/>
                <w:szCs w:val="24"/>
                <w:lang w:val="ru-RU"/>
              </w:rPr>
              <w:t xml:space="preserve"> 2026 года</w:t>
            </w:r>
          </w:p>
        </w:tc>
      </w:tr>
    </w:tbl>
    <w:p w:rsidR="000662BB" w:rsidRPr="001F290A" w:rsidRDefault="004E30B9" w:rsidP="00547BD4">
      <w:pPr>
        <w:widowControl w:val="0"/>
        <w:spacing w:after="0" w:line="240" w:lineRule="auto"/>
        <w:ind w:firstLine="720"/>
        <w:rPr>
          <w:rFonts w:eastAsia="Times New Roman" w:cs="Times New Roman"/>
          <w:sz w:val="24"/>
          <w:szCs w:val="24"/>
          <w:lang w:val="ru-RU"/>
        </w:rPr>
      </w:pPr>
      <w:sdt>
        <w:sdtPr>
          <w:rPr>
            <w:rFonts w:cs="Times New Roman"/>
            <w:sz w:val="24"/>
            <w:szCs w:val="24"/>
            <w:lang w:val="ru-RU"/>
          </w:rPr>
          <w:alias w:val="CUSTOMER_NAME"/>
          <w:tag w:val="CUSTOMER_NAME"/>
          <w:id w:val="1637750683"/>
          <w:dataBinding w:prefixMappings="xmlns:f='urn:contract-form'" w:xpath="/f:root[1]/f:CUSTOMER_NAME[1]" w:storeItemID="{D56D31AD-9111-421D-8CD3-FF82CFA5D4C9}"/>
          <w:text/>
        </w:sdtPr>
        <w:sdtEndPr/>
        <w:sdtContent>
          <w:r w:rsidR="00CD04F3">
            <w:rPr>
              <w:rFonts w:cs="Times New Roman"/>
              <w:sz w:val="24"/>
              <w:szCs w:val="24"/>
              <w:lang w:val="ru-RU"/>
            </w:rPr>
            <w:t xml:space="preserve">Администрация Петровского </w:t>
          </w:r>
          <w:r w:rsidR="00FB01BF" w:rsidRPr="001F290A">
            <w:rPr>
              <w:rFonts w:cs="Times New Roman"/>
              <w:sz w:val="24"/>
              <w:szCs w:val="24"/>
              <w:lang w:val="ru-RU"/>
            </w:rPr>
            <w:t>сельского поселения Приозерского муниципального района Ленинградской области</w:t>
          </w:r>
        </w:sdtContent>
      </w:sdt>
      <w:r w:rsidR="00111FC9" w:rsidRPr="001F290A">
        <w:rPr>
          <w:rFonts w:eastAsia="Times New Roman" w:cs="Times New Roman"/>
          <w:sz w:val="24"/>
          <w:szCs w:val="24"/>
          <w:lang w:val="ru-RU"/>
        </w:rPr>
        <w:t>,</w:t>
      </w:r>
      <w:r w:rsidR="00AD1029" w:rsidRPr="001F290A">
        <w:rPr>
          <w:rFonts w:eastAsia="Times New Roman" w:cs="Times New Roman"/>
          <w:sz w:val="24"/>
          <w:szCs w:val="24"/>
          <w:lang w:val="ru-RU"/>
        </w:rPr>
        <w:t xml:space="preserve"> именуемое в дальнейшем «</w:t>
      </w:r>
      <w:r w:rsidR="00AD1029" w:rsidRPr="001F290A">
        <w:rPr>
          <w:rFonts w:eastAsia="Times New Roman" w:cs="Times New Roman"/>
          <w:b/>
          <w:sz w:val="24"/>
          <w:szCs w:val="24"/>
          <w:lang w:val="ru-RU"/>
        </w:rPr>
        <w:t>Заказчик</w:t>
      </w:r>
      <w:r w:rsidR="00335999" w:rsidRPr="001F290A">
        <w:rPr>
          <w:rFonts w:eastAsia="Times New Roman" w:cs="Times New Roman"/>
          <w:sz w:val="24"/>
          <w:szCs w:val="24"/>
          <w:lang w:val="ru-RU"/>
        </w:rPr>
        <w:t>», в лице главы администрации Левина Алексея Васильевича, действующего на основании Устава</w:t>
      </w:r>
      <w:r w:rsidR="00AD1029" w:rsidRPr="001F290A">
        <w:rPr>
          <w:rFonts w:eastAsia="Times New Roman" w:cs="Times New Roman"/>
          <w:sz w:val="24"/>
          <w:szCs w:val="24"/>
          <w:lang w:val="ru-RU"/>
        </w:rPr>
        <w:t>, с одной стороны, и</w:t>
      </w:r>
    </w:p>
    <w:p w:rsidR="00755EF0" w:rsidRPr="001F290A" w:rsidRDefault="004E30B9" w:rsidP="00547BD4">
      <w:pPr>
        <w:widowControl w:val="0"/>
        <w:spacing w:after="0" w:line="240" w:lineRule="auto"/>
        <w:ind w:firstLine="720"/>
        <w:rPr>
          <w:rFonts w:cs="Times New Roman"/>
          <w:sz w:val="24"/>
          <w:szCs w:val="24"/>
          <w:lang w:val="ru-RU"/>
        </w:rPr>
      </w:pPr>
      <w:sdt>
        <w:sdtPr>
          <w:rPr>
            <w:rFonts w:eastAsia="Times New Roman" w:cs="Times New Roman"/>
            <w:sz w:val="24"/>
            <w:szCs w:val="24"/>
            <w:lang w:val="ru-RU"/>
          </w:rPr>
          <w:alias w:val="PARTY_NAME"/>
          <w:tag w:val="PARTY_NAME"/>
          <w:id w:val="2051915598"/>
          <w:dataBinding w:prefixMappings="xmlns:f='urn:contract-form'" w:xpath="/f:root[1]/f:PARTY_NAME[1]" w:storeItemID="{D56D31AD-9111-421D-8CD3-FF82CFA5D4C9}"/>
          <w:text/>
        </w:sdtPr>
        <w:sdtEndPr/>
        <w:sdtContent>
          <w:r w:rsidR="007577B6" w:rsidRPr="001F290A">
            <w:rPr>
              <w:rFonts w:eastAsia="Times New Roman" w:cs="Times New Roman"/>
              <w:sz w:val="24"/>
              <w:szCs w:val="24"/>
              <w:lang w:val="ru-RU"/>
            </w:rPr>
            <w:t xml:space="preserve">Индивидуальный предприниматель </w:t>
          </w:r>
          <w:proofErr w:type="spellStart"/>
          <w:r w:rsidR="007577B6" w:rsidRPr="001F290A">
            <w:rPr>
              <w:rFonts w:eastAsia="Times New Roman" w:cs="Times New Roman"/>
              <w:sz w:val="24"/>
              <w:szCs w:val="24"/>
              <w:lang w:val="ru-RU"/>
            </w:rPr>
            <w:t>Визгалов</w:t>
          </w:r>
          <w:proofErr w:type="spellEnd"/>
          <w:r w:rsidR="007577B6" w:rsidRPr="001F290A">
            <w:rPr>
              <w:rFonts w:eastAsia="Times New Roman" w:cs="Times New Roman"/>
              <w:sz w:val="24"/>
              <w:szCs w:val="24"/>
              <w:lang w:val="ru-RU"/>
            </w:rPr>
            <w:t xml:space="preserve"> Роман Александрович</w:t>
          </w:r>
        </w:sdtContent>
      </w:sdt>
      <w:r w:rsidR="00AD1029" w:rsidRPr="001F290A">
        <w:rPr>
          <w:rFonts w:eastAsia="Times New Roman" w:cs="Times New Roman"/>
          <w:sz w:val="24"/>
          <w:szCs w:val="24"/>
          <w:lang w:val="ru-RU"/>
        </w:rPr>
        <w:t>, именуем</w:t>
      </w:r>
      <w:r w:rsidR="000662BB" w:rsidRPr="001F290A">
        <w:rPr>
          <w:rFonts w:eastAsia="Times New Roman" w:cs="Times New Roman"/>
          <w:sz w:val="24"/>
          <w:szCs w:val="24"/>
          <w:lang w:val="ru-RU"/>
        </w:rPr>
        <w:t>ый</w:t>
      </w:r>
      <w:r w:rsidR="00AD1029" w:rsidRPr="001F290A">
        <w:rPr>
          <w:rFonts w:eastAsia="Times New Roman" w:cs="Times New Roman"/>
          <w:sz w:val="24"/>
          <w:szCs w:val="24"/>
          <w:lang w:val="ru-RU"/>
        </w:rPr>
        <w:t xml:space="preserve"> в</w:t>
      </w:r>
      <w:r w:rsidR="006C2922" w:rsidRPr="001F290A">
        <w:rPr>
          <w:rFonts w:eastAsia="Times New Roman" w:cs="Times New Roman"/>
          <w:sz w:val="24"/>
          <w:szCs w:val="24"/>
          <w:lang w:val="ru-RU"/>
        </w:rPr>
        <w:t> </w:t>
      </w:r>
      <w:r w:rsidR="00AD1029" w:rsidRPr="001F290A">
        <w:rPr>
          <w:rFonts w:eastAsia="Times New Roman" w:cs="Times New Roman"/>
          <w:sz w:val="24"/>
          <w:szCs w:val="24"/>
          <w:lang w:val="ru-RU"/>
        </w:rPr>
        <w:t>дальнейшем «</w:t>
      </w:r>
      <w:r w:rsidR="00CE0E34" w:rsidRPr="001F290A">
        <w:rPr>
          <w:rFonts w:eastAsia="Times New Roman" w:cs="Times New Roman"/>
          <w:b/>
          <w:sz w:val="24"/>
          <w:szCs w:val="24"/>
          <w:lang w:val="ru-RU"/>
        </w:rPr>
        <w:t>Исполнитель</w:t>
      </w:r>
      <w:r w:rsidR="00AD1029" w:rsidRPr="001F290A">
        <w:rPr>
          <w:rFonts w:eastAsia="Times New Roman" w:cs="Times New Roman"/>
          <w:sz w:val="24"/>
          <w:szCs w:val="24"/>
          <w:lang w:val="ru-RU"/>
        </w:rPr>
        <w:t xml:space="preserve">», в </w:t>
      </w:r>
      <w:r w:rsidR="000662BB" w:rsidRPr="001F290A">
        <w:rPr>
          <w:rFonts w:eastAsia="Times New Roman" w:cs="Times New Roman"/>
          <w:sz w:val="24"/>
          <w:szCs w:val="24"/>
          <w:lang w:val="ru-RU"/>
        </w:rPr>
        <w:t>собственном лице, действующего на основании ОГРНИП</w:t>
      </w:r>
      <w:r w:rsidR="00E92007" w:rsidRPr="001F290A">
        <w:rPr>
          <w:rFonts w:eastAsia="Times New Roman" w:cs="Times New Roman"/>
          <w:sz w:val="24"/>
          <w:szCs w:val="24"/>
          <w:lang w:val="ru-RU"/>
        </w:rPr>
        <w:t> </w:t>
      </w:r>
      <w:r w:rsidR="007577B6" w:rsidRPr="001F290A">
        <w:rPr>
          <w:rFonts w:eastAsia="Times New Roman" w:cs="Times New Roman"/>
          <w:sz w:val="24"/>
          <w:szCs w:val="24"/>
          <w:lang w:val="ru-RU"/>
        </w:rPr>
        <w:t>321470400061634</w:t>
      </w:r>
      <w:r w:rsidR="00AD1029" w:rsidRPr="001F290A">
        <w:rPr>
          <w:rFonts w:eastAsia="Times New Roman" w:cs="Times New Roman"/>
          <w:sz w:val="24"/>
          <w:szCs w:val="24"/>
          <w:lang w:val="ru-RU"/>
        </w:rPr>
        <w:t>, с другой стороны, совместно именуемые «</w:t>
      </w:r>
      <w:r w:rsidR="00AD1029" w:rsidRPr="001F290A">
        <w:rPr>
          <w:rFonts w:eastAsia="Times New Roman" w:cs="Times New Roman"/>
          <w:b/>
          <w:sz w:val="24"/>
          <w:szCs w:val="24"/>
          <w:lang w:val="ru-RU"/>
        </w:rPr>
        <w:t>Стороны</w:t>
      </w:r>
      <w:r w:rsidR="00AD1029" w:rsidRPr="001F290A">
        <w:rPr>
          <w:rFonts w:eastAsia="Times New Roman" w:cs="Times New Roman"/>
          <w:sz w:val="24"/>
          <w:szCs w:val="24"/>
          <w:lang w:val="ru-RU"/>
        </w:rPr>
        <w:t>», руководствуясь Гражданским кодексом Российской Федерации, Федеральным законом от</w:t>
      </w:r>
      <w:r w:rsidR="00366B68" w:rsidRPr="001F290A">
        <w:rPr>
          <w:rFonts w:eastAsia="Times New Roman" w:cs="Times New Roman"/>
          <w:sz w:val="24"/>
          <w:szCs w:val="24"/>
          <w:lang w:val="ru-RU"/>
        </w:rPr>
        <w:t> </w:t>
      </w:r>
      <w:r w:rsidR="00AD1029" w:rsidRPr="001F290A">
        <w:rPr>
          <w:rFonts w:eastAsia="Times New Roman" w:cs="Times New Roman"/>
          <w:sz w:val="24"/>
          <w:szCs w:val="24"/>
          <w:lang w:val="ru-RU"/>
        </w:rPr>
        <w:t>05.04.2013 № 44-ФЗ и</w:t>
      </w:r>
      <w:r w:rsidR="006C2922" w:rsidRPr="001F290A">
        <w:rPr>
          <w:rFonts w:eastAsia="Times New Roman" w:cs="Times New Roman"/>
          <w:sz w:val="24"/>
          <w:szCs w:val="24"/>
          <w:lang w:val="ru-RU"/>
        </w:rPr>
        <w:t> </w:t>
      </w:r>
      <w:r w:rsidR="00AD1029" w:rsidRPr="001F290A">
        <w:rPr>
          <w:rFonts w:eastAsia="Times New Roman" w:cs="Times New Roman"/>
          <w:sz w:val="24"/>
          <w:szCs w:val="24"/>
          <w:lang w:val="ru-RU"/>
        </w:rPr>
        <w:t xml:space="preserve">пунктом </w:t>
      </w:r>
      <w:sdt>
        <w:sdtPr>
          <w:rPr>
            <w:rFonts w:cs="Times New Roman"/>
            <w:sz w:val="24"/>
            <w:szCs w:val="24"/>
            <w:lang w:val="ru-RU"/>
          </w:rPr>
          <w:alias w:val="LEGAL_BASIS"/>
          <w:tag w:val="LEGAL_BASIS"/>
          <w:id w:val="1460117741"/>
          <w:dataBinding w:prefixMappings="xmlns:f='urn:contract-form'" w:xpath="/f:root[1]/f:LEGAL_BASIS[1]" w:storeItemID="{D56D31AD-9111-421D-8CD3-FF82CFA5D4C9}"/>
          <w:comboBox w:lastValue="5">
            <w:listItem w:displayText="пункт 4" w:value="4"/>
            <w:listItem w:displayText="пункт 5" w:value="5"/>
          </w:comboBox>
        </w:sdtPr>
        <w:sdtEndPr/>
        <w:sdtContent>
          <w:r w:rsidR="00111FC9" w:rsidRPr="001F290A">
            <w:rPr>
              <w:rFonts w:cs="Times New Roman"/>
              <w:sz w:val="24"/>
              <w:szCs w:val="24"/>
              <w:lang w:val="ru-RU"/>
            </w:rPr>
            <w:t xml:space="preserve">пункт </w:t>
          </w:r>
          <w:r w:rsidR="006C4FE7" w:rsidRPr="001F290A">
            <w:rPr>
              <w:rFonts w:cs="Times New Roman"/>
              <w:sz w:val="24"/>
              <w:szCs w:val="24"/>
              <w:lang w:val="ru-RU"/>
            </w:rPr>
            <w:t>5</w:t>
          </w:r>
        </w:sdtContent>
      </w:sdt>
      <w:r w:rsidR="00AD1029" w:rsidRPr="001F290A">
        <w:rPr>
          <w:rFonts w:eastAsia="Times New Roman" w:cs="Times New Roman"/>
          <w:sz w:val="24"/>
          <w:szCs w:val="24"/>
          <w:lang w:val="ru-RU"/>
        </w:rPr>
        <w:t xml:space="preserve"> части 1 статьи 93 указанного Федерального закона, заключили нас</w:t>
      </w:r>
      <w:r w:rsidR="000662BB" w:rsidRPr="001F290A">
        <w:rPr>
          <w:rFonts w:eastAsia="Times New Roman" w:cs="Times New Roman"/>
          <w:sz w:val="24"/>
          <w:szCs w:val="24"/>
          <w:lang w:val="ru-RU"/>
        </w:rPr>
        <w:t>тоящий Контракт о нижеследующем:</w:t>
      </w:r>
    </w:p>
    <w:p w:rsidR="00755EF0" w:rsidRPr="001F290A" w:rsidRDefault="00FD27E1" w:rsidP="00547BD4">
      <w:pPr>
        <w:pStyle w:val="1"/>
        <w:keepNext w:val="0"/>
        <w:keepLines w:val="0"/>
        <w:widowControl w:val="0"/>
        <w:jc w:val="center"/>
        <w:rPr>
          <w:rFonts w:ascii="Times New Roman" w:hAnsi="Times New Roman" w:cs="Times New Roman"/>
          <w:color w:val="auto"/>
          <w:szCs w:val="24"/>
          <w:lang w:val="ru-RU"/>
        </w:rPr>
      </w:pPr>
      <w:r w:rsidRPr="001F290A">
        <w:rPr>
          <w:rFonts w:ascii="Times New Roman" w:hAnsi="Times New Roman" w:cs="Times New Roman"/>
          <w:color w:val="auto"/>
          <w:szCs w:val="24"/>
          <w:lang w:val="ru-RU"/>
        </w:rPr>
        <w:t>1. ПРЕДМЕТ КОНТРАКТА</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1.1.</w:t>
      </w:r>
      <w:r w:rsidRPr="001F290A">
        <w:rPr>
          <w:rFonts w:eastAsia="Times New Roman" w:cs="Times New Roman"/>
          <w:sz w:val="24"/>
          <w:szCs w:val="24"/>
          <w:lang w:val="ru-RU"/>
        </w:rPr>
        <w:t xml:space="preserve"> </w:t>
      </w:r>
      <w:r w:rsidR="00CE0E34" w:rsidRPr="001F290A">
        <w:rPr>
          <w:rFonts w:eastAsia="Times New Roman" w:cs="Times New Roman"/>
          <w:sz w:val="24"/>
          <w:szCs w:val="24"/>
          <w:lang w:val="ru-RU"/>
        </w:rPr>
        <w:t>Исполнитель</w:t>
      </w:r>
      <w:r w:rsidRPr="001F290A">
        <w:rPr>
          <w:rFonts w:eastAsia="Times New Roman" w:cs="Times New Roman"/>
          <w:sz w:val="24"/>
          <w:szCs w:val="24"/>
          <w:lang w:val="ru-RU"/>
        </w:rPr>
        <w:t xml:space="preserve"> обязуется передать в собственность Заказчика товар, а Заказчик обязуется принять и оплатить товар на условиях Контракта.</w:t>
      </w:r>
    </w:p>
    <w:p w:rsidR="00755EF0" w:rsidRPr="004E30B9"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1.2.</w:t>
      </w:r>
      <w:r w:rsidRPr="001F290A">
        <w:rPr>
          <w:rFonts w:eastAsia="Times New Roman" w:cs="Times New Roman"/>
          <w:sz w:val="24"/>
          <w:szCs w:val="24"/>
          <w:lang w:val="ru-RU"/>
        </w:rPr>
        <w:t xml:space="preserve"> Наименование, характеристики, количество (объем), требования к качеству и иные </w:t>
      </w:r>
      <w:r w:rsidRPr="004E30B9">
        <w:rPr>
          <w:rFonts w:eastAsia="Times New Roman" w:cs="Times New Roman"/>
          <w:sz w:val="24"/>
          <w:szCs w:val="24"/>
          <w:lang w:val="ru-RU"/>
        </w:rPr>
        <w:t>условия определены в Спецификации (Приложение № 1), являющемся неотъемлемой частью Контракта.</w:t>
      </w:r>
    </w:p>
    <w:p w:rsidR="00755EF0" w:rsidRPr="001F290A" w:rsidRDefault="00AD1029" w:rsidP="00547BD4">
      <w:pPr>
        <w:widowControl w:val="0"/>
        <w:ind w:firstLine="709"/>
        <w:rPr>
          <w:rFonts w:cs="Times New Roman"/>
          <w:sz w:val="24"/>
          <w:szCs w:val="24"/>
          <w:lang w:val="ru-RU"/>
        </w:rPr>
      </w:pPr>
      <w:r w:rsidRPr="004E30B9">
        <w:rPr>
          <w:rFonts w:eastAsia="Times New Roman" w:cs="Times New Roman"/>
          <w:b/>
          <w:sz w:val="24"/>
          <w:szCs w:val="24"/>
          <w:lang w:val="ru-RU"/>
        </w:rPr>
        <w:t>1.3.</w:t>
      </w:r>
      <w:r w:rsidRPr="004E30B9">
        <w:rPr>
          <w:rFonts w:eastAsia="Times New Roman" w:cs="Times New Roman"/>
          <w:sz w:val="24"/>
          <w:szCs w:val="24"/>
          <w:lang w:val="ru-RU"/>
        </w:rPr>
        <w:t xml:space="preserve"> </w:t>
      </w:r>
      <w:r w:rsidR="00DD57F9" w:rsidRPr="004E30B9">
        <w:rPr>
          <w:rFonts w:eastAsia="Times New Roman" w:cs="Times New Roman"/>
          <w:sz w:val="24"/>
          <w:szCs w:val="24"/>
          <w:lang w:val="ru-RU"/>
        </w:rPr>
        <w:t>ИКЗ</w:t>
      </w:r>
      <w:r w:rsidRPr="004E30B9">
        <w:rPr>
          <w:rFonts w:eastAsia="Times New Roman" w:cs="Times New Roman"/>
          <w:sz w:val="24"/>
          <w:szCs w:val="24"/>
          <w:lang w:val="ru-RU"/>
        </w:rPr>
        <w:t>:</w:t>
      </w:r>
      <w:r w:rsidR="004E30B9" w:rsidRPr="004E30B9">
        <w:t xml:space="preserve"> </w:t>
      </w:r>
      <w:r w:rsidR="004E30B9" w:rsidRPr="004E30B9">
        <w:rPr>
          <w:rFonts w:eastAsia="Times New Roman" w:cs="Times New Roman"/>
          <w:sz w:val="24"/>
          <w:szCs w:val="24"/>
          <w:lang w:val="ru-RU"/>
        </w:rPr>
        <w:t>263471203932647120100100070000000244</w:t>
      </w:r>
      <w:r w:rsidR="00DD57F9" w:rsidRPr="004E30B9">
        <w:rPr>
          <w:rFonts w:eastAsia="Times New Roman" w:cs="Times New Roman"/>
          <w:sz w:val="24"/>
          <w:szCs w:val="24"/>
          <w:lang w:val="ru-RU"/>
        </w:rPr>
        <w:t>.</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 xml:space="preserve">1.4. </w:t>
      </w:r>
      <w:r w:rsidRPr="001F290A">
        <w:rPr>
          <w:rFonts w:eastAsia="Times New Roman" w:cs="Times New Roman"/>
          <w:sz w:val="24"/>
          <w:szCs w:val="24"/>
          <w:lang w:val="ru-RU"/>
        </w:rPr>
        <w:t xml:space="preserve">Срок исполнения Контракта: с даты его заключения по </w:t>
      </w:r>
      <w:sdt>
        <w:sdtPr>
          <w:rPr>
            <w:rFonts w:cs="Times New Roman"/>
            <w:sz w:val="24"/>
            <w:szCs w:val="24"/>
          </w:rPr>
          <w:alias w:val="CONTRACT_END_DATE"/>
          <w:tag w:val="CONTRACT_END_DATE"/>
          <w:id w:val="1312170284"/>
          <w:dataBinding w:prefixMappings="xmlns:f='urn:contract-form'" w:xpath="/f:root[1]/f:CONTRACT_END_DATE[1]" w:storeItemID="{D56D31AD-9111-421D-8CD3-FF82CFA5D4C9}"/>
          <w:date w:fullDate="2026-11-30T00:00:00Z">
            <w:dateFormat w:val="dd.MM.yyyy"/>
            <w:lid w:val="ru-RU"/>
            <w:storeMappedDataAs w:val="dateTime"/>
            <w:calendar w:val="gregorian"/>
          </w:date>
        </w:sdtPr>
        <w:sdtEndPr/>
        <w:sdtContent>
          <w:r w:rsidR="00CD04F3">
            <w:rPr>
              <w:rFonts w:cs="Times New Roman"/>
              <w:sz w:val="24"/>
              <w:szCs w:val="24"/>
              <w:lang w:val="ru-RU"/>
            </w:rPr>
            <w:t>30.11.2026</w:t>
          </w:r>
        </w:sdtContent>
      </w:sdt>
      <w:r w:rsidRPr="001F290A">
        <w:rPr>
          <w:rFonts w:eastAsia="Times New Roman" w:cs="Times New Roman"/>
          <w:sz w:val="24"/>
          <w:szCs w:val="24"/>
          <w:lang w:val="ru-RU"/>
        </w:rPr>
        <w:t>; окончание срока действия Контракта не освобождает Стороны от ответственности за нарушения, допущенные в период его действия, и от исполнения неисполненных обязательств.</w:t>
      </w:r>
    </w:p>
    <w:p w:rsidR="00755EF0" w:rsidRPr="001F290A" w:rsidRDefault="00FD27E1" w:rsidP="00547BD4">
      <w:pPr>
        <w:pStyle w:val="1"/>
        <w:keepNext w:val="0"/>
        <w:keepLines w:val="0"/>
        <w:widowControl w:val="0"/>
        <w:jc w:val="center"/>
        <w:rPr>
          <w:rFonts w:ascii="Times New Roman" w:hAnsi="Times New Roman" w:cs="Times New Roman"/>
          <w:color w:val="auto"/>
          <w:szCs w:val="24"/>
          <w:lang w:val="ru-RU"/>
        </w:rPr>
      </w:pPr>
      <w:r w:rsidRPr="001F290A">
        <w:rPr>
          <w:rFonts w:ascii="Times New Roman" w:hAnsi="Times New Roman" w:cs="Times New Roman"/>
          <w:color w:val="auto"/>
          <w:szCs w:val="24"/>
          <w:lang w:val="ru-RU"/>
        </w:rPr>
        <w:t>2. ЦЕНА КОНТРАКТА И ПОРЯДОК РАСЧЕТОВ</w:t>
      </w:r>
    </w:p>
    <w:p w:rsidR="00755EF0" w:rsidRPr="001F290A" w:rsidRDefault="00AD1029" w:rsidP="00547BD4">
      <w:pPr>
        <w:widowControl w:val="0"/>
        <w:spacing w:before="80"/>
        <w:ind w:firstLine="709"/>
        <w:rPr>
          <w:rFonts w:cs="Times New Roman"/>
          <w:sz w:val="24"/>
          <w:szCs w:val="24"/>
          <w:lang w:val="ru-RU"/>
        </w:rPr>
      </w:pPr>
      <w:r w:rsidRPr="001F290A">
        <w:rPr>
          <w:rFonts w:eastAsia="Times New Roman" w:cs="Times New Roman"/>
          <w:b/>
          <w:sz w:val="24"/>
          <w:szCs w:val="24"/>
          <w:lang w:val="ru-RU"/>
        </w:rPr>
        <w:t>2.1.</w:t>
      </w:r>
      <w:r w:rsidRPr="001F290A">
        <w:rPr>
          <w:rFonts w:eastAsia="Times New Roman" w:cs="Times New Roman"/>
          <w:sz w:val="24"/>
          <w:szCs w:val="24"/>
          <w:lang w:val="ru-RU"/>
        </w:rPr>
        <w:t xml:space="preserve"> Цена Контракта составляет </w:t>
      </w:r>
      <w:sdt>
        <w:sdtPr>
          <w:rPr>
            <w:rFonts w:eastAsia="Times New Roman" w:cs="Times New Roman"/>
            <w:sz w:val="24"/>
            <w:szCs w:val="24"/>
            <w:lang w:val="ru-RU"/>
          </w:rPr>
          <w:alias w:val="PRICE_NUMBER"/>
          <w:tag w:val="PRICE_NUMBER"/>
          <w:id w:val="1524015950"/>
          <w:dataBinding w:prefixMappings="xmlns:f='urn:contract-form'" w:xpath="/f:root[1]/f:PRICE_NUMBER[1]" w:storeItemID="{D56D31AD-9111-421D-8CD3-FF82CFA5D4C9}"/>
          <w:text/>
        </w:sdtPr>
        <w:sdtEndPr/>
        <w:sdtContent>
          <w:r w:rsidR="00CD04F3">
            <w:rPr>
              <w:rFonts w:eastAsia="Times New Roman" w:cs="Times New Roman"/>
              <w:sz w:val="24"/>
              <w:szCs w:val="24"/>
              <w:lang w:val="ru-RU"/>
            </w:rPr>
            <w:t xml:space="preserve">77 160 </w:t>
          </w:r>
        </w:sdtContent>
      </w:sdt>
      <w:r w:rsidRPr="001F290A">
        <w:rPr>
          <w:rFonts w:eastAsia="Times New Roman" w:cs="Times New Roman"/>
          <w:sz w:val="24"/>
          <w:szCs w:val="24"/>
          <w:lang w:val="ru-RU"/>
        </w:rPr>
        <w:t xml:space="preserve"> (</w:t>
      </w:r>
      <w:r w:rsidR="00CD04F3">
        <w:rPr>
          <w:rFonts w:eastAsia="Times New Roman" w:cs="Times New Roman"/>
          <w:sz w:val="24"/>
          <w:szCs w:val="24"/>
          <w:lang w:val="ru-RU"/>
        </w:rPr>
        <w:t>Семьдесят семь тысяч сто шестьдесят</w:t>
      </w:r>
      <w:sdt>
        <w:sdtPr>
          <w:rPr>
            <w:rFonts w:eastAsia="Times New Roman" w:cs="Times New Roman"/>
            <w:sz w:val="24"/>
            <w:szCs w:val="24"/>
            <w:lang w:val="ru-RU"/>
          </w:rPr>
          <w:alias w:val="PRICE_WORDS"/>
          <w:tag w:val="PRICE_WORDS"/>
          <w:id w:val="1715250412"/>
          <w:showingPlcHdr/>
          <w:dataBinding w:prefixMappings="xmlns:f='urn:contract-form'" w:xpath="/f:root[1]/f:PRICE_WORDS[1]" w:storeItemID="{D56D31AD-9111-421D-8CD3-FF82CFA5D4C9}"/>
          <w:text/>
        </w:sdtPr>
        <w:sdtEndPr/>
        <w:sdtContent>
          <w:r w:rsidR="00CD04F3">
            <w:rPr>
              <w:rFonts w:eastAsia="Times New Roman" w:cs="Times New Roman"/>
              <w:sz w:val="24"/>
              <w:szCs w:val="24"/>
              <w:lang w:val="ru-RU"/>
            </w:rPr>
            <w:t xml:space="preserve">     </w:t>
          </w:r>
        </w:sdtContent>
      </w:sdt>
      <w:r w:rsidRPr="001F290A">
        <w:rPr>
          <w:rFonts w:eastAsia="Times New Roman" w:cs="Times New Roman"/>
          <w:sz w:val="24"/>
          <w:szCs w:val="24"/>
          <w:lang w:val="ru-RU"/>
        </w:rPr>
        <w:t>) рубл</w:t>
      </w:r>
      <w:r w:rsidR="00FB01BF" w:rsidRPr="001F290A">
        <w:rPr>
          <w:rFonts w:eastAsia="Times New Roman" w:cs="Times New Roman"/>
          <w:sz w:val="24"/>
          <w:szCs w:val="24"/>
          <w:lang w:val="ru-RU"/>
        </w:rPr>
        <w:t>ей</w:t>
      </w:r>
      <w:r w:rsidRPr="001F290A">
        <w:rPr>
          <w:rFonts w:eastAsia="Times New Roman" w:cs="Times New Roman"/>
          <w:sz w:val="24"/>
          <w:szCs w:val="24"/>
          <w:lang w:val="ru-RU"/>
        </w:rPr>
        <w:t xml:space="preserve"> </w:t>
      </w:r>
      <w:r w:rsidR="00FB01BF" w:rsidRPr="001F290A">
        <w:rPr>
          <w:rFonts w:eastAsia="Times New Roman" w:cs="Times New Roman"/>
          <w:sz w:val="24"/>
          <w:szCs w:val="24"/>
          <w:lang w:val="ru-RU"/>
        </w:rPr>
        <w:t>00</w:t>
      </w:r>
      <w:r w:rsidRPr="001F290A">
        <w:rPr>
          <w:rFonts w:eastAsia="Times New Roman" w:cs="Times New Roman"/>
          <w:sz w:val="24"/>
          <w:szCs w:val="24"/>
          <w:lang w:val="ru-RU"/>
        </w:rPr>
        <w:t xml:space="preserve"> копеек, </w:t>
      </w:r>
      <w:r w:rsidR="00D872E3" w:rsidRPr="001F290A">
        <w:rPr>
          <w:rFonts w:eastAsia="Times New Roman" w:cs="Times New Roman"/>
          <w:sz w:val="24"/>
          <w:szCs w:val="24"/>
          <w:lang w:val="ru-RU"/>
        </w:rPr>
        <w:t>НДС не облагается.</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2.2.</w:t>
      </w:r>
      <w:r w:rsidRPr="001F290A">
        <w:rPr>
          <w:rFonts w:eastAsia="Times New Roman" w:cs="Times New Roman"/>
          <w:sz w:val="24"/>
          <w:szCs w:val="24"/>
          <w:lang w:val="ru-RU"/>
        </w:rPr>
        <w:t xml:space="preserve"> Цена является твердой и определяется на весь срок исполнения Контракта. В нее включены все расходы </w:t>
      </w:r>
      <w:r w:rsidR="00CE0E34" w:rsidRPr="001F290A">
        <w:rPr>
          <w:rFonts w:eastAsia="Times New Roman" w:cs="Times New Roman"/>
          <w:sz w:val="24"/>
          <w:szCs w:val="24"/>
          <w:lang w:val="ru-RU"/>
        </w:rPr>
        <w:t>Исполнителя</w:t>
      </w:r>
      <w:r w:rsidRPr="001F290A">
        <w:rPr>
          <w:rFonts w:eastAsia="Times New Roman" w:cs="Times New Roman"/>
          <w:sz w:val="24"/>
          <w:szCs w:val="24"/>
          <w:lang w:val="ru-RU"/>
        </w:rPr>
        <w:t xml:space="preserve">, необходимые для полного исполнения обязательств, включая </w:t>
      </w:r>
      <w:r w:rsidR="001721AB" w:rsidRPr="001F290A">
        <w:rPr>
          <w:rFonts w:eastAsia="Times New Roman" w:cs="Times New Roman"/>
          <w:sz w:val="24"/>
          <w:szCs w:val="24"/>
          <w:lang w:val="ru-RU"/>
        </w:rPr>
        <w:t>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1F290A">
        <w:rPr>
          <w:rFonts w:eastAsia="Times New Roman" w:cs="Times New Roman"/>
          <w:sz w:val="24"/>
          <w:szCs w:val="24"/>
          <w:lang w:val="ru-RU"/>
        </w:rPr>
        <w:t>.</w:t>
      </w:r>
    </w:p>
    <w:p w:rsidR="00EC01D2" w:rsidRPr="004E30B9" w:rsidRDefault="00AD1029" w:rsidP="00547BD4">
      <w:pPr>
        <w:widowControl w:val="0"/>
        <w:ind w:firstLine="709"/>
        <w:rPr>
          <w:rFonts w:eastAsia="Times New Roman" w:cs="Times New Roman"/>
          <w:sz w:val="24"/>
          <w:szCs w:val="24"/>
          <w:lang w:val="ru-RU"/>
        </w:rPr>
      </w:pPr>
      <w:r w:rsidRPr="001F290A">
        <w:rPr>
          <w:rFonts w:eastAsia="Times New Roman" w:cs="Times New Roman"/>
          <w:b/>
          <w:sz w:val="24"/>
          <w:szCs w:val="24"/>
          <w:lang w:val="ru-RU"/>
        </w:rPr>
        <w:t>2.3.</w:t>
      </w:r>
      <w:r w:rsidR="00D872E3" w:rsidRPr="001F290A">
        <w:rPr>
          <w:rFonts w:eastAsia="Times New Roman" w:cs="Times New Roman"/>
          <w:sz w:val="24"/>
          <w:szCs w:val="24"/>
          <w:lang w:val="ru-RU"/>
        </w:rPr>
        <w:t xml:space="preserve"> </w:t>
      </w:r>
      <w:bookmarkStart w:id="0" w:name="_GoBack"/>
      <w:bookmarkEnd w:id="0"/>
      <w:r w:rsidR="00D872E3" w:rsidRPr="004E30B9">
        <w:rPr>
          <w:rFonts w:eastAsia="Times New Roman" w:cs="Times New Roman"/>
          <w:sz w:val="24"/>
          <w:szCs w:val="24"/>
          <w:lang w:val="ru-RU"/>
        </w:rPr>
        <w:t>Источник финансирования: бюджет Петровского сельского поселения Приозерского муниципального района Ленинградской области на 2026 год</w:t>
      </w:r>
      <w:r w:rsidRPr="004E30B9">
        <w:rPr>
          <w:rFonts w:eastAsia="Times New Roman" w:cs="Times New Roman"/>
          <w:sz w:val="24"/>
          <w:szCs w:val="24"/>
          <w:lang w:val="ru-RU"/>
        </w:rPr>
        <w:t xml:space="preserve">. Валюта расчетов </w:t>
      </w:r>
      <w:r w:rsidR="0031264C" w:rsidRPr="004E30B9">
        <w:rPr>
          <w:rFonts w:eastAsia="Times New Roman" w:cs="Times New Roman"/>
          <w:sz w:val="24"/>
          <w:szCs w:val="24"/>
          <w:lang w:val="ru-RU"/>
        </w:rPr>
        <w:t>–</w:t>
      </w:r>
      <w:r w:rsidRPr="004E30B9">
        <w:rPr>
          <w:rFonts w:eastAsia="Times New Roman" w:cs="Times New Roman"/>
          <w:sz w:val="24"/>
          <w:szCs w:val="24"/>
          <w:lang w:val="ru-RU"/>
        </w:rPr>
        <w:t xml:space="preserve"> российский рубль.</w:t>
      </w:r>
    </w:p>
    <w:p w:rsidR="00755EF0" w:rsidRPr="004E30B9" w:rsidRDefault="00D872E3" w:rsidP="00547BD4">
      <w:pPr>
        <w:widowControl w:val="0"/>
        <w:ind w:firstLine="709"/>
        <w:rPr>
          <w:rFonts w:cs="Times New Roman"/>
          <w:sz w:val="24"/>
          <w:szCs w:val="24"/>
          <w:lang w:val="ru-RU"/>
        </w:rPr>
      </w:pPr>
      <w:r w:rsidRPr="004E30B9">
        <w:rPr>
          <w:rFonts w:eastAsia="Times New Roman" w:cs="Times New Roman"/>
          <w:sz w:val="24"/>
          <w:szCs w:val="24"/>
          <w:lang w:val="ru-RU"/>
        </w:rPr>
        <w:t xml:space="preserve">КБК: </w:t>
      </w:r>
      <w:r w:rsidR="004E30B9" w:rsidRPr="004E30B9">
        <w:rPr>
          <w:rFonts w:eastAsia="Times New Roman" w:cs="Times New Roman"/>
          <w:sz w:val="24"/>
          <w:szCs w:val="24"/>
          <w:lang w:val="ru-RU"/>
        </w:rPr>
        <w:t>033 0113 2930142110 244 340 906</w:t>
      </w:r>
      <w:r w:rsidR="004855C1" w:rsidRPr="004E30B9">
        <w:rPr>
          <w:rFonts w:eastAsia="Times New Roman" w:cs="Times New Roman"/>
          <w:sz w:val="24"/>
          <w:szCs w:val="24"/>
          <w:lang w:val="ru-RU"/>
        </w:rPr>
        <w:t>.</w:t>
      </w:r>
    </w:p>
    <w:p w:rsidR="00755EF0" w:rsidRPr="001F290A" w:rsidRDefault="00AD1029" w:rsidP="00547BD4">
      <w:pPr>
        <w:widowControl w:val="0"/>
        <w:ind w:firstLine="709"/>
        <w:rPr>
          <w:rFonts w:cs="Times New Roman"/>
          <w:sz w:val="24"/>
          <w:szCs w:val="24"/>
          <w:lang w:val="ru-RU"/>
        </w:rPr>
      </w:pPr>
      <w:r w:rsidRPr="004E30B9">
        <w:rPr>
          <w:rFonts w:eastAsia="Times New Roman" w:cs="Times New Roman"/>
          <w:b/>
          <w:sz w:val="24"/>
          <w:szCs w:val="24"/>
          <w:lang w:val="ru-RU"/>
        </w:rPr>
        <w:t>2.4.</w:t>
      </w:r>
      <w:r w:rsidRPr="004E30B9">
        <w:rPr>
          <w:rFonts w:eastAsia="Times New Roman" w:cs="Times New Roman"/>
          <w:sz w:val="24"/>
          <w:szCs w:val="24"/>
          <w:lang w:val="ru-RU"/>
        </w:rPr>
        <w:t xml:space="preserve"> Оплата производится безналичным перечислением н</w:t>
      </w:r>
      <w:r w:rsidR="00F20D82" w:rsidRPr="004E30B9">
        <w:rPr>
          <w:rFonts w:eastAsia="Times New Roman" w:cs="Times New Roman"/>
          <w:sz w:val="24"/>
          <w:szCs w:val="24"/>
          <w:lang w:val="ru-RU"/>
        </w:rPr>
        <w:t xml:space="preserve">а счет </w:t>
      </w:r>
      <w:r w:rsidR="00CE0E34" w:rsidRPr="004E30B9">
        <w:rPr>
          <w:rFonts w:eastAsia="Times New Roman" w:cs="Times New Roman"/>
          <w:sz w:val="24"/>
          <w:szCs w:val="24"/>
          <w:lang w:val="ru-RU"/>
        </w:rPr>
        <w:t>Исполнителя</w:t>
      </w:r>
      <w:r w:rsidRPr="004E30B9">
        <w:rPr>
          <w:rFonts w:eastAsia="Times New Roman" w:cs="Times New Roman"/>
          <w:sz w:val="24"/>
          <w:szCs w:val="24"/>
          <w:lang w:val="ru-RU"/>
        </w:rPr>
        <w:t xml:space="preserve"> в течение 10 рабочих дней с даты подписания Заказчиком</w:t>
      </w:r>
      <w:r w:rsidRPr="001F290A">
        <w:rPr>
          <w:rFonts w:eastAsia="Times New Roman" w:cs="Times New Roman"/>
          <w:sz w:val="24"/>
          <w:szCs w:val="24"/>
          <w:lang w:val="ru-RU"/>
        </w:rPr>
        <w:t xml:space="preserve"> документа о приемке, оформленного без использования ЕИС.</w:t>
      </w:r>
      <w:r w:rsidR="000662BB" w:rsidRPr="001F290A">
        <w:rPr>
          <w:rFonts w:eastAsia="Times New Roman" w:cs="Times New Roman"/>
          <w:sz w:val="24"/>
          <w:szCs w:val="24"/>
          <w:lang w:val="ru-RU"/>
        </w:rPr>
        <w:t xml:space="preserve"> Аванс не предусмотрен.</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2.5.</w:t>
      </w:r>
      <w:r w:rsidRPr="001F290A">
        <w:rPr>
          <w:rFonts w:eastAsia="Times New Roman" w:cs="Times New Roman"/>
          <w:sz w:val="24"/>
          <w:szCs w:val="24"/>
          <w:lang w:val="ru-RU"/>
        </w:rPr>
        <w:t xml:space="preserve"> Обязательство Заказчика по оплате считается исполненным в дату списания денежных средств с лицевого счета Заказчика. Сумма оплаты уменьшается на налоги, сборы и иные обязательные платежи, подлежащие уплате Заказчиком в бюджеты бюджетной системы РФ в соответствии с законодательством РФ.</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2.6.</w:t>
      </w:r>
      <w:r w:rsidRPr="001F290A">
        <w:rPr>
          <w:rFonts w:eastAsia="Times New Roman" w:cs="Times New Roman"/>
          <w:sz w:val="24"/>
          <w:szCs w:val="24"/>
          <w:lang w:val="ru-RU"/>
        </w:rPr>
        <w:t xml:space="preserve"> Цена и иные существенные условия могут изменяться только в случаях и порядке, предусмотренных статьей 95 Закона № 44-ФЗ. Любое изменение оформляется письменным соглашением Сторон, если законом не предусмотрено иное.</w:t>
      </w:r>
    </w:p>
    <w:p w:rsidR="00755EF0" w:rsidRPr="001F290A" w:rsidRDefault="00FD27E1" w:rsidP="00547BD4">
      <w:pPr>
        <w:pStyle w:val="1"/>
        <w:keepNext w:val="0"/>
        <w:keepLines w:val="0"/>
        <w:widowControl w:val="0"/>
        <w:jc w:val="center"/>
        <w:rPr>
          <w:rFonts w:ascii="Times New Roman" w:hAnsi="Times New Roman" w:cs="Times New Roman"/>
          <w:color w:val="auto"/>
          <w:szCs w:val="24"/>
          <w:lang w:val="ru-RU"/>
        </w:rPr>
      </w:pPr>
      <w:r w:rsidRPr="001F290A">
        <w:rPr>
          <w:rFonts w:ascii="Times New Roman" w:hAnsi="Times New Roman" w:cs="Times New Roman"/>
          <w:color w:val="auto"/>
          <w:szCs w:val="24"/>
          <w:lang w:val="ru-RU"/>
        </w:rPr>
        <w:lastRenderedPageBreak/>
        <w:t xml:space="preserve">3. ПРАВА И ОБЯЗАННОСТИ </w:t>
      </w:r>
      <w:r w:rsidR="00CE0E34" w:rsidRPr="001F290A">
        <w:rPr>
          <w:rFonts w:ascii="Times New Roman" w:hAnsi="Times New Roman" w:cs="Times New Roman"/>
          <w:color w:val="auto"/>
          <w:szCs w:val="24"/>
          <w:lang w:val="ru-RU"/>
        </w:rPr>
        <w:t>ИСПОЛНИТЕЛЯ</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3.1.</w:t>
      </w:r>
      <w:r w:rsidRPr="001F290A">
        <w:rPr>
          <w:rFonts w:eastAsia="Times New Roman" w:cs="Times New Roman"/>
          <w:sz w:val="24"/>
          <w:szCs w:val="24"/>
          <w:lang w:val="ru-RU"/>
        </w:rPr>
        <w:t xml:space="preserve"> Поставить новый, не бывший в употреблении и свободный от прав третьих лиц товар в количестве, ассортименте, комплектности, качестве и сроки, установленные Контрактом.</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3.2.</w:t>
      </w:r>
      <w:r w:rsidRPr="001F290A">
        <w:rPr>
          <w:rFonts w:eastAsia="Times New Roman" w:cs="Times New Roman"/>
          <w:sz w:val="24"/>
          <w:szCs w:val="24"/>
          <w:lang w:val="ru-RU"/>
        </w:rPr>
        <w:t xml:space="preserve"> Обеспечить надлежащую тару, упаковку и маркировку, сохранность при перевозке, а также передать принадлежности и документы (сертификаты, декларации, паспорта, инструкции, гарантийные документы), если они требуются.</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3.3.</w:t>
      </w:r>
      <w:r w:rsidRPr="001F290A">
        <w:rPr>
          <w:rFonts w:eastAsia="Times New Roman" w:cs="Times New Roman"/>
          <w:sz w:val="24"/>
          <w:szCs w:val="24"/>
          <w:lang w:val="ru-RU"/>
        </w:rPr>
        <w:t xml:space="preserve"> Своевременно изв</w:t>
      </w:r>
      <w:r w:rsidR="00166219" w:rsidRPr="001F290A">
        <w:rPr>
          <w:rFonts w:eastAsia="Times New Roman" w:cs="Times New Roman"/>
          <w:sz w:val="24"/>
          <w:szCs w:val="24"/>
          <w:lang w:val="ru-RU"/>
        </w:rPr>
        <w:t>естить Заказчика о готовности товара к отгрузке.</w:t>
      </w:r>
      <w:r w:rsidRPr="001F290A">
        <w:rPr>
          <w:rFonts w:eastAsia="Times New Roman" w:cs="Times New Roman"/>
          <w:sz w:val="24"/>
          <w:szCs w:val="24"/>
          <w:lang w:val="ru-RU"/>
        </w:rPr>
        <w:t xml:space="preserve"> </w:t>
      </w:r>
      <w:r w:rsidR="00166219" w:rsidRPr="001F290A">
        <w:rPr>
          <w:rFonts w:eastAsia="Times New Roman" w:cs="Times New Roman"/>
          <w:sz w:val="24"/>
          <w:szCs w:val="24"/>
          <w:lang w:val="ru-RU"/>
        </w:rPr>
        <w:t xml:space="preserve">Поставка товара осуществляется </w:t>
      </w:r>
      <w:r w:rsidRPr="001F290A">
        <w:rPr>
          <w:rFonts w:eastAsia="Times New Roman" w:cs="Times New Roman"/>
          <w:sz w:val="24"/>
          <w:szCs w:val="24"/>
          <w:lang w:val="ru-RU"/>
        </w:rPr>
        <w:t>силами</w:t>
      </w:r>
      <w:r w:rsidR="00166219" w:rsidRPr="001F290A">
        <w:rPr>
          <w:rFonts w:eastAsia="Times New Roman" w:cs="Times New Roman"/>
          <w:sz w:val="24"/>
          <w:szCs w:val="24"/>
          <w:lang w:val="ru-RU"/>
        </w:rPr>
        <w:t xml:space="preserve"> Заказчика</w:t>
      </w:r>
      <w:r w:rsidRPr="001F290A">
        <w:rPr>
          <w:rFonts w:eastAsia="Times New Roman" w:cs="Times New Roman"/>
          <w:sz w:val="24"/>
          <w:szCs w:val="24"/>
          <w:lang w:val="ru-RU"/>
        </w:rPr>
        <w:t xml:space="preserve"> и за </w:t>
      </w:r>
      <w:r w:rsidR="00166219" w:rsidRPr="001F290A">
        <w:rPr>
          <w:rFonts w:eastAsia="Times New Roman" w:cs="Times New Roman"/>
          <w:sz w:val="24"/>
          <w:szCs w:val="24"/>
          <w:lang w:val="ru-RU"/>
        </w:rPr>
        <w:t>его</w:t>
      </w:r>
      <w:r w:rsidRPr="001F290A">
        <w:rPr>
          <w:rFonts w:eastAsia="Times New Roman" w:cs="Times New Roman"/>
          <w:sz w:val="24"/>
          <w:szCs w:val="24"/>
          <w:lang w:val="ru-RU"/>
        </w:rPr>
        <w:t xml:space="preserve"> счет.</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3.4.</w:t>
      </w:r>
      <w:r w:rsidRPr="001F290A">
        <w:rPr>
          <w:rFonts w:eastAsia="Times New Roman" w:cs="Times New Roman"/>
          <w:sz w:val="24"/>
          <w:szCs w:val="24"/>
          <w:lang w:val="ru-RU"/>
        </w:rPr>
        <w:t xml:space="preserve"> Незамедлительно письменно уведомлять Заказчика о любых обстоятельствах, влияющих на срок, качество или возможность надлежащего исполнения Контракта, не приостанавливая исполнение без законных оснований.</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3.5.</w:t>
      </w:r>
      <w:r w:rsidRPr="001F290A">
        <w:rPr>
          <w:rFonts w:eastAsia="Times New Roman" w:cs="Times New Roman"/>
          <w:sz w:val="24"/>
          <w:szCs w:val="24"/>
          <w:lang w:val="ru-RU"/>
        </w:rPr>
        <w:t xml:space="preserve"> Вправе требовать своевременной приемки и оплаты надлежаще исполненных обязательств, получать от Заказчика необходимую информацию и привлекать третьих лиц, если Контрактом или законом не установлена обязанность личного исполнения, оставаясь ответственным перед Заказчиком за их действия.</w:t>
      </w:r>
    </w:p>
    <w:p w:rsidR="00755EF0" w:rsidRPr="001F290A" w:rsidRDefault="00FD27E1" w:rsidP="00547BD4">
      <w:pPr>
        <w:pStyle w:val="1"/>
        <w:keepNext w:val="0"/>
        <w:keepLines w:val="0"/>
        <w:widowControl w:val="0"/>
        <w:jc w:val="center"/>
        <w:rPr>
          <w:rFonts w:ascii="Times New Roman" w:hAnsi="Times New Roman" w:cs="Times New Roman"/>
          <w:color w:val="auto"/>
          <w:szCs w:val="24"/>
          <w:lang w:val="ru-RU"/>
        </w:rPr>
      </w:pPr>
      <w:r w:rsidRPr="001F290A">
        <w:rPr>
          <w:rFonts w:ascii="Times New Roman" w:hAnsi="Times New Roman" w:cs="Times New Roman"/>
          <w:color w:val="auto"/>
          <w:szCs w:val="24"/>
          <w:lang w:val="ru-RU"/>
        </w:rPr>
        <w:t>4. ПРАВА И ОБЯЗАННОСТИ ЗАКАЗЧИКА</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4.1.</w:t>
      </w:r>
      <w:r w:rsidRPr="001F290A">
        <w:rPr>
          <w:rFonts w:eastAsia="Times New Roman" w:cs="Times New Roman"/>
          <w:sz w:val="24"/>
          <w:szCs w:val="24"/>
          <w:lang w:val="ru-RU"/>
        </w:rPr>
        <w:t xml:space="preserve"> Предоставить </w:t>
      </w:r>
      <w:r w:rsidR="00CE0E34" w:rsidRPr="001F290A">
        <w:rPr>
          <w:rFonts w:eastAsia="Times New Roman" w:cs="Times New Roman"/>
          <w:sz w:val="24"/>
          <w:szCs w:val="24"/>
          <w:lang w:val="ru-RU"/>
        </w:rPr>
        <w:t>Исполнителю</w:t>
      </w:r>
      <w:r w:rsidRPr="001F290A">
        <w:rPr>
          <w:rFonts w:eastAsia="Times New Roman" w:cs="Times New Roman"/>
          <w:sz w:val="24"/>
          <w:szCs w:val="24"/>
          <w:lang w:val="ru-RU"/>
        </w:rPr>
        <w:t xml:space="preserve"> сведения и доступ, объективно необходимые для исполнения Контракта, в согласованные сроки.</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4.2.</w:t>
      </w:r>
      <w:r w:rsidRPr="001F290A">
        <w:rPr>
          <w:rFonts w:eastAsia="Times New Roman" w:cs="Times New Roman"/>
          <w:sz w:val="24"/>
          <w:szCs w:val="24"/>
          <w:lang w:val="ru-RU"/>
        </w:rPr>
        <w:t xml:space="preserve"> Осуществить приемку товар, провести экспертизу в порядке статьи 94 Закона №</w:t>
      </w:r>
      <w:r w:rsidR="002570FA" w:rsidRPr="001F290A">
        <w:rPr>
          <w:rFonts w:eastAsia="Times New Roman" w:cs="Times New Roman"/>
          <w:sz w:val="24"/>
          <w:szCs w:val="24"/>
          <w:lang w:val="ru-RU"/>
        </w:rPr>
        <w:t> </w:t>
      </w:r>
      <w:r w:rsidRPr="001F290A">
        <w:rPr>
          <w:rFonts w:eastAsia="Times New Roman" w:cs="Times New Roman"/>
          <w:sz w:val="24"/>
          <w:szCs w:val="24"/>
          <w:lang w:val="ru-RU"/>
        </w:rPr>
        <w:t>44-ФЗ и оплатить надлежащее исполнение в установленный срок.</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4.3.</w:t>
      </w:r>
      <w:r w:rsidRPr="001F290A">
        <w:rPr>
          <w:rFonts w:eastAsia="Times New Roman" w:cs="Times New Roman"/>
          <w:sz w:val="24"/>
          <w:szCs w:val="24"/>
          <w:lang w:val="ru-RU"/>
        </w:rPr>
        <w:t xml:space="preserve"> Вправе контролировать ход и качество исполнения, не вмешиваясь в хозяйственную деятельность </w:t>
      </w:r>
      <w:r w:rsidR="00CE0E34" w:rsidRPr="001F290A">
        <w:rPr>
          <w:rFonts w:eastAsia="Times New Roman" w:cs="Times New Roman"/>
          <w:sz w:val="24"/>
          <w:szCs w:val="24"/>
          <w:lang w:val="ru-RU"/>
        </w:rPr>
        <w:t>Исполнителя</w:t>
      </w:r>
      <w:r w:rsidRPr="001F290A">
        <w:rPr>
          <w:rFonts w:eastAsia="Times New Roman" w:cs="Times New Roman"/>
          <w:sz w:val="24"/>
          <w:szCs w:val="24"/>
          <w:lang w:val="ru-RU"/>
        </w:rPr>
        <w:t>, запрашивать подтверждающие документы и давать обязательные к исполнению указания об устранении выявленных недостатков.</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4.4.</w:t>
      </w:r>
      <w:r w:rsidRPr="001F290A">
        <w:rPr>
          <w:rFonts w:eastAsia="Times New Roman" w:cs="Times New Roman"/>
          <w:sz w:val="24"/>
          <w:szCs w:val="24"/>
          <w:lang w:val="ru-RU"/>
        </w:rPr>
        <w:t xml:space="preserve"> Вправе не принимать и не оплачивать товара, не соответствующий Контракту, потребовать устранения недостатков, соразмерного уменьшения цены, возмещения расходов или применить иные последствия, предусмотренные ГК РФ и Контрактом.</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4.5.</w:t>
      </w:r>
      <w:r w:rsidRPr="001F290A">
        <w:rPr>
          <w:rFonts w:eastAsia="Times New Roman" w:cs="Times New Roman"/>
          <w:sz w:val="24"/>
          <w:szCs w:val="24"/>
          <w:lang w:val="ru-RU"/>
        </w:rPr>
        <w:t xml:space="preserve"> Вправе удержать сумму начисленных и предъявленных неустоек (штрафов, пеней) из суммы, подлежащей оплате, с соблюдением требований законодательства РФ.</w:t>
      </w:r>
    </w:p>
    <w:p w:rsidR="00755EF0" w:rsidRPr="001F290A" w:rsidRDefault="00FD27E1" w:rsidP="00547BD4">
      <w:pPr>
        <w:pStyle w:val="1"/>
        <w:keepNext w:val="0"/>
        <w:keepLines w:val="0"/>
        <w:widowControl w:val="0"/>
        <w:jc w:val="center"/>
        <w:rPr>
          <w:rFonts w:ascii="Times New Roman" w:hAnsi="Times New Roman" w:cs="Times New Roman"/>
          <w:color w:val="auto"/>
          <w:szCs w:val="24"/>
          <w:lang w:val="ru-RU"/>
        </w:rPr>
      </w:pPr>
      <w:r w:rsidRPr="001F290A">
        <w:rPr>
          <w:rFonts w:ascii="Times New Roman" w:hAnsi="Times New Roman" w:cs="Times New Roman"/>
          <w:color w:val="auto"/>
          <w:szCs w:val="24"/>
          <w:lang w:val="ru-RU"/>
        </w:rPr>
        <w:t>5. ПОРЯДОК СДАЧИ И ПРИЕМКИ</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5.1.</w:t>
      </w:r>
      <w:r w:rsidRPr="001F290A">
        <w:rPr>
          <w:rFonts w:eastAsia="Times New Roman" w:cs="Times New Roman"/>
          <w:sz w:val="24"/>
          <w:szCs w:val="24"/>
          <w:lang w:val="ru-RU"/>
        </w:rPr>
        <w:t xml:space="preserve"> </w:t>
      </w:r>
      <w:r w:rsidR="00CE0E34" w:rsidRPr="001F290A">
        <w:rPr>
          <w:rFonts w:eastAsia="Times New Roman" w:cs="Times New Roman"/>
          <w:sz w:val="24"/>
          <w:szCs w:val="24"/>
          <w:lang w:val="ru-RU"/>
        </w:rPr>
        <w:t>Исполнитель</w:t>
      </w:r>
      <w:r w:rsidRPr="001F290A">
        <w:rPr>
          <w:rFonts w:eastAsia="Times New Roman" w:cs="Times New Roman"/>
          <w:sz w:val="24"/>
          <w:szCs w:val="24"/>
          <w:lang w:val="ru-RU"/>
        </w:rPr>
        <w:t xml:space="preserve"> передает Заказчику товар и одновременно предоставляет документ</w:t>
      </w:r>
      <w:r w:rsidR="00EA7F03" w:rsidRPr="001F290A">
        <w:rPr>
          <w:rFonts w:eastAsia="Times New Roman" w:cs="Times New Roman"/>
          <w:sz w:val="24"/>
          <w:szCs w:val="24"/>
          <w:lang w:val="ru-RU"/>
        </w:rPr>
        <w:t xml:space="preserve"> о приемке (товарная накладная</w:t>
      </w:r>
      <w:r w:rsidRPr="001F290A">
        <w:rPr>
          <w:rFonts w:eastAsia="Times New Roman" w:cs="Times New Roman"/>
          <w:sz w:val="24"/>
          <w:szCs w:val="24"/>
          <w:lang w:val="ru-RU"/>
        </w:rPr>
        <w:t>). До</w:t>
      </w:r>
      <w:r w:rsidR="00EA7F03" w:rsidRPr="001F290A">
        <w:rPr>
          <w:rFonts w:eastAsia="Times New Roman" w:cs="Times New Roman"/>
          <w:sz w:val="24"/>
          <w:szCs w:val="24"/>
          <w:lang w:val="ru-RU"/>
        </w:rPr>
        <w:t>кументы оформляются на бумаге</w:t>
      </w:r>
      <w:r w:rsidRPr="001F290A">
        <w:rPr>
          <w:rFonts w:eastAsia="Times New Roman" w:cs="Times New Roman"/>
          <w:sz w:val="24"/>
          <w:szCs w:val="24"/>
          <w:lang w:val="ru-RU"/>
        </w:rPr>
        <w:t>.</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5.2.</w:t>
      </w:r>
      <w:r w:rsidRPr="001F290A">
        <w:rPr>
          <w:rFonts w:eastAsia="Times New Roman" w:cs="Times New Roman"/>
          <w:sz w:val="24"/>
          <w:szCs w:val="24"/>
          <w:lang w:val="ru-RU"/>
        </w:rPr>
        <w:t xml:space="preserve"> Заказчик в течение </w:t>
      </w:r>
      <w:r w:rsidR="00EA7F03" w:rsidRPr="001F290A">
        <w:rPr>
          <w:rFonts w:eastAsia="Times New Roman" w:cs="Times New Roman"/>
          <w:sz w:val="24"/>
          <w:szCs w:val="24"/>
          <w:lang w:val="ru-RU"/>
        </w:rPr>
        <w:t>20 (двадцати)</w:t>
      </w:r>
      <w:r w:rsidRPr="001F290A">
        <w:rPr>
          <w:rFonts w:eastAsia="Times New Roman" w:cs="Times New Roman"/>
          <w:sz w:val="24"/>
          <w:szCs w:val="24"/>
          <w:lang w:val="ru-RU"/>
        </w:rPr>
        <w:t xml:space="preserve"> рабочих дней со дня получения товар и полного комплекта документов проводит приемку и экспертизу своими силами либо с привлечением экспертов (экспертных организаций).</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5.3.</w:t>
      </w:r>
      <w:r w:rsidRPr="001F290A">
        <w:rPr>
          <w:rFonts w:eastAsia="Times New Roman" w:cs="Times New Roman"/>
          <w:sz w:val="24"/>
          <w:szCs w:val="24"/>
          <w:lang w:val="ru-RU"/>
        </w:rPr>
        <w:t xml:space="preserve"> При отсутствии замечаний Заказчик подписывает документ о приемке. При выявлении несоответствий Заказчик в тот же срок направляет мотивированный отказ с перечнем недостатков и сроком их устранения.</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5.4.</w:t>
      </w:r>
      <w:r w:rsidRPr="001F290A">
        <w:rPr>
          <w:rFonts w:eastAsia="Times New Roman" w:cs="Times New Roman"/>
          <w:sz w:val="24"/>
          <w:szCs w:val="24"/>
          <w:lang w:val="ru-RU"/>
        </w:rPr>
        <w:t xml:space="preserve"> </w:t>
      </w:r>
      <w:r w:rsidR="00CE0E34" w:rsidRPr="001F290A">
        <w:rPr>
          <w:rFonts w:eastAsia="Times New Roman" w:cs="Times New Roman"/>
          <w:sz w:val="24"/>
          <w:szCs w:val="24"/>
          <w:lang w:val="ru-RU"/>
        </w:rPr>
        <w:t>Исполнитель</w:t>
      </w:r>
      <w:r w:rsidRPr="001F290A">
        <w:rPr>
          <w:rFonts w:eastAsia="Times New Roman" w:cs="Times New Roman"/>
          <w:sz w:val="24"/>
          <w:szCs w:val="24"/>
          <w:lang w:val="ru-RU"/>
        </w:rPr>
        <w:t xml:space="preserve"> устраняет недостатки за свой счет в течение </w:t>
      </w:r>
      <w:r w:rsidR="00EA7F03" w:rsidRPr="001F290A">
        <w:rPr>
          <w:rFonts w:eastAsia="Times New Roman" w:cs="Times New Roman"/>
          <w:sz w:val="24"/>
          <w:szCs w:val="24"/>
          <w:lang w:val="ru-RU"/>
        </w:rPr>
        <w:t>5 (пяти)</w:t>
      </w:r>
      <w:r w:rsidRPr="001F290A">
        <w:rPr>
          <w:rFonts w:eastAsia="Times New Roman" w:cs="Times New Roman"/>
          <w:sz w:val="24"/>
          <w:szCs w:val="24"/>
          <w:lang w:val="ru-RU"/>
        </w:rPr>
        <w:t xml:space="preserve"> рабочих дней с даты получения мотивированного отказа, если иной срок письменно не согласован Сторонами. Повторная приемка проводится в порядке настоящего раздела.</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5.5.</w:t>
      </w:r>
      <w:r w:rsidRPr="001F290A">
        <w:rPr>
          <w:rFonts w:eastAsia="Times New Roman" w:cs="Times New Roman"/>
          <w:sz w:val="24"/>
          <w:szCs w:val="24"/>
          <w:lang w:val="ru-RU"/>
        </w:rPr>
        <w:t xml:space="preserve"> Риск случайной гибели или повреждения товара до приемки несет </w:t>
      </w:r>
      <w:r w:rsidR="00CE0E34" w:rsidRPr="001F290A">
        <w:rPr>
          <w:rFonts w:eastAsia="Times New Roman" w:cs="Times New Roman"/>
          <w:sz w:val="24"/>
          <w:szCs w:val="24"/>
          <w:lang w:val="ru-RU"/>
        </w:rPr>
        <w:t>Исполнитель</w:t>
      </w:r>
      <w:r w:rsidRPr="001F290A">
        <w:rPr>
          <w:rFonts w:eastAsia="Times New Roman" w:cs="Times New Roman"/>
          <w:sz w:val="24"/>
          <w:szCs w:val="24"/>
          <w:lang w:val="ru-RU"/>
        </w:rPr>
        <w:t>. Подписание документа о приемке не лишает Заказчика права предъявить требования по скрытым недостаткам и гарантийным обязательствам.</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5.6.</w:t>
      </w:r>
      <w:r w:rsidRPr="001F290A">
        <w:rPr>
          <w:rFonts w:eastAsia="Times New Roman" w:cs="Times New Roman"/>
          <w:sz w:val="24"/>
          <w:szCs w:val="24"/>
          <w:lang w:val="ru-RU"/>
        </w:rPr>
        <w:t xml:space="preserve"> Датой исполнения соответствующего обязательства считается дата подписания Заказчиком документа о приемке без замечаний, если иное прямо не установлено Контрактом.</w:t>
      </w:r>
    </w:p>
    <w:p w:rsidR="00755EF0" w:rsidRPr="001F290A" w:rsidRDefault="009755CE" w:rsidP="00547BD4">
      <w:pPr>
        <w:pStyle w:val="1"/>
        <w:keepNext w:val="0"/>
        <w:keepLines w:val="0"/>
        <w:widowControl w:val="0"/>
        <w:jc w:val="center"/>
        <w:rPr>
          <w:rFonts w:ascii="Times New Roman" w:hAnsi="Times New Roman" w:cs="Times New Roman"/>
          <w:color w:val="auto"/>
          <w:szCs w:val="24"/>
          <w:lang w:val="ru-RU"/>
        </w:rPr>
      </w:pPr>
      <w:r w:rsidRPr="001F290A">
        <w:rPr>
          <w:rFonts w:ascii="Times New Roman" w:hAnsi="Times New Roman" w:cs="Times New Roman"/>
          <w:color w:val="auto"/>
          <w:szCs w:val="24"/>
          <w:lang w:val="ru-RU"/>
        </w:rPr>
        <w:lastRenderedPageBreak/>
        <w:t>6</w:t>
      </w:r>
      <w:r w:rsidR="00FD27E1" w:rsidRPr="001F290A">
        <w:rPr>
          <w:rFonts w:ascii="Times New Roman" w:hAnsi="Times New Roman" w:cs="Times New Roman"/>
          <w:color w:val="auto"/>
          <w:szCs w:val="24"/>
          <w:lang w:val="ru-RU"/>
        </w:rPr>
        <w:t>. ОТВЕТСТВЕННОСТЬ СТОРОН</w:t>
      </w:r>
    </w:p>
    <w:p w:rsidR="00755EF0" w:rsidRPr="001F290A" w:rsidRDefault="009755CE" w:rsidP="00FF4BB4">
      <w:pPr>
        <w:widowControl w:val="0"/>
        <w:spacing w:before="60" w:after="120"/>
        <w:ind w:firstLine="709"/>
        <w:rPr>
          <w:rFonts w:cs="Times New Roman"/>
          <w:sz w:val="24"/>
          <w:szCs w:val="24"/>
          <w:lang w:val="ru-RU"/>
        </w:rPr>
      </w:pPr>
      <w:r w:rsidRPr="001F290A">
        <w:rPr>
          <w:rFonts w:eastAsia="Times New Roman" w:cs="Times New Roman"/>
          <w:b/>
          <w:sz w:val="24"/>
          <w:szCs w:val="24"/>
          <w:lang w:val="ru-RU"/>
        </w:rPr>
        <w:t>6</w:t>
      </w:r>
      <w:r w:rsidR="00AD1029" w:rsidRPr="001F290A">
        <w:rPr>
          <w:rFonts w:eastAsia="Times New Roman" w:cs="Times New Roman"/>
          <w:b/>
          <w:sz w:val="24"/>
          <w:szCs w:val="24"/>
          <w:lang w:val="ru-RU"/>
        </w:rPr>
        <w:t>.1.</w:t>
      </w:r>
      <w:r w:rsidR="00AD1029" w:rsidRPr="001F290A">
        <w:rPr>
          <w:rFonts w:eastAsia="Times New Roman" w:cs="Times New Roman"/>
          <w:sz w:val="24"/>
          <w:szCs w:val="24"/>
          <w:lang w:val="ru-RU"/>
        </w:rPr>
        <w:t xml:space="preserve"> Стороны несут ответственность в соответствии с законодательством РФ, статьей 34 Закона № 44-ФЗ и Правилами, утвержденными постановлением Правительства РФ от 30.08.2017 № 1042 (далее </w:t>
      </w:r>
      <w:r w:rsidR="0031264C" w:rsidRPr="001F290A">
        <w:rPr>
          <w:rFonts w:eastAsia="Times New Roman" w:cs="Times New Roman"/>
          <w:sz w:val="24"/>
          <w:szCs w:val="24"/>
          <w:lang w:val="ru-RU"/>
        </w:rPr>
        <w:t>–</w:t>
      </w:r>
      <w:r w:rsidR="00AD1029" w:rsidRPr="001F290A">
        <w:rPr>
          <w:rFonts w:eastAsia="Times New Roman" w:cs="Times New Roman"/>
          <w:sz w:val="24"/>
          <w:szCs w:val="24"/>
          <w:lang w:val="ru-RU"/>
        </w:rPr>
        <w:t xml:space="preserve"> Правила № 1042).</w:t>
      </w:r>
    </w:p>
    <w:p w:rsidR="00755EF0" w:rsidRPr="001F290A" w:rsidRDefault="009755CE" w:rsidP="00FF4BB4">
      <w:pPr>
        <w:widowControl w:val="0"/>
        <w:spacing w:before="60" w:after="120"/>
        <w:ind w:firstLine="709"/>
        <w:rPr>
          <w:rFonts w:cs="Times New Roman"/>
          <w:sz w:val="24"/>
          <w:szCs w:val="24"/>
          <w:lang w:val="ru-RU"/>
        </w:rPr>
      </w:pPr>
      <w:r w:rsidRPr="001F290A">
        <w:rPr>
          <w:rFonts w:eastAsia="Times New Roman" w:cs="Times New Roman"/>
          <w:b/>
          <w:sz w:val="24"/>
          <w:szCs w:val="24"/>
          <w:lang w:val="ru-RU"/>
        </w:rPr>
        <w:t>6</w:t>
      </w:r>
      <w:r w:rsidR="00AD1029" w:rsidRPr="001F290A">
        <w:rPr>
          <w:rFonts w:eastAsia="Times New Roman" w:cs="Times New Roman"/>
          <w:b/>
          <w:sz w:val="24"/>
          <w:szCs w:val="24"/>
          <w:lang w:val="ru-RU"/>
        </w:rPr>
        <w:t>.2.</w:t>
      </w:r>
      <w:r w:rsidR="00AD1029" w:rsidRPr="001F290A">
        <w:rPr>
          <w:rFonts w:eastAsia="Times New Roman" w:cs="Times New Roman"/>
          <w:sz w:val="24"/>
          <w:szCs w:val="24"/>
          <w:lang w:val="ru-RU"/>
        </w:rPr>
        <w:t xml:space="preserve"> За каждый факт неисполнения или ненадлежащего исполнения </w:t>
      </w:r>
      <w:r w:rsidR="00CE0E34" w:rsidRPr="001F290A">
        <w:rPr>
          <w:rFonts w:eastAsia="Times New Roman" w:cs="Times New Roman"/>
          <w:sz w:val="24"/>
          <w:szCs w:val="24"/>
          <w:lang w:val="ru-RU"/>
        </w:rPr>
        <w:t>Исполнитель</w:t>
      </w:r>
      <w:r w:rsidR="00AD1029" w:rsidRPr="001F290A">
        <w:rPr>
          <w:rFonts w:eastAsia="Times New Roman" w:cs="Times New Roman"/>
          <w:sz w:val="24"/>
          <w:szCs w:val="24"/>
          <w:lang w:val="ru-RU"/>
        </w:rPr>
        <w:t xml:space="preserve"> обязательств, за исключением просрочки (в том числе гарантийного обязательства), штраф составляет 10% цены Контракта (этапа), поскольку цена не превышает 3 млн рублей, если к соответствующему нарушению не применяется специальный размер по пунктам 4</w:t>
      </w:r>
      <w:r w:rsidR="001907F2" w:rsidRPr="001F290A">
        <w:rPr>
          <w:rFonts w:eastAsia="Times New Roman" w:cs="Times New Roman"/>
          <w:sz w:val="24"/>
          <w:szCs w:val="24"/>
          <w:lang w:val="ru-RU"/>
        </w:rPr>
        <w:t>-</w:t>
      </w:r>
      <w:r w:rsidR="00AD1029" w:rsidRPr="001F290A">
        <w:rPr>
          <w:rFonts w:eastAsia="Times New Roman" w:cs="Times New Roman"/>
          <w:sz w:val="24"/>
          <w:szCs w:val="24"/>
          <w:lang w:val="ru-RU"/>
        </w:rPr>
        <w:t>8 Правил № 1042.</w:t>
      </w:r>
    </w:p>
    <w:p w:rsidR="00755EF0" w:rsidRPr="001F290A" w:rsidRDefault="009755CE" w:rsidP="00FF4BB4">
      <w:pPr>
        <w:widowControl w:val="0"/>
        <w:spacing w:before="60" w:after="120"/>
        <w:ind w:firstLine="709"/>
        <w:rPr>
          <w:rFonts w:cs="Times New Roman"/>
          <w:sz w:val="24"/>
          <w:szCs w:val="24"/>
          <w:lang w:val="ru-RU"/>
        </w:rPr>
      </w:pPr>
      <w:r w:rsidRPr="001F290A">
        <w:rPr>
          <w:rFonts w:eastAsia="Times New Roman" w:cs="Times New Roman"/>
          <w:b/>
          <w:sz w:val="24"/>
          <w:szCs w:val="24"/>
          <w:lang w:val="ru-RU"/>
        </w:rPr>
        <w:t>6</w:t>
      </w:r>
      <w:r w:rsidR="00AD1029" w:rsidRPr="001F290A">
        <w:rPr>
          <w:rFonts w:eastAsia="Times New Roman" w:cs="Times New Roman"/>
          <w:b/>
          <w:sz w:val="24"/>
          <w:szCs w:val="24"/>
          <w:lang w:val="ru-RU"/>
        </w:rPr>
        <w:t>.3.</w:t>
      </w:r>
      <w:r w:rsidR="00AD1029" w:rsidRPr="001F290A">
        <w:rPr>
          <w:rFonts w:eastAsia="Times New Roman" w:cs="Times New Roman"/>
          <w:sz w:val="24"/>
          <w:szCs w:val="24"/>
          <w:lang w:val="ru-RU"/>
        </w:rPr>
        <w:t xml:space="preserve"> За каждый факт неисполнения или ненадлежащего исполнения </w:t>
      </w:r>
      <w:r w:rsidR="00CE0E34" w:rsidRPr="001F290A">
        <w:rPr>
          <w:rFonts w:eastAsia="Times New Roman" w:cs="Times New Roman"/>
          <w:sz w:val="24"/>
          <w:szCs w:val="24"/>
          <w:lang w:val="ru-RU"/>
        </w:rPr>
        <w:t>Исполнитель</w:t>
      </w:r>
      <w:r w:rsidR="00AD1029" w:rsidRPr="001F290A">
        <w:rPr>
          <w:rFonts w:eastAsia="Times New Roman" w:cs="Times New Roman"/>
          <w:sz w:val="24"/>
          <w:szCs w:val="24"/>
          <w:lang w:val="ru-RU"/>
        </w:rPr>
        <w:t xml:space="preserve"> обязательства, не имеющего стоимостного выражения, штраф составляет 1 000 рублей.</w:t>
      </w:r>
    </w:p>
    <w:p w:rsidR="00755EF0" w:rsidRPr="001F290A" w:rsidRDefault="009755CE" w:rsidP="00FF4BB4">
      <w:pPr>
        <w:widowControl w:val="0"/>
        <w:spacing w:before="60" w:after="120"/>
        <w:ind w:firstLine="709"/>
        <w:rPr>
          <w:rFonts w:cs="Times New Roman"/>
          <w:sz w:val="24"/>
          <w:szCs w:val="24"/>
          <w:lang w:val="ru-RU"/>
        </w:rPr>
      </w:pPr>
      <w:r w:rsidRPr="001F290A">
        <w:rPr>
          <w:rFonts w:eastAsia="Times New Roman" w:cs="Times New Roman"/>
          <w:b/>
          <w:sz w:val="24"/>
          <w:szCs w:val="24"/>
          <w:lang w:val="ru-RU"/>
        </w:rPr>
        <w:t>6</w:t>
      </w:r>
      <w:r w:rsidR="00AD1029" w:rsidRPr="001F290A">
        <w:rPr>
          <w:rFonts w:eastAsia="Times New Roman" w:cs="Times New Roman"/>
          <w:b/>
          <w:sz w:val="24"/>
          <w:szCs w:val="24"/>
          <w:lang w:val="ru-RU"/>
        </w:rPr>
        <w:t>.4.</w:t>
      </w:r>
      <w:r w:rsidR="00AD1029" w:rsidRPr="001F290A">
        <w:rPr>
          <w:rFonts w:eastAsia="Times New Roman" w:cs="Times New Roman"/>
          <w:sz w:val="24"/>
          <w:szCs w:val="24"/>
          <w:lang w:val="ru-RU"/>
        </w:rPr>
        <w:t xml:space="preserve"> За каждый факт неисполнения Заказчиком обязательств, за исключением просрочки, штраф составляет 1 000 рублей.</w:t>
      </w:r>
    </w:p>
    <w:p w:rsidR="00755EF0" w:rsidRPr="001F290A" w:rsidRDefault="009755CE" w:rsidP="00FF4BB4">
      <w:pPr>
        <w:widowControl w:val="0"/>
        <w:spacing w:before="60" w:after="120"/>
        <w:ind w:firstLine="709"/>
        <w:rPr>
          <w:rFonts w:cs="Times New Roman"/>
          <w:sz w:val="24"/>
          <w:szCs w:val="24"/>
          <w:lang w:val="ru-RU"/>
        </w:rPr>
      </w:pPr>
      <w:r w:rsidRPr="001F290A">
        <w:rPr>
          <w:rFonts w:eastAsia="Times New Roman" w:cs="Times New Roman"/>
          <w:b/>
          <w:sz w:val="24"/>
          <w:szCs w:val="24"/>
          <w:lang w:val="ru-RU"/>
        </w:rPr>
        <w:t>6</w:t>
      </w:r>
      <w:r w:rsidR="00AD1029" w:rsidRPr="001F290A">
        <w:rPr>
          <w:rFonts w:eastAsia="Times New Roman" w:cs="Times New Roman"/>
          <w:b/>
          <w:sz w:val="24"/>
          <w:szCs w:val="24"/>
          <w:lang w:val="ru-RU"/>
        </w:rPr>
        <w:t>.5.</w:t>
      </w:r>
      <w:r w:rsidR="00AD1029" w:rsidRPr="001F290A">
        <w:rPr>
          <w:rFonts w:eastAsia="Times New Roman" w:cs="Times New Roman"/>
          <w:sz w:val="24"/>
          <w:szCs w:val="24"/>
          <w:lang w:val="ru-RU"/>
        </w:rPr>
        <w:t xml:space="preserve"> Пеня за просрочку </w:t>
      </w:r>
      <w:r w:rsidR="00CE0E34" w:rsidRPr="001F290A">
        <w:rPr>
          <w:rFonts w:eastAsia="Times New Roman" w:cs="Times New Roman"/>
          <w:sz w:val="24"/>
          <w:szCs w:val="24"/>
          <w:lang w:val="ru-RU"/>
        </w:rPr>
        <w:t>Исполнитель</w:t>
      </w:r>
      <w:r w:rsidR="00AD1029" w:rsidRPr="001F290A">
        <w:rPr>
          <w:rFonts w:eastAsia="Times New Roman" w:cs="Times New Roman"/>
          <w:sz w:val="24"/>
          <w:szCs w:val="24"/>
          <w:lang w:val="ru-RU"/>
        </w:rPr>
        <w:t xml:space="preserve"> начисляется за каждый день со дня, следующего за днем истечения срока исполнения, в размере 1/300 действующей на дату уплаты пени ключевой ставки Банка России от цены Контракта (отдельного этапа), уменьшенной на сумму, пропорциональную объему фактически исполненных обязательств, если законодательством РФ не установлен иной порядок.</w:t>
      </w:r>
    </w:p>
    <w:p w:rsidR="00755EF0" w:rsidRPr="001F290A" w:rsidRDefault="009755CE" w:rsidP="00FF4BB4">
      <w:pPr>
        <w:widowControl w:val="0"/>
        <w:spacing w:before="60" w:after="120"/>
        <w:ind w:firstLine="709"/>
        <w:rPr>
          <w:rFonts w:cs="Times New Roman"/>
          <w:sz w:val="24"/>
          <w:szCs w:val="24"/>
          <w:lang w:val="ru-RU"/>
        </w:rPr>
      </w:pPr>
      <w:r w:rsidRPr="001F290A">
        <w:rPr>
          <w:rFonts w:eastAsia="Times New Roman" w:cs="Times New Roman"/>
          <w:b/>
          <w:sz w:val="24"/>
          <w:szCs w:val="24"/>
          <w:lang w:val="ru-RU"/>
        </w:rPr>
        <w:t>6</w:t>
      </w:r>
      <w:r w:rsidR="00AD1029" w:rsidRPr="001F290A">
        <w:rPr>
          <w:rFonts w:eastAsia="Times New Roman" w:cs="Times New Roman"/>
          <w:b/>
          <w:sz w:val="24"/>
          <w:szCs w:val="24"/>
          <w:lang w:val="ru-RU"/>
        </w:rPr>
        <w:t>.6.</w:t>
      </w:r>
      <w:r w:rsidR="00AD1029" w:rsidRPr="001F290A">
        <w:rPr>
          <w:rFonts w:eastAsia="Times New Roman" w:cs="Times New Roman"/>
          <w:sz w:val="24"/>
          <w:szCs w:val="24"/>
          <w:lang w:val="ru-RU"/>
        </w:rPr>
        <w:t xml:space="preserve"> Пеня за просрочку Заказчиком исполнения обязательств начисляется за каждый день со дня, следующего за днем истечения срока, в размере 1/300 действующей на дату уплаты пени ключевой ставки Банка России от не уплаченной в срок суммы.</w:t>
      </w:r>
    </w:p>
    <w:p w:rsidR="00755EF0" w:rsidRPr="001F290A" w:rsidRDefault="009755CE" w:rsidP="00FF4BB4">
      <w:pPr>
        <w:widowControl w:val="0"/>
        <w:spacing w:before="60" w:after="120"/>
        <w:ind w:firstLine="709"/>
        <w:rPr>
          <w:rFonts w:cs="Times New Roman"/>
          <w:sz w:val="24"/>
          <w:szCs w:val="24"/>
          <w:lang w:val="ru-RU"/>
        </w:rPr>
      </w:pPr>
      <w:r w:rsidRPr="001F290A">
        <w:rPr>
          <w:rFonts w:eastAsia="Times New Roman" w:cs="Times New Roman"/>
          <w:b/>
          <w:sz w:val="24"/>
          <w:szCs w:val="24"/>
          <w:lang w:val="ru-RU"/>
        </w:rPr>
        <w:t>6</w:t>
      </w:r>
      <w:r w:rsidR="00AD1029" w:rsidRPr="001F290A">
        <w:rPr>
          <w:rFonts w:eastAsia="Times New Roman" w:cs="Times New Roman"/>
          <w:b/>
          <w:sz w:val="24"/>
          <w:szCs w:val="24"/>
          <w:lang w:val="ru-RU"/>
        </w:rPr>
        <w:t>.7.</w:t>
      </w:r>
      <w:r w:rsidR="00AD1029" w:rsidRPr="001F290A">
        <w:rPr>
          <w:rFonts w:eastAsia="Times New Roman" w:cs="Times New Roman"/>
          <w:sz w:val="24"/>
          <w:szCs w:val="24"/>
          <w:lang w:val="ru-RU"/>
        </w:rPr>
        <w:t xml:space="preserve"> Общая сумма начисленных штрафов за нарушения </w:t>
      </w:r>
      <w:r w:rsidR="00CE0E34" w:rsidRPr="001F290A">
        <w:rPr>
          <w:rFonts w:eastAsia="Times New Roman" w:cs="Times New Roman"/>
          <w:sz w:val="24"/>
          <w:szCs w:val="24"/>
          <w:lang w:val="ru-RU"/>
        </w:rPr>
        <w:t>Исполнитель</w:t>
      </w:r>
      <w:r w:rsidR="00AD1029" w:rsidRPr="001F290A">
        <w:rPr>
          <w:rFonts w:eastAsia="Times New Roman" w:cs="Times New Roman"/>
          <w:sz w:val="24"/>
          <w:szCs w:val="24"/>
          <w:lang w:val="ru-RU"/>
        </w:rPr>
        <w:t xml:space="preserve"> не может превышать цену Контракта; общая сумма штрафов за нарушения Заказчика не может превышать цену Контракта.</w:t>
      </w:r>
    </w:p>
    <w:p w:rsidR="00755EF0" w:rsidRPr="001F290A" w:rsidRDefault="009755CE" w:rsidP="00FF4BB4">
      <w:pPr>
        <w:widowControl w:val="0"/>
        <w:spacing w:before="60" w:after="120"/>
        <w:ind w:firstLine="709"/>
        <w:rPr>
          <w:rFonts w:cs="Times New Roman"/>
          <w:sz w:val="24"/>
          <w:szCs w:val="24"/>
          <w:lang w:val="ru-RU"/>
        </w:rPr>
      </w:pPr>
      <w:r w:rsidRPr="001F290A">
        <w:rPr>
          <w:rFonts w:eastAsia="Times New Roman" w:cs="Times New Roman"/>
          <w:b/>
          <w:sz w:val="24"/>
          <w:szCs w:val="24"/>
          <w:lang w:val="ru-RU"/>
        </w:rPr>
        <w:t>6</w:t>
      </w:r>
      <w:r w:rsidR="00AD1029" w:rsidRPr="001F290A">
        <w:rPr>
          <w:rFonts w:eastAsia="Times New Roman" w:cs="Times New Roman"/>
          <w:b/>
          <w:sz w:val="24"/>
          <w:szCs w:val="24"/>
          <w:lang w:val="ru-RU"/>
        </w:rPr>
        <w:t>.8.</w:t>
      </w:r>
      <w:r w:rsidR="00AD1029" w:rsidRPr="001F290A">
        <w:rPr>
          <w:rFonts w:eastAsia="Times New Roman" w:cs="Times New Roman"/>
          <w:sz w:val="24"/>
          <w:szCs w:val="24"/>
          <w:lang w:val="ru-RU"/>
        </w:rPr>
        <w:t xml:space="preserve"> Сторона освобождается от уплаты неустойки, если докажет, что нарушение произошло вследствие непреодолимой силы или по вине другой Стороны. Уплата неустойки и возмещение убытков не освобождают от исполнения обязательств в натуре, если иное не вытекает из закона или существа обязательства.</w:t>
      </w:r>
    </w:p>
    <w:p w:rsidR="00755EF0" w:rsidRPr="001F290A" w:rsidRDefault="009755CE" w:rsidP="00FF4BB4">
      <w:pPr>
        <w:widowControl w:val="0"/>
        <w:spacing w:before="60" w:after="120"/>
        <w:ind w:firstLine="709"/>
        <w:rPr>
          <w:rFonts w:cs="Times New Roman"/>
          <w:sz w:val="24"/>
          <w:szCs w:val="24"/>
          <w:lang w:val="ru-RU"/>
        </w:rPr>
      </w:pPr>
      <w:r w:rsidRPr="001F290A">
        <w:rPr>
          <w:rFonts w:eastAsia="Times New Roman" w:cs="Times New Roman"/>
          <w:b/>
          <w:sz w:val="24"/>
          <w:szCs w:val="24"/>
          <w:lang w:val="ru-RU"/>
        </w:rPr>
        <w:t>6</w:t>
      </w:r>
      <w:r w:rsidR="00AD1029" w:rsidRPr="001F290A">
        <w:rPr>
          <w:rFonts w:eastAsia="Times New Roman" w:cs="Times New Roman"/>
          <w:b/>
          <w:sz w:val="24"/>
          <w:szCs w:val="24"/>
          <w:lang w:val="ru-RU"/>
        </w:rPr>
        <w:t>.9.</w:t>
      </w:r>
      <w:r w:rsidR="00AD1029" w:rsidRPr="001F290A">
        <w:rPr>
          <w:rFonts w:eastAsia="Times New Roman" w:cs="Times New Roman"/>
          <w:sz w:val="24"/>
          <w:szCs w:val="24"/>
          <w:lang w:val="ru-RU"/>
        </w:rPr>
        <w:t xml:space="preserve"> Требование об уплате неустойки направляется в письменной форме с расчетом.</w:t>
      </w:r>
      <w:r w:rsidR="002B4260" w:rsidRPr="001F290A">
        <w:rPr>
          <w:rFonts w:eastAsia="Times New Roman" w:cs="Times New Roman"/>
          <w:sz w:val="24"/>
          <w:szCs w:val="24"/>
          <w:lang w:val="ru-RU"/>
        </w:rPr>
        <w:t xml:space="preserve"> Уплата производится в течение </w:t>
      </w:r>
      <w:r w:rsidR="00AD1029" w:rsidRPr="001F290A">
        <w:rPr>
          <w:rFonts w:eastAsia="Times New Roman" w:cs="Times New Roman"/>
          <w:sz w:val="24"/>
          <w:szCs w:val="24"/>
          <w:lang w:val="ru-RU"/>
        </w:rPr>
        <w:t>10 рабочих дней с даты получения требования, если иной срок не указан в требовании.</w:t>
      </w:r>
    </w:p>
    <w:p w:rsidR="00755EF0" w:rsidRPr="001F290A" w:rsidRDefault="009755CE" w:rsidP="00547BD4">
      <w:pPr>
        <w:pStyle w:val="1"/>
        <w:keepNext w:val="0"/>
        <w:keepLines w:val="0"/>
        <w:widowControl w:val="0"/>
        <w:jc w:val="center"/>
        <w:rPr>
          <w:rFonts w:ascii="Times New Roman" w:hAnsi="Times New Roman" w:cs="Times New Roman"/>
          <w:color w:val="auto"/>
          <w:szCs w:val="24"/>
          <w:lang w:val="ru-RU"/>
        </w:rPr>
      </w:pPr>
      <w:r w:rsidRPr="001F290A">
        <w:rPr>
          <w:rFonts w:ascii="Times New Roman" w:hAnsi="Times New Roman" w:cs="Times New Roman"/>
          <w:color w:val="auto"/>
          <w:szCs w:val="24"/>
          <w:lang w:val="ru-RU"/>
        </w:rPr>
        <w:t>7</w:t>
      </w:r>
      <w:r w:rsidR="00FD27E1" w:rsidRPr="001F290A">
        <w:rPr>
          <w:rFonts w:ascii="Times New Roman" w:hAnsi="Times New Roman" w:cs="Times New Roman"/>
          <w:color w:val="auto"/>
          <w:szCs w:val="24"/>
          <w:lang w:val="ru-RU"/>
        </w:rPr>
        <w:t>. ОБСТОЯТЕЛЬСТВА НЕПРЕОДОЛИМОЙ СИЛЫ</w:t>
      </w:r>
    </w:p>
    <w:p w:rsidR="00755EF0" w:rsidRPr="001F290A" w:rsidRDefault="009755CE" w:rsidP="00547BD4">
      <w:pPr>
        <w:widowControl w:val="0"/>
        <w:ind w:firstLine="709"/>
        <w:rPr>
          <w:rFonts w:cs="Times New Roman"/>
          <w:sz w:val="24"/>
          <w:szCs w:val="24"/>
          <w:lang w:val="ru-RU"/>
        </w:rPr>
      </w:pPr>
      <w:r w:rsidRPr="001F290A">
        <w:rPr>
          <w:rFonts w:eastAsia="Times New Roman" w:cs="Times New Roman"/>
          <w:b/>
          <w:sz w:val="24"/>
          <w:szCs w:val="24"/>
          <w:lang w:val="ru-RU"/>
        </w:rPr>
        <w:t>7</w:t>
      </w:r>
      <w:r w:rsidR="00AD1029" w:rsidRPr="001F290A">
        <w:rPr>
          <w:rFonts w:eastAsia="Times New Roman" w:cs="Times New Roman"/>
          <w:b/>
          <w:sz w:val="24"/>
          <w:szCs w:val="24"/>
          <w:lang w:val="ru-RU"/>
        </w:rPr>
        <w:t>.1.</w:t>
      </w:r>
      <w:r w:rsidR="00AD1029" w:rsidRPr="001F290A">
        <w:rPr>
          <w:rFonts w:eastAsia="Times New Roman" w:cs="Times New Roman"/>
          <w:sz w:val="24"/>
          <w:szCs w:val="24"/>
          <w:lang w:val="ru-RU"/>
        </w:rPr>
        <w:t xml:space="preserve"> Сторона не несет ответственности за полное или частичное неисполнение, вызванное чрезвычайными и непредотвратимыми при данных условиях обстоятельствами, возникшими после заключения Контракта и непосредственно повлиявшими на исполнение.</w:t>
      </w:r>
    </w:p>
    <w:p w:rsidR="00755EF0" w:rsidRPr="001F290A" w:rsidRDefault="009755CE" w:rsidP="00547BD4">
      <w:pPr>
        <w:widowControl w:val="0"/>
        <w:ind w:firstLine="709"/>
        <w:rPr>
          <w:rFonts w:cs="Times New Roman"/>
          <w:sz w:val="24"/>
          <w:szCs w:val="24"/>
          <w:lang w:val="ru-RU"/>
        </w:rPr>
      </w:pPr>
      <w:r w:rsidRPr="001F290A">
        <w:rPr>
          <w:rFonts w:eastAsia="Times New Roman" w:cs="Times New Roman"/>
          <w:b/>
          <w:sz w:val="24"/>
          <w:szCs w:val="24"/>
          <w:lang w:val="ru-RU"/>
        </w:rPr>
        <w:t>7</w:t>
      </w:r>
      <w:r w:rsidR="00AD1029" w:rsidRPr="001F290A">
        <w:rPr>
          <w:rFonts w:eastAsia="Times New Roman" w:cs="Times New Roman"/>
          <w:b/>
          <w:sz w:val="24"/>
          <w:szCs w:val="24"/>
          <w:lang w:val="ru-RU"/>
        </w:rPr>
        <w:t>.2.</w:t>
      </w:r>
      <w:r w:rsidR="00AD1029" w:rsidRPr="001F290A">
        <w:rPr>
          <w:rFonts w:eastAsia="Times New Roman" w:cs="Times New Roman"/>
          <w:sz w:val="24"/>
          <w:szCs w:val="24"/>
          <w:lang w:val="ru-RU"/>
        </w:rPr>
        <w:t xml:space="preserve"> Сторона обязана уведомить другую </w:t>
      </w:r>
      <w:r w:rsidR="00FD27E1" w:rsidRPr="001F290A">
        <w:rPr>
          <w:rFonts w:eastAsia="Times New Roman" w:cs="Times New Roman"/>
          <w:sz w:val="24"/>
          <w:szCs w:val="24"/>
          <w:lang w:val="ru-RU"/>
        </w:rPr>
        <w:t>Сторону письменно не позднее 3 (трех)</w:t>
      </w:r>
      <w:r w:rsidR="00AD1029" w:rsidRPr="001F290A">
        <w:rPr>
          <w:rFonts w:eastAsia="Times New Roman" w:cs="Times New Roman"/>
          <w:sz w:val="24"/>
          <w:szCs w:val="24"/>
          <w:lang w:val="ru-RU"/>
        </w:rPr>
        <w:t xml:space="preserve"> рабочих дней с момента, когда ей стало известно о таких обстоятельствах, указав их характер, предполагаемый срок и влияние на обязательства, а также представить подтверждающие документы при их наличии.</w:t>
      </w:r>
    </w:p>
    <w:p w:rsidR="00755EF0" w:rsidRPr="001F290A" w:rsidRDefault="009755CE" w:rsidP="00547BD4">
      <w:pPr>
        <w:pStyle w:val="1"/>
        <w:keepNext w:val="0"/>
        <w:keepLines w:val="0"/>
        <w:widowControl w:val="0"/>
        <w:jc w:val="center"/>
        <w:rPr>
          <w:rFonts w:ascii="Times New Roman" w:hAnsi="Times New Roman" w:cs="Times New Roman"/>
          <w:color w:val="auto"/>
          <w:szCs w:val="24"/>
          <w:lang w:val="ru-RU"/>
        </w:rPr>
      </w:pPr>
      <w:r w:rsidRPr="001F290A">
        <w:rPr>
          <w:rFonts w:ascii="Times New Roman" w:hAnsi="Times New Roman" w:cs="Times New Roman"/>
          <w:color w:val="auto"/>
          <w:szCs w:val="24"/>
          <w:lang w:val="ru-RU"/>
        </w:rPr>
        <w:t>8</w:t>
      </w:r>
      <w:r w:rsidR="002D77AF" w:rsidRPr="001F290A">
        <w:rPr>
          <w:rFonts w:ascii="Times New Roman" w:hAnsi="Times New Roman" w:cs="Times New Roman"/>
          <w:color w:val="auto"/>
          <w:szCs w:val="24"/>
          <w:lang w:val="ru-RU"/>
        </w:rPr>
        <w:t>. ИЗМЕНЕНИЕ, РАСТОРЖЕНИЕ И ОДНОСТОРОННИЙ ОТКАЗ</w:t>
      </w:r>
    </w:p>
    <w:p w:rsidR="00755EF0" w:rsidRPr="001F290A" w:rsidRDefault="009755CE" w:rsidP="00547BD4">
      <w:pPr>
        <w:widowControl w:val="0"/>
        <w:ind w:firstLine="709"/>
        <w:rPr>
          <w:rFonts w:cs="Times New Roman"/>
          <w:sz w:val="24"/>
          <w:szCs w:val="24"/>
          <w:lang w:val="ru-RU"/>
        </w:rPr>
      </w:pPr>
      <w:r w:rsidRPr="001F290A">
        <w:rPr>
          <w:rFonts w:eastAsia="Times New Roman" w:cs="Times New Roman"/>
          <w:b/>
          <w:sz w:val="24"/>
          <w:szCs w:val="24"/>
          <w:lang w:val="ru-RU"/>
        </w:rPr>
        <w:t>8</w:t>
      </w:r>
      <w:r w:rsidR="00AD1029" w:rsidRPr="001F290A">
        <w:rPr>
          <w:rFonts w:eastAsia="Times New Roman" w:cs="Times New Roman"/>
          <w:b/>
          <w:sz w:val="24"/>
          <w:szCs w:val="24"/>
          <w:lang w:val="ru-RU"/>
        </w:rPr>
        <w:t>.1.</w:t>
      </w:r>
      <w:r w:rsidR="00AD1029" w:rsidRPr="001F290A">
        <w:rPr>
          <w:rFonts w:eastAsia="Times New Roman" w:cs="Times New Roman"/>
          <w:sz w:val="24"/>
          <w:szCs w:val="24"/>
          <w:lang w:val="ru-RU"/>
        </w:rPr>
        <w:t xml:space="preserve"> Изменение существенных условий допускается исключительно в случаях и порядке, предусмотренных статьей 95 Закона № 44-ФЗ и иными применимыми нормами законодательства РФ.</w:t>
      </w:r>
    </w:p>
    <w:p w:rsidR="00755EF0" w:rsidRPr="001F290A" w:rsidRDefault="009755CE" w:rsidP="00547BD4">
      <w:pPr>
        <w:widowControl w:val="0"/>
        <w:ind w:firstLine="709"/>
        <w:rPr>
          <w:rFonts w:cs="Times New Roman"/>
          <w:sz w:val="24"/>
          <w:szCs w:val="24"/>
          <w:lang w:val="ru-RU"/>
        </w:rPr>
      </w:pPr>
      <w:r w:rsidRPr="001F290A">
        <w:rPr>
          <w:rFonts w:eastAsia="Times New Roman" w:cs="Times New Roman"/>
          <w:b/>
          <w:sz w:val="24"/>
          <w:szCs w:val="24"/>
          <w:lang w:val="ru-RU"/>
        </w:rPr>
        <w:t>8</w:t>
      </w:r>
      <w:r w:rsidR="00AD1029" w:rsidRPr="001F290A">
        <w:rPr>
          <w:rFonts w:eastAsia="Times New Roman" w:cs="Times New Roman"/>
          <w:b/>
          <w:sz w:val="24"/>
          <w:szCs w:val="24"/>
          <w:lang w:val="ru-RU"/>
        </w:rPr>
        <w:t>.2.</w:t>
      </w:r>
      <w:r w:rsidR="00AD1029" w:rsidRPr="001F290A">
        <w:rPr>
          <w:rFonts w:eastAsia="Times New Roman" w:cs="Times New Roman"/>
          <w:sz w:val="24"/>
          <w:szCs w:val="24"/>
          <w:lang w:val="ru-RU"/>
        </w:rPr>
        <w:t xml:space="preserve"> Контракт может быть расторгнут по соглашению Сторон, по решению суда либо </w:t>
      </w:r>
      <w:r w:rsidR="00AD1029" w:rsidRPr="001F290A">
        <w:rPr>
          <w:rFonts w:eastAsia="Times New Roman" w:cs="Times New Roman"/>
          <w:sz w:val="24"/>
          <w:szCs w:val="24"/>
          <w:lang w:val="ru-RU"/>
        </w:rPr>
        <w:lastRenderedPageBreak/>
        <w:t>вследствие одностороннего отказа Стороны от исполнения в соответствии с гражданским законодательством и статьей 95 Закона № 44-ФЗ.</w:t>
      </w:r>
    </w:p>
    <w:p w:rsidR="00755EF0" w:rsidRPr="001F290A" w:rsidRDefault="009755CE" w:rsidP="00547BD4">
      <w:pPr>
        <w:widowControl w:val="0"/>
        <w:ind w:firstLine="709"/>
        <w:rPr>
          <w:rFonts w:cs="Times New Roman"/>
          <w:sz w:val="24"/>
          <w:szCs w:val="24"/>
          <w:lang w:val="ru-RU"/>
        </w:rPr>
      </w:pPr>
      <w:r w:rsidRPr="001F290A">
        <w:rPr>
          <w:rFonts w:eastAsia="Times New Roman" w:cs="Times New Roman"/>
          <w:b/>
          <w:sz w:val="24"/>
          <w:szCs w:val="24"/>
          <w:lang w:val="ru-RU"/>
        </w:rPr>
        <w:t>8</w:t>
      </w:r>
      <w:r w:rsidR="00AD1029" w:rsidRPr="001F290A">
        <w:rPr>
          <w:rFonts w:eastAsia="Times New Roman" w:cs="Times New Roman"/>
          <w:b/>
          <w:sz w:val="24"/>
          <w:szCs w:val="24"/>
          <w:lang w:val="ru-RU"/>
        </w:rPr>
        <w:t>.3.</w:t>
      </w:r>
      <w:r w:rsidR="00AD1029" w:rsidRPr="001F290A">
        <w:rPr>
          <w:rFonts w:eastAsia="Times New Roman" w:cs="Times New Roman"/>
          <w:sz w:val="24"/>
          <w:szCs w:val="24"/>
          <w:lang w:val="ru-RU"/>
        </w:rPr>
        <w:t xml:space="preserve"> Заказчик вправе принять решение об одностороннем отказе по основаниям, предусмотренным ГК РФ для одностороннего отказа от исполнения соответствующего вида обязательств. Если Заказчиком установлена возможность такого отказа, аналогичное право принадлежит другой Стороне в предусмотренных законом случаях.</w:t>
      </w:r>
    </w:p>
    <w:p w:rsidR="00755EF0" w:rsidRPr="001F290A" w:rsidRDefault="009755CE" w:rsidP="00547BD4">
      <w:pPr>
        <w:widowControl w:val="0"/>
        <w:ind w:firstLine="709"/>
        <w:rPr>
          <w:rFonts w:cs="Times New Roman"/>
          <w:sz w:val="24"/>
          <w:szCs w:val="24"/>
          <w:lang w:val="ru-RU"/>
        </w:rPr>
      </w:pPr>
      <w:r w:rsidRPr="001F290A">
        <w:rPr>
          <w:rFonts w:eastAsia="Times New Roman" w:cs="Times New Roman"/>
          <w:b/>
          <w:sz w:val="24"/>
          <w:szCs w:val="24"/>
          <w:lang w:val="ru-RU"/>
        </w:rPr>
        <w:t>8</w:t>
      </w:r>
      <w:r w:rsidR="00AD1029" w:rsidRPr="001F290A">
        <w:rPr>
          <w:rFonts w:eastAsia="Times New Roman" w:cs="Times New Roman"/>
          <w:b/>
          <w:sz w:val="24"/>
          <w:szCs w:val="24"/>
          <w:lang w:val="ru-RU"/>
        </w:rPr>
        <w:t>.4.</w:t>
      </w:r>
      <w:r w:rsidR="00AD1029" w:rsidRPr="001F290A">
        <w:rPr>
          <w:rFonts w:eastAsia="Times New Roman" w:cs="Times New Roman"/>
          <w:sz w:val="24"/>
          <w:szCs w:val="24"/>
          <w:lang w:val="ru-RU"/>
        </w:rPr>
        <w:t xml:space="preserve"> Процедура принятия, направления, вступления в силу и отмены решения об одностороннем отказе осуществляется в строгом соответствии со статьей 95 Закона № 44-ФЗ в редакции, действующей на дату совершения соответствующего действия.</w:t>
      </w:r>
    </w:p>
    <w:p w:rsidR="00755EF0" w:rsidRPr="001F290A" w:rsidRDefault="009755CE" w:rsidP="00547BD4">
      <w:pPr>
        <w:pStyle w:val="1"/>
        <w:keepNext w:val="0"/>
        <w:keepLines w:val="0"/>
        <w:widowControl w:val="0"/>
        <w:jc w:val="center"/>
        <w:rPr>
          <w:rFonts w:ascii="Times New Roman" w:hAnsi="Times New Roman" w:cs="Times New Roman"/>
          <w:color w:val="auto"/>
          <w:szCs w:val="24"/>
          <w:lang w:val="ru-RU"/>
        </w:rPr>
      </w:pPr>
      <w:r w:rsidRPr="001F290A">
        <w:rPr>
          <w:rFonts w:ascii="Times New Roman" w:hAnsi="Times New Roman" w:cs="Times New Roman"/>
          <w:color w:val="auto"/>
          <w:szCs w:val="24"/>
          <w:lang w:val="ru-RU"/>
        </w:rPr>
        <w:t>9</w:t>
      </w:r>
      <w:r w:rsidR="00FD27E1" w:rsidRPr="001F290A">
        <w:rPr>
          <w:rFonts w:ascii="Times New Roman" w:hAnsi="Times New Roman" w:cs="Times New Roman"/>
          <w:color w:val="auto"/>
          <w:szCs w:val="24"/>
          <w:lang w:val="ru-RU"/>
        </w:rPr>
        <w:t>. УРЕГУЛИРОВАНИЕ СПОРОВ</w:t>
      </w:r>
    </w:p>
    <w:p w:rsidR="00755EF0" w:rsidRPr="001F290A" w:rsidRDefault="009755CE" w:rsidP="00547BD4">
      <w:pPr>
        <w:widowControl w:val="0"/>
        <w:ind w:firstLine="709"/>
        <w:rPr>
          <w:rFonts w:cs="Times New Roman"/>
          <w:sz w:val="24"/>
          <w:szCs w:val="24"/>
          <w:lang w:val="ru-RU"/>
        </w:rPr>
      </w:pPr>
      <w:r w:rsidRPr="001F290A">
        <w:rPr>
          <w:rFonts w:eastAsia="Times New Roman" w:cs="Times New Roman"/>
          <w:b/>
          <w:sz w:val="24"/>
          <w:szCs w:val="24"/>
          <w:lang w:val="ru-RU"/>
        </w:rPr>
        <w:t>9</w:t>
      </w:r>
      <w:r w:rsidR="00AD1029" w:rsidRPr="001F290A">
        <w:rPr>
          <w:rFonts w:eastAsia="Times New Roman" w:cs="Times New Roman"/>
          <w:b/>
          <w:sz w:val="24"/>
          <w:szCs w:val="24"/>
          <w:lang w:val="ru-RU"/>
        </w:rPr>
        <w:t>.1.</w:t>
      </w:r>
      <w:r w:rsidR="00AD1029" w:rsidRPr="001F290A">
        <w:rPr>
          <w:rFonts w:eastAsia="Times New Roman" w:cs="Times New Roman"/>
          <w:sz w:val="24"/>
          <w:szCs w:val="24"/>
          <w:lang w:val="ru-RU"/>
        </w:rPr>
        <w:t xml:space="preserve"> Споры разрешаются путем переговоров и обязательного претензионного порядка. Срок ответа на претензию </w:t>
      </w:r>
      <w:r w:rsidR="0031264C" w:rsidRPr="001F290A">
        <w:rPr>
          <w:rFonts w:eastAsia="Times New Roman" w:cs="Times New Roman"/>
          <w:sz w:val="24"/>
          <w:szCs w:val="24"/>
          <w:lang w:val="ru-RU"/>
        </w:rPr>
        <w:t>–</w:t>
      </w:r>
      <w:r w:rsidR="00496462" w:rsidRPr="001F290A">
        <w:rPr>
          <w:rFonts w:eastAsia="Times New Roman" w:cs="Times New Roman"/>
          <w:sz w:val="24"/>
          <w:szCs w:val="24"/>
          <w:lang w:val="ru-RU"/>
        </w:rPr>
        <w:t xml:space="preserve"> </w:t>
      </w:r>
      <w:r w:rsidR="00AD1029" w:rsidRPr="001F290A">
        <w:rPr>
          <w:rFonts w:eastAsia="Times New Roman" w:cs="Times New Roman"/>
          <w:sz w:val="24"/>
          <w:szCs w:val="24"/>
          <w:lang w:val="ru-RU"/>
        </w:rPr>
        <w:t>10 рабочих дней с даты ее получения, если законом не предусмотрен иной срок.</w:t>
      </w:r>
    </w:p>
    <w:p w:rsidR="00755EF0" w:rsidRPr="001F290A" w:rsidRDefault="009755CE" w:rsidP="00547BD4">
      <w:pPr>
        <w:widowControl w:val="0"/>
        <w:ind w:firstLine="709"/>
        <w:rPr>
          <w:rFonts w:cs="Times New Roman"/>
          <w:sz w:val="24"/>
          <w:szCs w:val="24"/>
          <w:lang w:val="ru-RU"/>
        </w:rPr>
      </w:pPr>
      <w:r w:rsidRPr="001F290A">
        <w:rPr>
          <w:rFonts w:eastAsia="Times New Roman" w:cs="Times New Roman"/>
          <w:b/>
          <w:sz w:val="24"/>
          <w:szCs w:val="24"/>
          <w:lang w:val="ru-RU"/>
        </w:rPr>
        <w:t>9</w:t>
      </w:r>
      <w:r w:rsidR="00AD1029" w:rsidRPr="001F290A">
        <w:rPr>
          <w:rFonts w:eastAsia="Times New Roman" w:cs="Times New Roman"/>
          <w:b/>
          <w:sz w:val="24"/>
          <w:szCs w:val="24"/>
          <w:lang w:val="ru-RU"/>
        </w:rPr>
        <w:t>.2.</w:t>
      </w:r>
      <w:r w:rsidR="00AD1029" w:rsidRPr="001F290A">
        <w:rPr>
          <w:rFonts w:eastAsia="Times New Roman" w:cs="Times New Roman"/>
          <w:sz w:val="24"/>
          <w:szCs w:val="24"/>
          <w:lang w:val="ru-RU"/>
        </w:rPr>
        <w:t xml:space="preserve"> При </w:t>
      </w:r>
      <w:proofErr w:type="spellStart"/>
      <w:r w:rsidR="00AD1029" w:rsidRPr="001F290A">
        <w:rPr>
          <w:rFonts w:eastAsia="Times New Roman" w:cs="Times New Roman"/>
          <w:sz w:val="24"/>
          <w:szCs w:val="24"/>
          <w:lang w:val="ru-RU"/>
        </w:rPr>
        <w:t>недостижении</w:t>
      </w:r>
      <w:proofErr w:type="spellEnd"/>
      <w:r w:rsidR="00AD1029" w:rsidRPr="001F290A">
        <w:rPr>
          <w:rFonts w:eastAsia="Times New Roman" w:cs="Times New Roman"/>
          <w:sz w:val="24"/>
          <w:szCs w:val="24"/>
          <w:lang w:val="ru-RU"/>
        </w:rPr>
        <w:t xml:space="preserve"> соглашения спор передается в </w:t>
      </w:r>
      <w:r w:rsidR="00D63D35" w:rsidRPr="001F290A">
        <w:rPr>
          <w:rFonts w:eastAsia="Times New Roman" w:cs="Times New Roman"/>
          <w:sz w:val="24"/>
          <w:szCs w:val="24"/>
          <w:lang w:val="ru-RU"/>
        </w:rPr>
        <w:t>А</w:t>
      </w:r>
      <w:r w:rsidR="00AD1029" w:rsidRPr="001F290A">
        <w:rPr>
          <w:rFonts w:eastAsia="Times New Roman" w:cs="Times New Roman"/>
          <w:sz w:val="24"/>
          <w:szCs w:val="24"/>
          <w:lang w:val="ru-RU"/>
        </w:rPr>
        <w:t>рбитражный суд по месту нахождения Заказчика, если иная исключительная или договорная подсудность не установлена законом и не согласована Сторонами законно.</w:t>
      </w:r>
    </w:p>
    <w:p w:rsidR="00755EF0" w:rsidRPr="001F290A" w:rsidRDefault="00FD27E1" w:rsidP="00547BD4">
      <w:pPr>
        <w:pStyle w:val="1"/>
        <w:keepNext w:val="0"/>
        <w:keepLines w:val="0"/>
        <w:widowControl w:val="0"/>
        <w:jc w:val="center"/>
        <w:rPr>
          <w:rFonts w:ascii="Times New Roman" w:hAnsi="Times New Roman" w:cs="Times New Roman"/>
          <w:color w:val="auto"/>
          <w:szCs w:val="24"/>
          <w:lang w:val="ru-RU"/>
        </w:rPr>
      </w:pPr>
      <w:r w:rsidRPr="001F290A">
        <w:rPr>
          <w:rFonts w:ascii="Times New Roman" w:hAnsi="Times New Roman" w:cs="Times New Roman"/>
          <w:color w:val="auto"/>
          <w:szCs w:val="24"/>
          <w:lang w:val="ru-RU"/>
        </w:rPr>
        <w:t>1</w:t>
      </w:r>
      <w:r w:rsidR="009755CE" w:rsidRPr="001F290A">
        <w:rPr>
          <w:rFonts w:ascii="Times New Roman" w:hAnsi="Times New Roman" w:cs="Times New Roman"/>
          <w:color w:val="auto"/>
          <w:szCs w:val="24"/>
          <w:lang w:val="ru-RU"/>
        </w:rPr>
        <w:t>0</w:t>
      </w:r>
      <w:r w:rsidRPr="001F290A">
        <w:rPr>
          <w:rFonts w:ascii="Times New Roman" w:hAnsi="Times New Roman" w:cs="Times New Roman"/>
          <w:color w:val="auto"/>
          <w:szCs w:val="24"/>
          <w:lang w:val="ru-RU"/>
        </w:rPr>
        <w:t>. АНТИКОРРУПЦИОННАЯ ОГОВОРКА</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1</w:t>
      </w:r>
      <w:r w:rsidR="009755CE" w:rsidRPr="001F290A">
        <w:rPr>
          <w:rFonts w:eastAsia="Times New Roman" w:cs="Times New Roman"/>
          <w:b/>
          <w:sz w:val="24"/>
          <w:szCs w:val="24"/>
          <w:lang w:val="ru-RU"/>
        </w:rPr>
        <w:t>0</w:t>
      </w:r>
      <w:r w:rsidRPr="001F290A">
        <w:rPr>
          <w:rFonts w:eastAsia="Times New Roman" w:cs="Times New Roman"/>
          <w:b/>
          <w:sz w:val="24"/>
          <w:szCs w:val="24"/>
          <w:lang w:val="ru-RU"/>
        </w:rPr>
        <w:t>.1.</w:t>
      </w:r>
      <w:r w:rsidRPr="001F290A">
        <w:rPr>
          <w:rFonts w:eastAsia="Times New Roman" w:cs="Times New Roman"/>
          <w:sz w:val="24"/>
          <w:szCs w:val="24"/>
          <w:lang w:val="ru-RU"/>
        </w:rPr>
        <w:t xml:space="preserve"> Стороны не передают и не предлагают денежные средства или иные ценности с целью повлиять на решения третьих лиц, не совершают действий, квалифицируемых как взяточничество, коммерческий подкуп или иное коррупционное нарушение, и незамедлительно сообщают о ставших известными признаках такого нарушения.</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1</w:t>
      </w:r>
      <w:r w:rsidR="009755CE" w:rsidRPr="001F290A">
        <w:rPr>
          <w:rFonts w:eastAsia="Times New Roman" w:cs="Times New Roman"/>
          <w:b/>
          <w:sz w:val="24"/>
          <w:szCs w:val="24"/>
          <w:lang w:val="ru-RU"/>
        </w:rPr>
        <w:t>0</w:t>
      </w:r>
      <w:r w:rsidRPr="001F290A">
        <w:rPr>
          <w:rFonts w:eastAsia="Times New Roman" w:cs="Times New Roman"/>
          <w:b/>
          <w:sz w:val="24"/>
          <w:szCs w:val="24"/>
          <w:lang w:val="ru-RU"/>
        </w:rPr>
        <w:t>.2.</w:t>
      </w:r>
      <w:r w:rsidRPr="001F290A">
        <w:rPr>
          <w:rFonts w:eastAsia="Times New Roman" w:cs="Times New Roman"/>
          <w:sz w:val="24"/>
          <w:szCs w:val="24"/>
          <w:lang w:val="ru-RU"/>
        </w:rPr>
        <w:t xml:space="preserve"> </w:t>
      </w:r>
      <w:r w:rsidR="00CE0E34" w:rsidRPr="001F290A">
        <w:rPr>
          <w:rFonts w:eastAsia="Times New Roman" w:cs="Times New Roman"/>
          <w:sz w:val="24"/>
          <w:szCs w:val="24"/>
          <w:lang w:val="ru-RU"/>
        </w:rPr>
        <w:t>Исполнитель</w:t>
      </w:r>
      <w:r w:rsidRPr="001F290A">
        <w:rPr>
          <w:rFonts w:eastAsia="Times New Roman" w:cs="Times New Roman"/>
          <w:sz w:val="24"/>
          <w:szCs w:val="24"/>
          <w:lang w:val="ru-RU"/>
        </w:rPr>
        <w:t xml:space="preserve"> подтверждает отсутствие личной заинтересованности руководителя Заказчика, членов комиссии, контрактного управляющего и иных лиц, способной привести к конфликту интересов, в значении, установленном Законом № 44-ФЗ, и обязуется сообщить об изменении обстоятельств.</w:t>
      </w:r>
    </w:p>
    <w:p w:rsidR="00755EF0" w:rsidRPr="001F290A" w:rsidRDefault="00FD27E1" w:rsidP="00547BD4">
      <w:pPr>
        <w:pStyle w:val="1"/>
        <w:keepNext w:val="0"/>
        <w:keepLines w:val="0"/>
        <w:widowControl w:val="0"/>
        <w:jc w:val="center"/>
        <w:rPr>
          <w:rFonts w:ascii="Times New Roman" w:hAnsi="Times New Roman" w:cs="Times New Roman"/>
          <w:color w:val="auto"/>
          <w:szCs w:val="24"/>
          <w:lang w:val="ru-RU"/>
        </w:rPr>
      </w:pPr>
      <w:r w:rsidRPr="001F290A">
        <w:rPr>
          <w:rFonts w:ascii="Times New Roman" w:hAnsi="Times New Roman" w:cs="Times New Roman"/>
          <w:color w:val="auto"/>
          <w:szCs w:val="24"/>
          <w:lang w:val="ru-RU"/>
        </w:rPr>
        <w:t>1</w:t>
      </w:r>
      <w:r w:rsidR="009755CE" w:rsidRPr="001F290A">
        <w:rPr>
          <w:rFonts w:ascii="Times New Roman" w:hAnsi="Times New Roman" w:cs="Times New Roman"/>
          <w:color w:val="auto"/>
          <w:szCs w:val="24"/>
          <w:lang w:val="ru-RU"/>
        </w:rPr>
        <w:t>1</w:t>
      </w:r>
      <w:r w:rsidRPr="001F290A">
        <w:rPr>
          <w:rFonts w:ascii="Times New Roman" w:hAnsi="Times New Roman" w:cs="Times New Roman"/>
          <w:color w:val="auto"/>
          <w:szCs w:val="24"/>
          <w:lang w:val="ru-RU"/>
        </w:rPr>
        <w:t>. ЗАКЛЮЧИТЕЛЬНЫЕ ПОЛОЖЕНИЯ</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1</w:t>
      </w:r>
      <w:r w:rsidR="009755CE" w:rsidRPr="001F290A">
        <w:rPr>
          <w:rFonts w:eastAsia="Times New Roman" w:cs="Times New Roman"/>
          <w:b/>
          <w:sz w:val="24"/>
          <w:szCs w:val="24"/>
          <w:lang w:val="ru-RU"/>
        </w:rPr>
        <w:t>1</w:t>
      </w:r>
      <w:r w:rsidRPr="001F290A">
        <w:rPr>
          <w:rFonts w:eastAsia="Times New Roman" w:cs="Times New Roman"/>
          <w:b/>
          <w:sz w:val="24"/>
          <w:szCs w:val="24"/>
          <w:lang w:val="ru-RU"/>
        </w:rPr>
        <w:t xml:space="preserve">.1. </w:t>
      </w:r>
      <w:r w:rsidRPr="001F290A">
        <w:rPr>
          <w:rFonts w:eastAsia="Times New Roman" w:cs="Times New Roman"/>
          <w:sz w:val="24"/>
          <w:szCs w:val="24"/>
          <w:lang w:val="ru-RU"/>
        </w:rPr>
        <w:t>Контракт вступает в силу с даты подписания Сторонами и действует до</w:t>
      </w:r>
      <w:r w:rsidR="009755CE" w:rsidRPr="001F290A">
        <w:rPr>
          <w:rFonts w:eastAsia="Times New Roman" w:cs="Times New Roman"/>
          <w:sz w:val="24"/>
          <w:szCs w:val="24"/>
          <w:lang w:val="ru-RU"/>
        </w:rPr>
        <w:t> </w:t>
      </w:r>
      <w:sdt>
        <w:sdtPr>
          <w:rPr>
            <w:rFonts w:cs="Times New Roman"/>
            <w:sz w:val="24"/>
            <w:szCs w:val="24"/>
          </w:rPr>
          <w:alias w:val="CONTRACT_END_DATE"/>
          <w:tag w:val="CONTRACT_END_DATE"/>
          <w:id w:val="1015686908"/>
          <w:dataBinding w:prefixMappings="xmlns:f='urn:contract-form'" w:xpath="/f:root[1]/f:CONTRACT_END_DATE[1]" w:storeItemID="{D56D31AD-9111-421D-8CD3-FF82CFA5D4C9}"/>
          <w:date w:fullDate="2026-11-30T00:00:00Z">
            <w:dateFormat w:val="dd.MM.yyyy"/>
            <w:lid w:val="ru-RU"/>
            <w:storeMappedDataAs w:val="dateTime"/>
            <w:calendar w:val="gregorian"/>
          </w:date>
        </w:sdtPr>
        <w:sdtEndPr/>
        <w:sdtContent>
          <w:r w:rsidR="00CD04F3">
            <w:rPr>
              <w:rFonts w:cs="Times New Roman"/>
              <w:sz w:val="24"/>
              <w:szCs w:val="24"/>
              <w:lang w:val="ru-RU"/>
            </w:rPr>
            <w:t>30.11.2026</w:t>
          </w:r>
        </w:sdtContent>
      </w:sdt>
      <w:r w:rsidRPr="001F290A">
        <w:rPr>
          <w:rFonts w:eastAsia="Times New Roman" w:cs="Times New Roman"/>
          <w:sz w:val="24"/>
          <w:szCs w:val="24"/>
          <w:lang w:val="ru-RU"/>
        </w:rPr>
        <w:t xml:space="preserve">, а в части расчетов, гарантий, ответственности и неисполненных обязательств </w:t>
      </w:r>
      <w:r w:rsidR="0031264C" w:rsidRPr="001F290A">
        <w:rPr>
          <w:rFonts w:eastAsia="Times New Roman" w:cs="Times New Roman"/>
          <w:sz w:val="24"/>
          <w:szCs w:val="24"/>
          <w:lang w:val="ru-RU"/>
        </w:rPr>
        <w:t>–</w:t>
      </w:r>
      <w:r w:rsidRPr="001F290A">
        <w:rPr>
          <w:rFonts w:eastAsia="Times New Roman" w:cs="Times New Roman"/>
          <w:sz w:val="24"/>
          <w:szCs w:val="24"/>
          <w:lang w:val="ru-RU"/>
        </w:rPr>
        <w:t xml:space="preserve"> до их полного исполнения.</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1</w:t>
      </w:r>
      <w:r w:rsidR="009755CE" w:rsidRPr="001F290A">
        <w:rPr>
          <w:rFonts w:eastAsia="Times New Roman" w:cs="Times New Roman"/>
          <w:b/>
          <w:sz w:val="24"/>
          <w:szCs w:val="24"/>
          <w:lang w:val="ru-RU"/>
        </w:rPr>
        <w:t>1</w:t>
      </w:r>
      <w:r w:rsidRPr="001F290A">
        <w:rPr>
          <w:rFonts w:eastAsia="Times New Roman" w:cs="Times New Roman"/>
          <w:b/>
          <w:sz w:val="24"/>
          <w:szCs w:val="24"/>
          <w:lang w:val="ru-RU"/>
        </w:rPr>
        <w:t>.2.</w:t>
      </w:r>
      <w:r w:rsidRPr="001F290A">
        <w:rPr>
          <w:rFonts w:eastAsia="Times New Roman" w:cs="Times New Roman"/>
          <w:sz w:val="24"/>
          <w:szCs w:val="24"/>
          <w:lang w:val="ru-RU"/>
        </w:rPr>
        <w:t xml:space="preserve"> Во всем, что не урегулировано Контрактом, Стороны руководствуются Законом №</w:t>
      </w:r>
      <w:r w:rsidR="00737DF1" w:rsidRPr="001F290A">
        <w:rPr>
          <w:rFonts w:eastAsia="Times New Roman" w:cs="Times New Roman"/>
          <w:sz w:val="24"/>
          <w:szCs w:val="24"/>
          <w:lang w:val="ru-RU"/>
        </w:rPr>
        <w:t> </w:t>
      </w:r>
      <w:r w:rsidRPr="001F290A">
        <w:rPr>
          <w:rFonts w:eastAsia="Times New Roman" w:cs="Times New Roman"/>
          <w:sz w:val="24"/>
          <w:szCs w:val="24"/>
          <w:lang w:val="ru-RU"/>
        </w:rPr>
        <w:t>44-ФЗ, ГК РФ и иными нормативными правовыми актами РФ.</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1</w:t>
      </w:r>
      <w:r w:rsidR="009755CE" w:rsidRPr="001F290A">
        <w:rPr>
          <w:rFonts w:eastAsia="Times New Roman" w:cs="Times New Roman"/>
          <w:b/>
          <w:sz w:val="24"/>
          <w:szCs w:val="24"/>
          <w:lang w:val="ru-RU"/>
        </w:rPr>
        <w:t>1</w:t>
      </w:r>
      <w:r w:rsidRPr="001F290A">
        <w:rPr>
          <w:rFonts w:eastAsia="Times New Roman" w:cs="Times New Roman"/>
          <w:b/>
          <w:sz w:val="24"/>
          <w:szCs w:val="24"/>
          <w:lang w:val="ru-RU"/>
        </w:rPr>
        <w:t>.3.</w:t>
      </w:r>
      <w:r w:rsidRPr="001F290A">
        <w:rPr>
          <w:rFonts w:eastAsia="Times New Roman" w:cs="Times New Roman"/>
          <w:sz w:val="24"/>
          <w:szCs w:val="24"/>
          <w:lang w:val="ru-RU"/>
        </w:rPr>
        <w:t xml:space="preserve"> Юридически значимые сообщения направляются по адресам и электронной почте, указанным в реквизитах, заказным письмом, курьером, через ЕИС (когда применимо) либо иным способом, позволяющим подтвердить отправление и получение.</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1</w:t>
      </w:r>
      <w:r w:rsidR="009755CE" w:rsidRPr="001F290A">
        <w:rPr>
          <w:rFonts w:eastAsia="Times New Roman" w:cs="Times New Roman"/>
          <w:b/>
          <w:sz w:val="24"/>
          <w:szCs w:val="24"/>
          <w:lang w:val="ru-RU"/>
        </w:rPr>
        <w:t>1</w:t>
      </w:r>
      <w:r w:rsidRPr="001F290A">
        <w:rPr>
          <w:rFonts w:eastAsia="Times New Roman" w:cs="Times New Roman"/>
          <w:b/>
          <w:sz w:val="24"/>
          <w:szCs w:val="24"/>
          <w:lang w:val="ru-RU"/>
        </w:rPr>
        <w:t>.4.</w:t>
      </w:r>
      <w:r w:rsidRPr="001F290A">
        <w:rPr>
          <w:rFonts w:eastAsia="Times New Roman" w:cs="Times New Roman"/>
          <w:sz w:val="24"/>
          <w:szCs w:val="24"/>
          <w:lang w:val="ru-RU"/>
        </w:rPr>
        <w:t xml:space="preserve"> Об изменении наименования, адреса, банковских реквизитов, полномочий подписанта и иных существенных сведений Сторона уведо</w:t>
      </w:r>
      <w:r w:rsidR="00494922" w:rsidRPr="001F290A">
        <w:rPr>
          <w:rFonts w:eastAsia="Times New Roman" w:cs="Times New Roman"/>
          <w:sz w:val="24"/>
          <w:szCs w:val="24"/>
          <w:lang w:val="ru-RU"/>
        </w:rPr>
        <w:t xml:space="preserve">мляет другую Сторону в течение </w:t>
      </w:r>
      <w:r w:rsidRPr="001F290A">
        <w:rPr>
          <w:rFonts w:eastAsia="Times New Roman" w:cs="Times New Roman"/>
          <w:sz w:val="24"/>
          <w:szCs w:val="24"/>
          <w:lang w:val="ru-RU"/>
        </w:rPr>
        <w:t xml:space="preserve">3 рабочих дней. Риск последствий </w:t>
      </w:r>
      <w:proofErr w:type="spellStart"/>
      <w:r w:rsidRPr="001F290A">
        <w:rPr>
          <w:rFonts w:eastAsia="Times New Roman" w:cs="Times New Roman"/>
          <w:sz w:val="24"/>
          <w:szCs w:val="24"/>
          <w:lang w:val="ru-RU"/>
        </w:rPr>
        <w:t>неуведомления</w:t>
      </w:r>
      <w:proofErr w:type="spellEnd"/>
      <w:r w:rsidRPr="001F290A">
        <w:rPr>
          <w:rFonts w:eastAsia="Times New Roman" w:cs="Times New Roman"/>
          <w:sz w:val="24"/>
          <w:szCs w:val="24"/>
          <w:lang w:val="ru-RU"/>
        </w:rPr>
        <w:t xml:space="preserve"> несет соответствующая Сторона.</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1</w:t>
      </w:r>
      <w:r w:rsidR="009755CE" w:rsidRPr="001F290A">
        <w:rPr>
          <w:rFonts w:eastAsia="Times New Roman" w:cs="Times New Roman"/>
          <w:b/>
          <w:sz w:val="24"/>
          <w:szCs w:val="24"/>
          <w:lang w:val="ru-RU"/>
        </w:rPr>
        <w:t>1</w:t>
      </w:r>
      <w:r w:rsidRPr="001F290A">
        <w:rPr>
          <w:rFonts w:eastAsia="Times New Roman" w:cs="Times New Roman"/>
          <w:b/>
          <w:sz w:val="24"/>
          <w:szCs w:val="24"/>
          <w:lang w:val="ru-RU"/>
        </w:rPr>
        <w:t>.5.</w:t>
      </w:r>
      <w:r w:rsidRPr="001F290A">
        <w:rPr>
          <w:rFonts w:eastAsia="Times New Roman" w:cs="Times New Roman"/>
          <w:sz w:val="24"/>
          <w:szCs w:val="24"/>
          <w:lang w:val="ru-RU"/>
        </w:rPr>
        <w:t xml:space="preserve"> Контракт составлен в двух экземплярах равной юридической силы</w:t>
      </w:r>
      <w:r w:rsidR="00494922" w:rsidRPr="001F290A">
        <w:rPr>
          <w:rFonts w:eastAsia="Times New Roman" w:cs="Times New Roman"/>
          <w:sz w:val="24"/>
          <w:szCs w:val="24"/>
          <w:lang w:val="ru-RU"/>
        </w:rPr>
        <w:t>, по одному для каждой Стороны</w:t>
      </w:r>
      <w:r w:rsidRPr="001F290A">
        <w:rPr>
          <w:rFonts w:eastAsia="Times New Roman" w:cs="Times New Roman"/>
          <w:sz w:val="24"/>
          <w:szCs w:val="24"/>
          <w:lang w:val="ru-RU"/>
        </w:rPr>
        <w:t>.</w:t>
      </w:r>
    </w:p>
    <w:p w:rsidR="00755EF0" w:rsidRPr="001F290A" w:rsidRDefault="00AD1029" w:rsidP="00547BD4">
      <w:pPr>
        <w:widowControl w:val="0"/>
        <w:ind w:firstLine="709"/>
        <w:rPr>
          <w:rFonts w:cs="Times New Roman"/>
          <w:sz w:val="24"/>
          <w:szCs w:val="24"/>
          <w:lang w:val="ru-RU"/>
        </w:rPr>
      </w:pPr>
      <w:r w:rsidRPr="001F290A">
        <w:rPr>
          <w:rFonts w:eastAsia="Times New Roman" w:cs="Times New Roman"/>
          <w:b/>
          <w:sz w:val="24"/>
          <w:szCs w:val="24"/>
          <w:lang w:val="ru-RU"/>
        </w:rPr>
        <w:t>1</w:t>
      </w:r>
      <w:r w:rsidR="009755CE" w:rsidRPr="001F290A">
        <w:rPr>
          <w:rFonts w:eastAsia="Times New Roman" w:cs="Times New Roman"/>
          <w:b/>
          <w:sz w:val="24"/>
          <w:szCs w:val="24"/>
          <w:lang w:val="ru-RU"/>
        </w:rPr>
        <w:t>1</w:t>
      </w:r>
      <w:r w:rsidRPr="001F290A">
        <w:rPr>
          <w:rFonts w:eastAsia="Times New Roman" w:cs="Times New Roman"/>
          <w:b/>
          <w:sz w:val="24"/>
          <w:szCs w:val="24"/>
          <w:lang w:val="ru-RU"/>
        </w:rPr>
        <w:t>.6.</w:t>
      </w:r>
      <w:r w:rsidRPr="001F290A">
        <w:rPr>
          <w:rFonts w:eastAsia="Times New Roman" w:cs="Times New Roman"/>
          <w:sz w:val="24"/>
          <w:szCs w:val="24"/>
          <w:lang w:val="ru-RU"/>
        </w:rPr>
        <w:t xml:space="preserve"> Приложения: № 1 </w:t>
      </w:r>
      <w:r w:rsidR="0031264C" w:rsidRPr="001F290A">
        <w:rPr>
          <w:rFonts w:eastAsia="Times New Roman" w:cs="Times New Roman"/>
          <w:sz w:val="24"/>
          <w:szCs w:val="24"/>
          <w:lang w:val="ru-RU"/>
        </w:rPr>
        <w:t>–</w:t>
      </w:r>
      <w:r w:rsidR="00494922" w:rsidRPr="001F290A">
        <w:rPr>
          <w:rFonts w:eastAsia="Times New Roman" w:cs="Times New Roman"/>
          <w:sz w:val="24"/>
          <w:szCs w:val="24"/>
          <w:lang w:val="ru-RU"/>
        </w:rPr>
        <w:t xml:space="preserve"> Спецификации</w:t>
      </w:r>
      <w:r w:rsidRPr="001F290A">
        <w:rPr>
          <w:rFonts w:eastAsia="Times New Roman" w:cs="Times New Roman"/>
          <w:sz w:val="24"/>
          <w:szCs w:val="24"/>
          <w:lang w:val="ru-RU"/>
        </w:rPr>
        <w:t>.</w:t>
      </w:r>
    </w:p>
    <w:p w:rsidR="00755EF0" w:rsidRPr="001F290A" w:rsidRDefault="00FD27E1" w:rsidP="00547BD4">
      <w:pPr>
        <w:pStyle w:val="1"/>
        <w:keepNext w:val="0"/>
        <w:keepLines w:val="0"/>
        <w:widowControl w:val="0"/>
        <w:jc w:val="center"/>
        <w:rPr>
          <w:rFonts w:ascii="Times New Roman" w:hAnsi="Times New Roman" w:cs="Times New Roman"/>
          <w:color w:val="auto"/>
          <w:szCs w:val="24"/>
          <w:lang w:val="ru-RU"/>
        </w:rPr>
      </w:pPr>
      <w:r w:rsidRPr="001F290A">
        <w:rPr>
          <w:rFonts w:ascii="Times New Roman" w:hAnsi="Times New Roman" w:cs="Times New Roman"/>
          <w:color w:val="auto"/>
          <w:szCs w:val="24"/>
          <w:lang w:val="ru-RU"/>
        </w:rPr>
        <w:t>13. АДРЕСА, РЕКВИЗИТЫ И ПОДПИСИ СТОРОН</w:t>
      </w:r>
    </w:p>
    <w:tbl>
      <w:tblPr>
        <w:tblW w:w="9214" w:type="dxa"/>
        <w:jc w:val="center"/>
        <w:tblLayout w:type="fixed"/>
        <w:tblLook w:val="04A0" w:firstRow="1" w:lastRow="0" w:firstColumn="1" w:lastColumn="0" w:noHBand="0" w:noVBand="1"/>
      </w:tblPr>
      <w:tblGrid>
        <w:gridCol w:w="4820"/>
        <w:gridCol w:w="4394"/>
      </w:tblGrid>
      <w:tr w:rsidR="00951DA2" w:rsidRPr="001F290A" w:rsidTr="00B319D0">
        <w:trPr>
          <w:jc w:val="center"/>
        </w:trPr>
        <w:tc>
          <w:tcPr>
            <w:tcW w:w="4820" w:type="dxa"/>
            <w:shd w:val="clear" w:color="auto" w:fill="auto"/>
            <w:tcMar>
              <w:top w:w="120" w:type="dxa"/>
              <w:left w:w="140" w:type="dxa"/>
              <w:bottom w:w="120" w:type="dxa"/>
              <w:right w:w="140" w:type="dxa"/>
            </w:tcMar>
          </w:tcPr>
          <w:p w:rsidR="00755EF0" w:rsidRPr="001F290A" w:rsidRDefault="00AD1029" w:rsidP="0086563B">
            <w:pPr>
              <w:widowControl w:val="0"/>
              <w:spacing w:after="0"/>
              <w:jc w:val="left"/>
              <w:rPr>
                <w:rFonts w:cs="Times New Roman"/>
                <w:sz w:val="24"/>
                <w:szCs w:val="24"/>
                <w:lang w:val="ru-RU"/>
              </w:rPr>
            </w:pPr>
            <w:r w:rsidRPr="001F290A">
              <w:rPr>
                <w:rFonts w:eastAsia="Times New Roman" w:cs="Times New Roman"/>
                <w:b/>
                <w:sz w:val="24"/>
                <w:szCs w:val="24"/>
                <w:lang w:val="ru-RU"/>
              </w:rPr>
              <w:t>ЗАКАЗЧИК</w:t>
            </w:r>
            <w:r w:rsidR="00FD27E1" w:rsidRPr="001F290A">
              <w:rPr>
                <w:rFonts w:eastAsia="Times New Roman" w:cs="Times New Roman"/>
                <w:b/>
                <w:sz w:val="24"/>
                <w:szCs w:val="24"/>
                <w:lang w:val="ru-RU"/>
              </w:rPr>
              <w:t>:</w:t>
            </w:r>
          </w:p>
          <w:p w:rsidR="00755EF0" w:rsidRPr="001F290A" w:rsidRDefault="004E30B9" w:rsidP="0086563B">
            <w:pPr>
              <w:widowControl w:val="0"/>
              <w:spacing w:after="0"/>
              <w:rPr>
                <w:rFonts w:cs="Times New Roman"/>
                <w:sz w:val="24"/>
                <w:szCs w:val="24"/>
                <w:lang w:val="ru-RU"/>
              </w:rPr>
            </w:pPr>
            <w:sdt>
              <w:sdtPr>
                <w:rPr>
                  <w:rFonts w:cs="Times New Roman"/>
                  <w:sz w:val="24"/>
                  <w:szCs w:val="24"/>
                  <w:lang w:val="ru-RU"/>
                </w:rPr>
                <w:alias w:val="CUSTOMER_NAME"/>
                <w:tag w:val="CUSTOMER_NAME"/>
                <w:id w:val="1724120577"/>
                <w:dataBinding w:prefixMappings="xmlns:f='urn:contract-form'" w:xpath="/f:root[1]/f:CUSTOMER_NAME[1]" w:storeItemID="{D56D31AD-9111-421D-8CD3-FF82CFA5D4C9}"/>
                <w:text/>
              </w:sdtPr>
              <w:sdtEndPr/>
              <w:sdtContent>
                <w:r w:rsidR="00CD04F3">
                  <w:rPr>
                    <w:rFonts w:cs="Times New Roman"/>
                    <w:sz w:val="24"/>
                    <w:szCs w:val="24"/>
                    <w:lang w:val="ru-RU"/>
                  </w:rPr>
                  <w:t xml:space="preserve">Администрация Петровского сельского поселения Приозерского муниципального </w:t>
                </w:r>
                <w:r w:rsidR="00CD04F3">
                  <w:rPr>
                    <w:rFonts w:cs="Times New Roman"/>
                    <w:sz w:val="24"/>
                    <w:szCs w:val="24"/>
                    <w:lang w:val="ru-RU"/>
                  </w:rPr>
                  <w:lastRenderedPageBreak/>
                  <w:t>района Ленинградской области</w:t>
                </w:r>
              </w:sdtContent>
            </w:sdt>
          </w:p>
          <w:p w:rsidR="00737DF1" w:rsidRPr="001F290A" w:rsidRDefault="00737DF1" w:rsidP="0086563B">
            <w:pPr>
              <w:widowControl w:val="0"/>
              <w:spacing w:after="0"/>
              <w:rPr>
                <w:rFonts w:eastAsia="Times New Roman" w:cs="Times New Roman"/>
                <w:sz w:val="24"/>
                <w:szCs w:val="24"/>
                <w:lang w:val="ru-RU"/>
              </w:rPr>
            </w:pPr>
            <w:r w:rsidRPr="001F290A">
              <w:rPr>
                <w:rFonts w:eastAsia="Times New Roman" w:cs="Times New Roman"/>
                <w:sz w:val="24"/>
                <w:szCs w:val="24"/>
                <w:lang w:val="ru-RU"/>
              </w:rPr>
              <w:t>Юр./почтовый адрес: 188732, Ленинградская область, Приозерский район, п. Петровское, ул. Шоссейная, д. 22</w:t>
            </w:r>
          </w:p>
          <w:p w:rsidR="00737DF1" w:rsidRPr="001F290A" w:rsidRDefault="00737DF1" w:rsidP="0086563B">
            <w:pPr>
              <w:widowControl w:val="0"/>
              <w:spacing w:after="0"/>
              <w:rPr>
                <w:rFonts w:eastAsia="Times New Roman" w:cs="Times New Roman"/>
                <w:sz w:val="24"/>
                <w:szCs w:val="24"/>
                <w:lang w:val="ru-RU"/>
              </w:rPr>
            </w:pPr>
            <w:r w:rsidRPr="001F290A">
              <w:rPr>
                <w:rFonts w:eastAsia="Times New Roman" w:cs="Times New Roman"/>
                <w:sz w:val="24"/>
                <w:szCs w:val="24"/>
                <w:lang w:val="ru-RU"/>
              </w:rPr>
              <w:t>ИНН 4712039326</w:t>
            </w:r>
          </w:p>
          <w:p w:rsidR="00737DF1" w:rsidRPr="001F290A" w:rsidRDefault="00737DF1" w:rsidP="0086563B">
            <w:pPr>
              <w:widowControl w:val="0"/>
              <w:spacing w:after="0"/>
              <w:rPr>
                <w:rFonts w:eastAsia="Times New Roman" w:cs="Times New Roman"/>
                <w:sz w:val="24"/>
                <w:szCs w:val="24"/>
                <w:lang w:val="ru-RU"/>
              </w:rPr>
            </w:pPr>
            <w:r w:rsidRPr="001F290A">
              <w:rPr>
                <w:rFonts w:eastAsia="Times New Roman" w:cs="Times New Roman"/>
                <w:sz w:val="24"/>
                <w:szCs w:val="24"/>
                <w:lang w:val="ru-RU"/>
              </w:rPr>
              <w:t>КПП 471201001</w:t>
            </w:r>
          </w:p>
          <w:p w:rsidR="00737DF1" w:rsidRPr="001F290A" w:rsidRDefault="00737DF1" w:rsidP="0086563B">
            <w:pPr>
              <w:widowControl w:val="0"/>
              <w:spacing w:after="0"/>
              <w:rPr>
                <w:rFonts w:eastAsia="Times New Roman" w:cs="Times New Roman"/>
                <w:sz w:val="24"/>
                <w:szCs w:val="24"/>
                <w:lang w:val="ru-RU"/>
              </w:rPr>
            </w:pPr>
            <w:r w:rsidRPr="001F290A">
              <w:rPr>
                <w:rFonts w:eastAsia="Times New Roman" w:cs="Times New Roman"/>
                <w:sz w:val="24"/>
                <w:szCs w:val="24"/>
                <w:lang w:val="ru-RU"/>
              </w:rPr>
              <w:t>ОГРН 1054700441388</w:t>
            </w:r>
          </w:p>
          <w:p w:rsidR="00737DF1" w:rsidRPr="001F290A" w:rsidRDefault="00737DF1" w:rsidP="0086563B">
            <w:pPr>
              <w:widowControl w:val="0"/>
              <w:spacing w:after="0"/>
              <w:rPr>
                <w:rFonts w:eastAsia="Times New Roman" w:cs="Times New Roman"/>
                <w:sz w:val="24"/>
                <w:szCs w:val="24"/>
                <w:lang w:val="ru-RU"/>
              </w:rPr>
            </w:pPr>
            <w:r w:rsidRPr="001F290A">
              <w:rPr>
                <w:rFonts w:eastAsia="Times New Roman" w:cs="Times New Roman"/>
                <w:sz w:val="24"/>
                <w:szCs w:val="24"/>
                <w:lang w:val="ru-RU"/>
              </w:rPr>
              <w:t>ОКТМО 41639440</w:t>
            </w:r>
          </w:p>
          <w:p w:rsidR="00737DF1" w:rsidRPr="001F290A" w:rsidRDefault="00737DF1" w:rsidP="0086563B">
            <w:pPr>
              <w:widowControl w:val="0"/>
              <w:spacing w:after="0"/>
              <w:rPr>
                <w:rFonts w:eastAsia="Times New Roman" w:cs="Times New Roman"/>
                <w:sz w:val="24"/>
                <w:szCs w:val="24"/>
                <w:lang w:val="ru-RU"/>
              </w:rPr>
            </w:pPr>
            <w:r w:rsidRPr="001F290A">
              <w:rPr>
                <w:rFonts w:eastAsia="Times New Roman" w:cs="Times New Roman"/>
                <w:sz w:val="24"/>
                <w:szCs w:val="24"/>
                <w:lang w:val="ru-RU"/>
              </w:rPr>
              <w:t>Тел.: 8 (81379) 66-217</w:t>
            </w:r>
          </w:p>
          <w:p w:rsidR="00737DF1" w:rsidRPr="00CD04F3" w:rsidRDefault="00737DF1" w:rsidP="0086563B">
            <w:pPr>
              <w:widowControl w:val="0"/>
              <w:spacing w:after="0"/>
              <w:rPr>
                <w:rFonts w:eastAsia="Times New Roman" w:cs="Times New Roman"/>
                <w:sz w:val="24"/>
                <w:szCs w:val="24"/>
              </w:rPr>
            </w:pPr>
            <w:r w:rsidRPr="001F290A">
              <w:rPr>
                <w:rFonts w:eastAsia="Times New Roman" w:cs="Times New Roman"/>
                <w:sz w:val="24"/>
                <w:szCs w:val="24"/>
              </w:rPr>
              <w:t>E</w:t>
            </w:r>
            <w:r w:rsidRPr="00CD04F3">
              <w:rPr>
                <w:rFonts w:eastAsia="Times New Roman" w:cs="Times New Roman"/>
                <w:sz w:val="24"/>
                <w:szCs w:val="24"/>
              </w:rPr>
              <w:t>-</w:t>
            </w:r>
            <w:r w:rsidRPr="001F290A">
              <w:rPr>
                <w:rFonts w:eastAsia="Times New Roman" w:cs="Times New Roman"/>
                <w:sz w:val="24"/>
                <w:szCs w:val="24"/>
              </w:rPr>
              <w:t>mail</w:t>
            </w:r>
            <w:r w:rsidRPr="00CD04F3">
              <w:rPr>
                <w:rFonts w:eastAsia="Times New Roman" w:cs="Times New Roman"/>
                <w:sz w:val="24"/>
                <w:szCs w:val="24"/>
              </w:rPr>
              <w:t xml:space="preserve">: </w:t>
            </w:r>
            <w:r w:rsidRPr="001F290A">
              <w:rPr>
                <w:rFonts w:eastAsia="Times New Roman" w:cs="Times New Roman"/>
                <w:sz w:val="24"/>
                <w:szCs w:val="24"/>
              </w:rPr>
              <w:t>inbox</w:t>
            </w:r>
            <w:r w:rsidRPr="00CD04F3">
              <w:rPr>
                <w:rFonts w:eastAsia="Times New Roman" w:cs="Times New Roman"/>
                <w:sz w:val="24"/>
                <w:szCs w:val="24"/>
              </w:rPr>
              <w:t>@47</w:t>
            </w:r>
            <w:r w:rsidRPr="001F290A">
              <w:rPr>
                <w:rFonts w:eastAsia="Times New Roman" w:cs="Times New Roman"/>
                <w:sz w:val="24"/>
                <w:szCs w:val="24"/>
              </w:rPr>
              <w:t>petrovskoe</w:t>
            </w:r>
            <w:r w:rsidRPr="00CD04F3">
              <w:rPr>
                <w:rFonts w:eastAsia="Times New Roman" w:cs="Times New Roman"/>
                <w:sz w:val="24"/>
                <w:szCs w:val="24"/>
              </w:rPr>
              <w:t>.</w:t>
            </w:r>
            <w:r w:rsidRPr="001F290A">
              <w:rPr>
                <w:rFonts w:eastAsia="Times New Roman" w:cs="Times New Roman"/>
                <w:sz w:val="24"/>
                <w:szCs w:val="24"/>
              </w:rPr>
              <w:t>ru</w:t>
            </w:r>
          </w:p>
          <w:p w:rsidR="00737DF1" w:rsidRPr="00CD04F3" w:rsidRDefault="00737DF1" w:rsidP="0086563B">
            <w:pPr>
              <w:widowControl w:val="0"/>
              <w:spacing w:after="0"/>
              <w:rPr>
                <w:rFonts w:eastAsia="Times New Roman" w:cs="Times New Roman"/>
                <w:sz w:val="24"/>
                <w:szCs w:val="24"/>
              </w:rPr>
            </w:pPr>
            <w:r w:rsidRPr="001F290A">
              <w:rPr>
                <w:rFonts w:eastAsia="Times New Roman" w:cs="Times New Roman"/>
                <w:sz w:val="24"/>
                <w:szCs w:val="24"/>
                <w:lang w:val="ru-RU"/>
              </w:rPr>
              <w:t>р</w:t>
            </w:r>
            <w:r w:rsidRPr="00CD04F3">
              <w:rPr>
                <w:rFonts w:eastAsia="Times New Roman" w:cs="Times New Roman"/>
                <w:sz w:val="24"/>
                <w:szCs w:val="24"/>
              </w:rPr>
              <w:t>/</w:t>
            </w:r>
            <w:r w:rsidRPr="001F290A">
              <w:rPr>
                <w:rFonts w:eastAsia="Times New Roman" w:cs="Times New Roman"/>
                <w:sz w:val="24"/>
                <w:szCs w:val="24"/>
                <w:lang w:val="ru-RU"/>
              </w:rPr>
              <w:t>с</w:t>
            </w:r>
            <w:r w:rsidRPr="00CD04F3">
              <w:rPr>
                <w:rFonts w:eastAsia="Times New Roman" w:cs="Times New Roman"/>
                <w:sz w:val="24"/>
                <w:szCs w:val="24"/>
              </w:rPr>
              <w:t xml:space="preserve"> 03231643416394404500</w:t>
            </w:r>
          </w:p>
          <w:p w:rsidR="00737DF1" w:rsidRPr="001F290A" w:rsidRDefault="00737DF1" w:rsidP="0086563B">
            <w:pPr>
              <w:widowControl w:val="0"/>
              <w:spacing w:after="0"/>
              <w:rPr>
                <w:rFonts w:eastAsia="Times New Roman" w:cs="Times New Roman"/>
                <w:sz w:val="24"/>
                <w:szCs w:val="24"/>
                <w:lang w:val="ru-RU"/>
              </w:rPr>
            </w:pPr>
            <w:r w:rsidRPr="001F290A">
              <w:rPr>
                <w:rFonts w:eastAsia="Times New Roman" w:cs="Times New Roman"/>
                <w:sz w:val="24"/>
                <w:szCs w:val="24"/>
                <w:lang w:val="ru-RU"/>
              </w:rPr>
              <w:t xml:space="preserve">ОКЦ № 1 Северо-Западного ГУ Банка России/УФК по Ленинградской области, г. Санкт-Петербург </w:t>
            </w:r>
          </w:p>
          <w:p w:rsidR="00737DF1" w:rsidRPr="001F290A" w:rsidRDefault="00737DF1" w:rsidP="0086563B">
            <w:pPr>
              <w:widowControl w:val="0"/>
              <w:spacing w:after="0"/>
              <w:rPr>
                <w:rFonts w:eastAsia="Times New Roman" w:cs="Times New Roman"/>
                <w:sz w:val="24"/>
                <w:szCs w:val="24"/>
                <w:lang w:val="ru-RU"/>
              </w:rPr>
            </w:pPr>
            <w:r w:rsidRPr="001F290A">
              <w:rPr>
                <w:rFonts w:eastAsia="Times New Roman" w:cs="Times New Roman"/>
                <w:sz w:val="24"/>
                <w:szCs w:val="24"/>
                <w:lang w:val="ru-RU"/>
              </w:rPr>
              <w:t>к/с 40102810745370000098</w:t>
            </w:r>
          </w:p>
          <w:p w:rsidR="00737DF1" w:rsidRPr="001F290A" w:rsidRDefault="00737DF1" w:rsidP="0086563B">
            <w:pPr>
              <w:widowControl w:val="0"/>
              <w:spacing w:after="0"/>
              <w:rPr>
                <w:rFonts w:eastAsia="Times New Roman" w:cs="Times New Roman"/>
                <w:sz w:val="24"/>
                <w:szCs w:val="24"/>
                <w:lang w:val="ru-RU"/>
              </w:rPr>
            </w:pPr>
            <w:r w:rsidRPr="001F290A">
              <w:rPr>
                <w:rFonts w:eastAsia="Times New Roman" w:cs="Times New Roman"/>
                <w:sz w:val="24"/>
                <w:szCs w:val="24"/>
                <w:lang w:val="ru-RU"/>
              </w:rPr>
              <w:t>БИК 044030098</w:t>
            </w:r>
          </w:p>
          <w:p w:rsidR="00755EF0" w:rsidRPr="001F290A" w:rsidRDefault="00737DF1" w:rsidP="0086563B">
            <w:pPr>
              <w:widowControl w:val="0"/>
              <w:spacing w:after="0"/>
              <w:rPr>
                <w:rFonts w:eastAsia="Times New Roman" w:cs="Times New Roman"/>
                <w:sz w:val="24"/>
                <w:szCs w:val="24"/>
                <w:lang w:val="ru-RU"/>
              </w:rPr>
            </w:pPr>
            <w:r w:rsidRPr="001F290A">
              <w:rPr>
                <w:rFonts w:eastAsia="Times New Roman" w:cs="Times New Roman"/>
                <w:sz w:val="24"/>
                <w:szCs w:val="24"/>
                <w:lang w:val="ru-RU"/>
              </w:rPr>
              <w:t>л/с 02963033171 в УФК по Ленинградской области (Комитет финансов Приозерский район Администрация Петровского сельского поселения)</w:t>
            </w:r>
          </w:p>
          <w:p w:rsidR="005F5352" w:rsidRPr="001F290A" w:rsidRDefault="005F5352" w:rsidP="0086563B">
            <w:pPr>
              <w:widowControl w:val="0"/>
              <w:spacing w:after="0"/>
              <w:rPr>
                <w:rFonts w:cs="Times New Roman"/>
                <w:sz w:val="24"/>
                <w:szCs w:val="24"/>
                <w:lang w:val="ru-RU"/>
              </w:rPr>
            </w:pPr>
          </w:p>
        </w:tc>
        <w:tc>
          <w:tcPr>
            <w:tcW w:w="4394" w:type="dxa"/>
            <w:shd w:val="clear" w:color="auto" w:fill="auto"/>
            <w:tcMar>
              <w:top w:w="120" w:type="dxa"/>
              <w:left w:w="140" w:type="dxa"/>
              <w:bottom w:w="120" w:type="dxa"/>
              <w:right w:w="140" w:type="dxa"/>
            </w:tcMar>
          </w:tcPr>
          <w:p w:rsidR="00755EF0" w:rsidRPr="001F290A" w:rsidRDefault="00CE0E34" w:rsidP="0086563B">
            <w:pPr>
              <w:widowControl w:val="0"/>
              <w:spacing w:after="0"/>
              <w:jc w:val="left"/>
              <w:rPr>
                <w:rFonts w:cs="Times New Roman"/>
                <w:sz w:val="24"/>
                <w:szCs w:val="24"/>
                <w:lang w:val="ru-RU"/>
              </w:rPr>
            </w:pPr>
            <w:r w:rsidRPr="001F290A">
              <w:rPr>
                <w:rFonts w:eastAsia="Times New Roman" w:cs="Times New Roman"/>
                <w:b/>
                <w:sz w:val="24"/>
                <w:szCs w:val="24"/>
                <w:lang w:val="ru-RU"/>
              </w:rPr>
              <w:lastRenderedPageBreak/>
              <w:t>ИСПОЛНИТЕЛЬ</w:t>
            </w:r>
            <w:r w:rsidR="00FD27E1" w:rsidRPr="001F290A">
              <w:rPr>
                <w:rFonts w:eastAsia="Times New Roman" w:cs="Times New Roman"/>
                <w:b/>
                <w:sz w:val="24"/>
                <w:szCs w:val="24"/>
                <w:lang w:val="ru-RU"/>
              </w:rPr>
              <w:t>:</w:t>
            </w:r>
          </w:p>
          <w:p w:rsidR="00755EF0" w:rsidRPr="001F290A" w:rsidRDefault="004E30B9" w:rsidP="0086563B">
            <w:pPr>
              <w:widowControl w:val="0"/>
              <w:spacing w:after="0"/>
              <w:rPr>
                <w:rFonts w:cs="Times New Roman"/>
                <w:sz w:val="24"/>
                <w:szCs w:val="24"/>
                <w:lang w:val="ru-RU"/>
              </w:rPr>
            </w:pPr>
            <w:sdt>
              <w:sdtPr>
                <w:rPr>
                  <w:rFonts w:cs="Times New Roman"/>
                  <w:sz w:val="24"/>
                  <w:szCs w:val="24"/>
                  <w:lang w:val="ru-RU"/>
                </w:rPr>
                <w:alias w:val="PARTY_NAME"/>
                <w:tag w:val="PARTY_NAME"/>
                <w:id w:val="1246895956"/>
                <w:dataBinding w:prefixMappings="xmlns:f='urn:contract-form'" w:xpath="/f:root[1]/f:PARTY_NAME[1]" w:storeItemID="{D56D31AD-9111-421D-8CD3-FF82CFA5D4C9}"/>
                <w:text/>
              </w:sdtPr>
              <w:sdtEndPr/>
              <w:sdtContent>
                <w:r w:rsidR="007577B6" w:rsidRPr="001F290A">
                  <w:rPr>
                    <w:rFonts w:cs="Times New Roman"/>
                    <w:sz w:val="24"/>
                    <w:szCs w:val="24"/>
                    <w:lang w:val="ru-RU"/>
                  </w:rPr>
                  <w:t xml:space="preserve">Индивидуальный предприниматель </w:t>
                </w:r>
                <w:proofErr w:type="spellStart"/>
                <w:r w:rsidR="007577B6" w:rsidRPr="001F290A">
                  <w:rPr>
                    <w:rFonts w:cs="Times New Roman"/>
                    <w:sz w:val="24"/>
                    <w:szCs w:val="24"/>
                    <w:lang w:val="ru-RU"/>
                  </w:rPr>
                  <w:t>Визгалов</w:t>
                </w:r>
                <w:proofErr w:type="spellEnd"/>
                <w:r w:rsidR="007577B6" w:rsidRPr="001F290A">
                  <w:rPr>
                    <w:rFonts w:cs="Times New Roman"/>
                    <w:sz w:val="24"/>
                    <w:szCs w:val="24"/>
                    <w:lang w:val="ru-RU"/>
                  </w:rPr>
                  <w:t xml:space="preserve"> Роман Александрович</w:t>
                </w:r>
              </w:sdtContent>
            </w:sdt>
          </w:p>
          <w:p w:rsidR="00CD0945" w:rsidRPr="001F290A" w:rsidRDefault="00CD0945" w:rsidP="0086563B">
            <w:pPr>
              <w:widowControl w:val="0"/>
              <w:spacing w:after="0"/>
              <w:rPr>
                <w:rFonts w:eastAsia="Times New Roman" w:cs="Times New Roman"/>
                <w:bCs/>
                <w:sz w:val="24"/>
                <w:szCs w:val="24"/>
                <w:lang w:val="ru-RU"/>
              </w:rPr>
            </w:pPr>
            <w:r w:rsidRPr="001F290A">
              <w:rPr>
                <w:rFonts w:eastAsia="Times New Roman" w:cs="Times New Roman"/>
                <w:bCs/>
                <w:sz w:val="24"/>
                <w:szCs w:val="24"/>
                <w:lang w:val="ru-RU"/>
              </w:rPr>
              <w:lastRenderedPageBreak/>
              <w:t>ОГРН 321470400061634</w:t>
            </w:r>
          </w:p>
          <w:p w:rsidR="0086563B" w:rsidRDefault="0086563B" w:rsidP="0086563B">
            <w:pPr>
              <w:widowControl w:val="0"/>
              <w:spacing w:after="0"/>
              <w:rPr>
                <w:rFonts w:eastAsia="Times New Roman" w:cs="Times New Roman"/>
                <w:bCs/>
                <w:sz w:val="24"/>
                <w:szCs w:val="24"/>
                <w:lang w:val="ru-RU"/>
              </w:rPr>
            </w:pPr>
          </w:p>
          <w:p w:rsidR="0086563B" w:rsidRDefault="0086563B" w:rsidP="0086563B">
            <w:pPr>
              <w:widowControl w:val="0"/>
              <w:spacing w:after="0"/>
              <w:rPr>
                <w:rFonts w:eastAsia="Times New Roman" w:cs="Times New Roman"/>
                <w:bCs/>
                <w:sz w:val="24"/>
                <w:szCs w:val="24"/>
                <w:lang w:val="ru-RU"/>
              </w:rPr>
            </w:pPr>
          </w:p>
          <w:p w:rsidR="00CD0945" w:rsidRPr="001F290A" w:rsidRDefault="00CD0945" w:rsidP="0086563B">
            <w:pPr>
              <w:widowControl w:val="0"/>
              <w:spacing w:after="0"/>
              <w:rPr>
                <w:rFonts w:eastAsia="Times New Roman" w:cs="Times New Roman"/>
                <w:bCs/>
                <w:sz w:val="24"/>
                <w:szCs w:val="24"/>
                <w:lang w:val="ru-RU"/>
              </w:rPr>
            </w:pPr>
            <w:r w:rsidRPr="001F290A">
              <w:rPr>
                <w:rFonts w:eastAsia="Times New Roman" w:cs="Times New Roman"/>
                <w:bCs/>
                <w:sz w:val="24"/>
                <w:szCs w:val="24"/>
                <w:lang w:val="ru-RU"/>
              </w:rPr>
              <w:t>Юридический адрес: Ленинградская область, Приозерский район, п. Сосново, ул. Академическая, д. 4, кв. 13</w:t>
            </w:r>
          </w:p>
          <w:p w:rsidR="0086563B" w:rsidRPr="001F290A" w:rsidRDefault="0086563B" w:rsidP="0086563B">
            <w:pPr>
              <w:widowControl w:val="0"/>
              <w:spacing w:after="0"/>
              <w:rPr>
                <w:rFonts w:eastAsia="Times New Roman" w:cs="Times New Roman"/>
                <w:bCs/>
                <w:sz w:val="24"/>
                <w:szCs w:val="24"/>
                <w:lang w:val="ru-RU"/>
              </w:rPr>
            </w:pPr>
            <w:r w:rsidRPr="001F290A">
              <w:rPr>
                <w:rFonts w:eastAsia="Times New Roman" w:cs="Times New Roman"/>
                <w:bCs/>
                <w:sz w:val="24"/>
                <w:szCs w:val="24"/>
                <w:lang w:val="ru-RU"/>
              </w:rPr>
              <w:t>ИНН 471207020000</w:t>
            </w:r>
          </w:p>
          <w:p w:rsidR="0086563B" w:rsidRDefault="0086563B" w:rsidP="0086563B">
            <w:pPr>
              <w:widowControl w:val="0"/>
              <w:spacing w:after="0"/>
              <w:rPr>
                <w:rFonts w:eastAsia="Times New Roman" w:cs="Times New Roman"/>
                <w:bCs/>
                <w:sz w:val="24"/>
                <w:szCs w:val="24"/>
                <w:lang w:val="ru-RU"/>
              </w:rPr>
            </w:pPr>
          </w:p>
          <w:p w:rsidR="0086563B" w:rsidRDefault="0086563B" w:rsidP="0086563B">
            <w:pPr>
              <w:widowControl w:val="0"/>
              <w:spacing w:after="0"/>
              <w:rPr>
                <w:rFonts w:eastAsia="Times New Roman" w:cs="Times New Roman"/>
                <w:bCs/>
                <w:sz w:val="24"/>
                <w:szCs w:val="24"/>
                <w:lang w:val="ru-RU"/>
              </w:rPr>
            </w:pPr>
          </w:p>
          <w:p w:rsidR="0086563B" w:rsidRDefault="0086563B" w:rsidP="0086563B">
            <w:pPr>
              <w:widowControl w:val="0"/>
              <w:spacing w:after="0"/>
              <w:rPr>
                <w:rFonts w:eastAsia="Times New Roman" w:cs="Times New Roman"/>
                <w:bCs/>
                <w:sz w:val="24"/>
                <w:szCs w:val="24"/>
                <w:lang w:val="ru-RU"/>
              </w:rPr>
            </w:pPr>
          </w:p>
          <w:p w:rsidR="00CD0945" w:rsidRPr="001F290A" w:rsidRDefault="00CD0945" w:rsidP="0086563B">
            <w:pPr>
              <w:widowControl w:val="0"/>
              <w:spacing w:after="0"/>
              <w:rPr>
                <w:rFonts w:eastAsia="Times New Roman" w:cs="Times New Roman"/>
                <w:bCs/>
                <w:sz w:val="24"/>
                <w:szCs w:val="24"/>
                <w:lang w:val="ru-RU"/>
              </w:rPr>
            </w:pPr>
            <w:r w:rsidRPr="001F290A">
              <w:rPr>
                <w:rFonts w:eastAsia="Times New Roman" w:cs="Times New Roman"/>
                <w:bCs/>
                <w:sz w:val="24"/>
                <w:szCs w:val="24"/>
                <w:lang w:val="ru-RU"/>
              </w:rPr>
              <w:t>Тел.: +7 (981) 723-27-63</w:t>
            </w:r>
          </w:p>
          <w:p w:rsidR="00CD0945" w:rsidRPr="001F290A" w:rsidRDefault="00CD0945" w:rsidP="0086563B">
            <w:pPr>
              <w:widowControl w:val="0"/>
              <w:spacing w:after="0"/>
              <w:rPr>
                <w:rFonts w:eastAsia="Times New Roman" w:cs="Times New Roman"/>
                <w:bCs/>
                <w:sz w:val="24"/>
                <w:szCs w:val="24"/>
                <w:lang w:val="ru-RU"/>
              </w:rPr>
            </w:pPr>
          </w:p>
          <w:p w:rsidR="00CD0945" w:rsidRPr="001F290A" w:rsidRDefault="00CD0945" w:rsidP="0086563B">
            <w:pPr>
              <w:widowControl w:val="0"/>
              <w:spacing w:after="0"/>
              <w:rPr>
                <w:rFonts w:eastAsia="Times New Roman" w:cs="Times New Roman"/>
                <w:bCs/>
                <w:sz w:val="24"/>
                <w:szCs w:val="24"/>
                <w:lang w:val="ru-RU"/>
              </w:rPr>
            </w:pPr>
            <w:r w:rsidRPr="001F290A">
              <w:rPr>
                <w:rFonts w:eastAsia="Times New Roman" w:cs="Times New Roman"/>
                <w:bCs/>
                <w:sz w:val="24"/>
                <w:szCs w:val="24"/>
                <w:lang w:val="ru-RU"/>
              </w:rPr>
              <w:t>р/с 40802810200002419366</w:t>
            </w:r>
          </w:p>
          <w:p w:rsidR="00CD0945" w:rsidRPr="001F290A" w:rsidRDefault="00CD0945" w:rsidP="0086563B">
            <w:pPr>
              <w:widowControl w:val="0"/>
              <w:spacing w:after="0"/>
              <w:rPr>
                <w:rFonts w:eastAsia="Times New Roman" w:cs="Times New Roman"/>
                <w:b/>
                <w:bCs/>
                <w:sz w:val="24"/>
                <w:szCs w:val="24"/>
                <w:lang w:val="ru-RU"/>
              </w:rPr>
            </w:pPr>
            <w:r w:rsidRPr="001F290A">
              <w:rPr>
                <w:rFonts w:eastAsia="Times New Roman" w:cs="Times New Roman"/>
                <w:bCs/>
                <w:sz w:val="24"/>
                <w:szCs w:val="24"/>
                <w:lang w:val="ru-RU"/>
              </w:rPr>
              <w:t>АО «Тинькофф банк»</w:t>
            </w:r>
          </w:p>
          <w:p w:rsidR="00CD0945" w:rsidRPr="001F290A" w:rsidRDefault="00CD0945" w:rsidP="0086563B">
            <w:pPr>
              <w:widowControl w:val="0"/>
              <w:spacing w:after="0"/>
              <w:rPr>
                <w:rFonts w:eastAsia="Times New Roman" w:cs="Times New Roman"/>
                <w:bCs/>
                <w:sz w:val="24"/>
                <w:szCs w:val="24"/>
                <w:lang w:val="ru-RU"/>
              </w:rPr>
            </w:pPr>
          </w:p>
          <w:p w:rsidR="00CD0945" w:rsidRPr="001F290A" w:rsidRDefault="00CD0945" w:rsidP="0086563B">
            <w:pPr>
              <w:widowControl w:val="0"/>
              <w:spacing w:after="0"/>
              <w:rPr>
                <w:rFonts w:eastAsia="Times New Roman" w:cs="Times New Roman"/>
                <w:bCs/>
                <w:sz w:val="24"/>
                <w:szCs w:val="24"/>
                <w:lang w:val="ru-RU"/>
              </w:rPr>
            </w:pPr>
          </w:p>
          <w:p w:rsidR="00CD0945" w:rsidRPr="001F290A" w:rsidRDefault="00CD0945" w:rsidP="0086563B">
            <w:pPr>
              <w:widowControl w:val="0"/>
              <w:spacing w:after="0"/>
              <w:rPr>
                <w:rFonts w:eastAsia="Times New Roman" w:cs="Times New Roman"/>
                <w:bCs/>
                <w:sz w:val="24"/>
                <w:szCs w:val="24"/>
                <w:lang w:val="ru-RU"/>
              </w:rPr>
            </w:pPr>
            <w:r w:rsidRPr="001F290A">
              <w:rPr>
                <w:rFonts w:eastAsia="Times New Roman" w:cs="Times New Roman"/>
                <w:bCs/>
                <w:sz w:val="24"/>
                <w:szCs w:val="24"/>
                <w:lang w:val="ru-RU"/>
              </w:rPr>
              <w:t>к/с 30101810145250000974</w:t>
            </w:r>
          </w:p>
          <w:p w:rsidR="00CD0945" w:rsidRPr="001F290A" w:rsidRDefault="00CD0945" w:rsidP="0086563B">
            <w:pPr>
              <w:widowControl w:val="0"/>
              <w:spacing w:after="0"/>
              <w:rPr>
                <w:rFonts w:eastAsia="Times New Roman" w:cs="Times New Roman"/>
                <w:bCs/>
                <w:sz w:val="24"/>
                <w:szCs w:val="24"/>
                <w:lang w:val="ru-RU"/>
              </w:rPr>
            </w:pPr>
            <w:r w:rsidRPr="001F290A">
              <w:rPr>
                <w:rFonts w:eastAsia="Times New Roman" w:cs="Times New Roman"/>
                <w:bCs/>
                <w:sz w:val="24"/>
                <w:szCs w:val="24"/>
                <w:lang w:val="ru-RU"/>
              </w:rPr>
              <w:t>БИК 044525974</w:t>
            </w:r>
          </w:p>
          <w:p w:rsidR="00755EF0" w:rsidRPr="001F290A" w:rsidRDefault="00755EF0" w:rsidP="0086563B">
            <w:pPr>
              <w:widowControl w:val="0"/>
              <w:spacing w:after="0"/>
              <w:rPr>
                <w:rFonts w:cs="Times New Roman"/>
                <w:sz w:val="24"/>
                <w:szCs w:val="24"/>
                <w:lang w:val="ru-RU"/>
              </w:rPr>
            </w:pPr>
          </w:p>
        </w:tc>
      </w:tr>
      <w:tr w:rsidR="00270997" w:rsidRPr="001F290A" w:rsidTr="00B319D0">
        <w:trPr>
          <w:trHeight w:val="2354"/>
          <w:jc w:val="center"/>
        </w:trPr>
        <w:tc>
          <w:tcPr>
            <w:tcW w:w="4820" w:type="dxa"/>
            <w:shd w:val="clear" w:color="auto" w:fill="auto"/>
            <w:tcMar>
              <w:top w:w="120" w:type="dxa"/>
              <w:left w:w="140" w:type="dxa"/>
              <w:bottom w:w="120" w:type="dxa"/>
              <w:right w:w="140" w:type="dxa"/>
            </w:tcMar>
          </w:tcPr>
          <w:p w:rsidR="00270997" w:rsidRPr="001F290A" w:rsidRDefault="00270997" w:rsidP="0086563B">
            <w:pPr>
              <w:widowControl w:val="0"/>
              <w:spacing w:after="0"/>
              <w:jc w:val="left"/>
              <w:rPr>
                <w:rFonts w:eastAsia="Times New Roman" w:cs="Times New Roman"/>
                <w:b/>
                <w:sz w:val="24"/>
                <w:szCs w:val="24"/>
                <w:lang w:val="ru-RU"/>
              </w:rPr>
            </w:pPr>
            <w:r w:rsidRPr="001F290A">
              <w:rPr>
                <w:rFonts w:eastAsia="Times New Roman" w:cs="Times New Roman"/>
                <w:b/>
                <w:sz w:val="24"/>
                <w:szCs w:val="24"/>
                <w:lang w:val="ru-RU"/>
              </w:rPr>
              <w:lastRenderedPageBreak/>
              <w:t>От лица Заказчика:</w:t>
            </w:r>
          </w:p>
          <w:p w:rsidR="00270997" w:rsidRPr="001F290A" w:rsidRDefault="00CD04F3" w:rsidP="0086563B">
            <w:pPr>
              <w:widowControl w:val="0"/>
              <w:spacing w:after="0"/>
              <w:jc w:val="left"/>
              <w:rPr>
                <w:rFonts w:eastAsia="Times New Roman" w:cs="Times New Roman"/>
                <w:sz w:val="24"/>
                <w:szCs w:val="24"/>
                <w:lang w:val="ru-RU"/>
              </w:rPr>
            </w:pPr>
            <w:r>
              <w:rPr>
                <w:rFonts w:eastAsia="Times New Roman" w:cs="Times New Roman"/>
                <w:sz w:val="24"/>
                <w:szCs w:val="24"/>
                <w:lang w:val="ru-RU"/>
              </w:rPr>
              <w:t>Глава администрации</w:t>
            </w:r>
          </w:p>
          <w:p w:rsidR="00270997" w:rsidRPr="001F290A" w:rsidRDefault="00270997" w:rsidP="0086563B">
            <w:pPr>
              <w:widowControl w:val="0"/>
              <w:spacing w:after="0"/>
              <w:jc w:val="left"/>
              <w:rPr>
                <w:rFonts w:eastAsia="Times New Roman" w:cs="Times New Roman"/>
                <w:sz w:val="24"/>
                <w:szCs w:val="24"/>
                <w:lang w:val="ru-RU"/>
              </w:rPr>
            </w:pPr>
          </w:p>
          <w:p w:rsidR="00270997" w:rsidRPr="001F290A" w:rsidRDefault="00270997" w:rsidP="0086563B">
            <w:pPr>
              <w:widowControl w:val="0"/>
              <w:spacing w:after="0"/>
              <w:jc w:val="left"/>
              <w:rPr>
                <w:rFonts w:eastAsia="Times New Roman" w:cs="Times New Roman"/>
                <w:sz w:val="24"/>
                <w:szCs w:val="24"/>
                <w:lang w:val="ru-RU"/>
              </w:rPr>
            </w:pPr>
            <w:r w:rsidRPr="001F290A">
              <w:rPr>
                <w:rFonts w:eastAsia="Times New Roman" w:cs="Times New Roman"/>
                <w:sz w:val="24"/>
                <w:szCs w:val="24"/>
                <w:lang w:val="ru-RU"/>
              </w:rPr>
              <w:t xml:space="preserve">_________________ / </w:t>
            </w:r>
            <w:proofErr w:type="spellStart"/>
            <w:r w:rsidR="00CD04F3">
              <w:rPr>
                <w:rFonts w:eastAsia="Times New Roman" w:cs="Times New Roman"/>
                <w:sz w:val="24"/>
                <w:szCs w:val="24"/>
                <w:lang w:val="ru-RU"/>
              </w:rPr>
              <w:t>А.В.Левин</w:t>
            </w:r>
            <w:proofErr w:type="spellEnd"/>
            <w:r w:rsidR="00CD0945" w:rsidRPr="001F290A">
              <w:rPr>
                <w:rFonts w:eastAsia="Times New Roman" w:cs="Times New Roman"/>
                <w:sz w:val="24"/>
                <w:szCs w:val="24"/>
                <w:lang w:val="ru-RU"/>
              </w:rPr>
              <w:t xml:space="preserve"> </w:t>
            </w:r>
            <w:r w:rsidRPr="001F290A">
              <w:rPr>
                <w:rFonts w:eastAsia="Times New Roman" w:cs="Times New Roman"/>
                <w:sz w:val="24"/>
                <w:szCs w:val="24"/>
                <w:lang w:val="ru-RU"/>
              </w:rPr>
              <w:t>/</w:t>
            </w:r>
          </w:p>
          <w:p w:rsidR="00270997" w:rsidRPr="001F290A" w:rsidRDefault="00270997" w:rsidP="0086563B">
            <w:pPr>
              <w:widowControl w:val="0"/>
              <w:spacing w:after="0"/>
              <w:jc w:val="left"/>
              <w:rPr>
                <w:rFonts w:eastAsia="Times New Roman" w:cs="Times New Roman"/>
                <w:sz w:val="24"/>
                <w:szCs w:val="24"/>
                <w:lang w:val="ru-RU"/>
              </w:rPr>
            </w:pPr>
          </w:p>
          <w:p w:rsidR="00270997" w:rsidRPr="001F290A" w:rsidRDefault="00270997" w:rsidP="0086563B">
            <w:pPr>
              <w:widowControl w:val="0"/>
              <w:spacing w:after="0"/>
              <w:jc w:val="left"/>
              <w:rPr>
                <w:rFonts w:eastAsia="Times New Roman" w:cs="Times New Roman"/>
                <w:b/>
                <w:sz w:val="24"/>
                <w:szCs w:val="24"/>
                <w:lang w:val="ru-RU"/>
              </w:rPr>
            </w:pPr>
            <w:r w:rsidRPr="001F290A">
              <w:rPr>
                <w:rFonts w:eastAsia="Times New Roman" w:cs="Times New Roman"/>
                <w:sz w:val="24"/>
                <w:szCs w:val="24"/>
                <w:lang w:val="ru-RU"/>
              </w:rPr>
              <w:t>М.П.</w:t>
            </w:r>
          </w:p>
        </w:tc>
        <w:tc>
          <w:tcPr>
            <w:tcW w:w="4394" w:type="dxa"/>
            <w:shd w:val="clear" w:color="auto" w:fill="auto"/>
            <w:tcMar>
              <w:top w:w="120" w:type="dxa"/>
              <w:left w:w="140" w:type="dxa"/>
              <w:bottom w:w="120" w:type="dxa"/>
              <w:right w:w="140" w:type="dxa"/>
            </w:tcMar>
          </w:tcPr>
          <w:p w:rsidR="00270997" w:rsidRPr="001F290A" w:rsidRDefault="00270997" w:rsidP="0086563B">
            <w:pPr>
              <w:widowControl w:val="0"/>
              <w:spacing w:after="0"/>
              <w:jc w:val="left"/>
              <w:rPr>
                <w:rFonts w:eastAsia="Times New Roman" w:cs="Times New Roman"/>
                <w:b/>
                <w:sz w:val="24"/>
                <w:szCs w:val="24"/>
                <w:lang w:val="ru-RU"/>
              </w:rPr>
            </w:pPr>
            <w:r w:rsidRPr="001F290A">
              <w:rPr>
                <w:rFonts w:eastAsia="Times New Roman" w:cs="Times New Roman"/>
                <w:b/>
                <w:sz w:val="24"/>
                <w:szCs w:val="24"/>
                <w:lang w:val="ru-RU"/>
              </w:rPr>
              <w:t>От лица Исполнителя:</w:t>
            </w:r>
          </w:p>
          <w:p w:rsidR="00270997" w:rsidRPr="001F290A" w:rsidRDefault="00270997" w:rsidP="0086563B">
            <w:pPr>
              <w:widowControl w:val="0"/>
              <w:spacing w:after="0"/>
              <w:jc w:val="left"/>
              <w:rPr>
                <w:rFonts w:eastAsia="Times New Roman" w:cs="Times New Roman"/>
                <w:sz w:val="24"/>
                <w:szCs w:val="24"/>
                <w:lang w:val="ru-RU"/>
              </w:rPr>
            </w:pPr>
            <w:r w:rsidRPr="001F290A">
              <w:rPr>
                <w:rFonts w:eastAsia="Times New Roman" w:cs="Times New Roman"/>
                <w:sz w:val="24"/>
                <w:szCs w:val="24"/>
                <w:lang w:val="ru-RU"/>
              </w:rPr>
              <w:t>Индивидуальный предприниматель</w:t>
            </w:r>
          </w:p>
          <w:p w:rsidR="00270997" w:rsidRPr="001F290A" w:rsidRDefault="00270997" w:rsidP="0086563B">
            <w:pPr>
              <w:widowControl w:val="0"/>
              <w:spacing w:after="0"/>
              <w:jc w:val="left"/>
              <w:rPr>
                <w:rFonts w:eastAsia="Times New Roman" w:cs="Times New Roman"/>
                <w:sz w:val="24"/>
                <w:szCs w:val="24"/>
                <w:lang w:val="ru-RU"/>
              </w:rPr>
            </w:pPr>
          </w:p>
          <w:p w:rsidR="00270997" w:rsidRPr="001F290A" w:rsidRDefault="00CD0945" w:rsidP="0086563B">
            <w:pPr>
              <w:widowControl w:val="0"/>
              <w:spacing w:after="0"/>
              <w:jc w:val="left"/>
              <w:rPr>
                <w:rFonts w:eastAsia="Times New Roman" w:cs="Times New Roman"/>
                <w:sz w:val="24"/>
                <w:szCs w:val="24"/>
                <w:lang w:val="ru-RU"/>
              </w:rPr>
            </w:pPr>
            <w:r w:rsidRPr="001F290A">
              <w:rPr>
                <w:rFonts w:eastAsia="Times New Roman" w:cs="Times New Roman"/>
                <w:sz w:val="24"/>
                <w:szCs w:val="24"/>
                <w:lang w:val="ru-RU"/>
              </w:rPr>
              <w:t xml:space="preserve">_________________ / Р.А. </w:t>
            </w:r>
            <w:proofErr w:type="spellStart"/>
            <w:r w:rsidRPr="001F290A">
              <w:rPr>
                <w:rFonts w:eastAsia="Times New Roman" w:cs="Times New Roman"/>
                <w:sz w:val="24"/>
                <w:szCs w:val="24"/>
                <w:lang w:val="ru-RU"/>
              </w:rPr>
              <w:t>Визгалов</w:t>
            </w:r>
            <w:proofErr w:type="spellEnd"/>
            <w:r w:rsidR="00270997" w:rsidRPr="001F290A">
              <w:rPr>
                <w:rFonts w:eastAsia="Times New Roman" w:cs="Times New Roman"/>
                <w:sz w:val="24"/>
                <w:szCs w:val="24"/>
                <w:lang w:val="ru-RU"/>
              </w:rPr>
              <w:t xml:space="preserve"> /</w:t>
            </w:r>
          </w:p>
          <w:p w:rsidR="00270997" w:rsidRPr="001F290A" w:rsidRDefault="00270997" w:rsidP="0086563B">
            <w:pPr>
              <w:widowControl w:val="0"/>
              <w:spacing w:after="0"/>
              <w:jc w:val="left"/>
              <w:rPr>
                <w:rFonts w:eastAsia="Times New Roman" w:cs="Times New Roman"/>
                <w:sz w:val="24"/>
                <w:szCs w:val="24"/>
                <w:lang w:val="ru-RU"/>
              </w:rPr>
            </w:pPr>
          </w:p>
          <w:p w:rsidR="00270997" w:rsidRPr="001F290A" w:rsidRDefault="00270997" w:rsidP="0086563B">
            <w:pPr>
              <w:widowControl w:val="0"/>
              <w:spacing w:after="0"/>
              <w:jc w:val="left"/>
              <w:rPr>
                <w:rFonts w:eastAsia="Times New Roman" w:cs="Times New Roman"/>
                <w:sz w:val="24"/>
                <w:szCs w:val="24"/>
                <w:lang w:val="ru-RU"/>
              </w:rPr>
            </w:pPr>
            <w:r w:rsidRPr="001F290A">
              <w:rPr>
                <w:rFonts w:eastAsia="Times New Roman" w:cs="Times New Roman"/>
                <w:sz w:val="24"/>
                <w:szCs w:val="24"/>
                <w:lang w:val="ru-RU"/>
              </w:rPr>
              <w:t>М.П.</w:t>
            </w:r>
          </w:p>
        </w:tc>
      </w:tr>
    </w:tbl>
    <w:p w:rsidR="00755EF0" w:rsidRPr="001F290A" w:rsidRDefault="00AD1029" w:rsidP="00DF1AB4">
      <w:pPr>
        <w:widowControl w:val="0"/>
        <w:ind w:left="142"/>
        <w:rPr>
          <w:rFonts w:cs="Times New Roman"/>
          <w:sz w:val="24"/>
          <w:szCs w:val="24"/>
          <w:lang w:val="ru-RU"/>
        </w:rPr>
      </w:pPr>
      <w:r w:rsidRPr="001F290A">
        <w:rPr>
          <w:rFonts w:cs="Times New Roman"/>
          <w:sz w:val="24"/>
          <w:szCs w:val="24"/>
          <w:lang w:val="ru-RU"/>
        </w:rPr>
        <w:br w:type="page"/>
      </w:r>
    </w:p>
    <w:p w:rsidR="00755EF0" w:rsidRPr="001F290A" w:rsidRDefault="000A62B8" w:rsidP="00547BD4">
      <w:pPr>
        <w:widowControl w:val="0"/>
        <w:jc w:val="right"/>
        <w:rPr>
          <w:rFonts w:cs="Times New Roman"/>
          <w:sz w:val="24"/>
          <w:szCs w:val="24"/>
          <w:lang w:val="ru-RU"/>
        </w:rPr>
      </w:pPr>
      <w:r w:rsidRPr="001F290A">
        <w:rPr>
          <w:rFonts w:eastAsia="Times New Roman" w:cs="Times New Roman"/>
          <w:b/>
          <w:sz w:val="24"/>
          <w:szCs w:val="24"/>
          <w:lang w:val="ru-RU"/>
        </w:rPr>
        <w:lastRenderedPageBreak/>
        <w:t>ПРИЛОЖЕНИЕ № 1</w:t>
      </w:r>
      <w:r w:rsidRPr="001F290A">
        <w:rPr>
          <w:rFonts w:eastAsia="Times New Roman" w:cs="Times New Roman"/>
          <w:b/>
          <w:sz w:val="24"/>
          <w:szCs w:val="24"/>
          <w:lang w:val="ru-RU"/>
        </w:rPr>
        <w:br/>
      </w:r>
      <w:r w:rsidR="00AD1029" w:rsidRPr="001F290A">
        <w:rPr>
          <w:rFonts w:eastAsia="Times New Roman" w:cs="Times New Roman"/>
          <w:sz w:val="24"/>
          <w:szCs w:val="24"/>
          <w:lang w:val="ru-RU"/>
        </w:rPr>
        <w:t xml:space="preserve">к </w:t>
      </w:r>
      <w:r w:rsidR="007F4926" w:rsidRPr="001F290A">
        <w:rPr>
          <w:rFonts w:eastAsia="Times New Roman" w:cs="Times New Roman"/>
          <w:sz w:val="24"/>
          <w:szCs w:val="24"/>
          <w:lang w:val="ru-RU"/>
        </w:rPr>
        <w:t>МК</w:t>
      </w:r>
      <w:r w:rsidR="00AD1029" w:rsidRPr="001F290A">
        <w:rPr>
          <w:rFonts w:eastAsia="Times New Roman" w:cs="Times New Roman"/>
          <w:sz w:val="24"/>
          <w:szCs w:val="24"/>
          <w:lang w:val="ru-RU"/>
        </w:rPr>
        <w:t xml:space="preserve"> № </w:t>
      </w:r>
      <w:sdt>
        <w:sdtPr>
          <w:rPr>
            <w:rFonts w:cs="Times New Roman"/>
            <w:sz w:val="24"/>
            <w:szCs w:val="24"/>
            <w:lang w:val="ru-RU"/>
          </w:rPr>
          <w:alias w:val="CONTRACT_NUMBER"/>
          <w:tag w:val="CONTRACT_NUMBER"/>
          <w:id w:val="175397910"/>
          <w:dataBinding w:prefixMappings="xmlns:f='urn:contract-form'" w:xpath="/f:root[1]/f:CONTRACT_NUMBER[1]" w:storeItemID="{D56D31AD-9111-421D-8CD3-FF82CFA5D4C9}"/>
          <w:text/>
        </w:sdtPr>
        <w:sdtEndPr/>
        <w:sdtContent>
          <w:r w:rsidR="00CD04F3">
            <w:rPr>
              <w:rFonts w:cs="Times New Roman"/>
              <w:sz w:val="24"/>
              <w:szCs w:val="24"/>
              <w:lang w:val="ru-RU"/>
            </w:rPr>
            <w:t>ЭМ-16-26</w:t>
          </w:r>
        </w:sdtContent>
      </w:sdt>
      <w:r w:rsidRPr="001F290A">
        <w:rPr>
          <w:rFonts w:cs="Times New Roman"/>
          <w:sz w:val="24"/>
          <w:szCs w:val="24"/>
          <w:lang w:val="ru-RU"/>
        </w:rPr>
        <w:br/>
      </w:r>
      <w:r w:rsidR="00AD1029" w:rsidRPr="001F290A">
        <w:rPr>
          <w:rFonts w:eastAsia="Times New Roman" w:cs="Times New Roman"/>
          <w:sz w:val="24"/>
          <w:szCs w:val="24"/>
          <w:lang w:val="ru-RU"/>
        </w:rPr>
        <w:t xml:space="preserve">от </w:t>
      </w:r>
      <w:r w:rsidR="007F4926" w:rsidRPr="001F290A">
        <w:rPr>
          <w:rFonts w:cs="Times New Roman"/>
          <w:sz w:val="24"/>
          <w:szCs w:val="24"/>
          <w:lang w:val="ru-RU"/>
        </w:rPr>
        <w:t>«</w:t>
      </w:r>
      <w:r w:rsidR="00DE01A4" w:rsidRPr="001F290A">
        <w:rPr>
          <w:rFonts w:cs="Times New Roman"/>
          <w:sz w:val="24"/>
          <w:szCs w:val="24"/>
          <w:lang w:val="ru-RU"/>
        </w:rPr>
        <w:t>____</w:t>
      </w:r>
      <w:r w:rsidR="007F4926" w:rsidRPr="001F290A">
        <w:rPr>
          <w:rFonts w:cs="Times New Roman"/>
          <w:sz w:val="24"/>
          <w:szCs w:val="24"/>
          <w:lang w:val="ru-RU"/>
        </w:rPr>
        <w:t xml:space="preserve">» </w:t>
      </w:r>
      <w:r w:rsidR="00DE01A4" w:rsidRPr="001F290A">
        <w:rPr>
          <w:rFonts w:cs="Times New Roman"/>
          <w:sz w:val="24"/>
          <w:szCs w:val="24"/>
          <w:lang w:val="ru-RU"/>
        </w:rPr>
        <w:t>_________</w:t>
      </w:r>
      <w:r w:rsidR="007F4926" w:rsidRPr="001F290A">
        <w:rPr>
          <w:rFonts w:cs="Times New Roman"/>
          <w:sz w:val="24"/>
          <w:szCs w:val="24"/>
          <w:lang w:val="ru-RU"/>
        </w:rPr>
        <w:t xml:space="preserve"> 2026 года</w:t>
      </w:r>
    </w:p>
    <w:p w:rsidR="00755EF0" w:rsidRPr="001F290A" w:rsidRDefault="00AD1029" w:rsidP="00547BD4">
      <w:pPr>
        <w:widowControl w:val="0"/>
        <w:spacing w:before="240" w:after="360"/>
        <w:jc w:val="center"/>
        <w:rPr>
          <w:rFonts w:cs="Times New Roman"/>
          <w:spacing w:val="20"/>
          <w:sz w:val="24"/>
          <w:szCs w:val="24"/>
          <w:lang w:val="ru-RU"/>
        </w:rPr>
      </w:pPr>
      <w:r w:rsidRPr="001F290A">
        <w:rPr>
          <w:rFonts w:eastAsia="Times New Roman" w:cs="Times New Roman"/>
          <w:b/>
          <w:spacing w:val="20"/>
          <w:sz w:val="24"/>
          <w:szCs w:val="24"/>
          <w:lang w:val="ru-RU"/>
        </w:rPr>
        <w:t>СПЕЦИФИКАЦИ</w:t>
      </w:r>
      <w:r w:rsidR="00FA0C18" w:rsidRPr="001F290A">
        <w:rPr>
          <w:rFonts w:eastAsia="Times New Roman" w:cs="Times New Roman"/>
          <w:b/>
          <w:spacing w:val="20"/>
          <w:sz w:val="24"/>
          <w:szCs w:val="24"/>
          <w:lang w:val="ru-RU"/>
        </w:rPr>
        <w:t>Я</w:t>
      </w:r>
    </w:p>
    <w:p w:rsidR="00F10357" w:rsidRPr="001F290A" w:rsidRDefault="00DF1AB4" w:rsidP="00DF1AB4">
      <w:pPr>
        <w:widowControl w:val="0"/>
        <w:tabs>
          <w:tab w:val="left" w:pos="142"/>
        </w:tabs>
        <w:rPr>
          <w:rFonts w:eastAsia="Times New Roman" w:cs="Times New Roman"/>
          <w:b/>
          <w:sz w:val="24"/>
          <w:szCs w:val="24"/>
          <w:lang w:val="ru-RU"/>
        </w:rPr>
      </w:pPr>
      <w:r>
        <w:rPr>
          <w:noProof/>
          <w:lang w:val="ru-RU" w:eastAsia="ru-RU"/>
        </w:rPr>
        <w:drawing>
          <wp:anchor distT="0" distB="0" distL="114300" distR="114300" simplePos="0" relativeHeight="251659264" behindDoc="0" locked="0" layoutInCell="1" allowOverlap="1" wp14:anchorId="6D678807" wp14:editId="37DA62C3">
            <wp:simplePos x="0" y="0"/>
            <wp:positionH relativeFrom="column">
              <wp:posOffset>-1905</wp:posOffset>
            </wp:positionH>
            <wp:positionV relativeFrom="paragraph">
              <wp:posOffset>287020</wp:posOffset>
            </wp:positionV>
            <wp:extent cx="6715125" cy="2686050"/>
            <wp:effectExtent l="0" t="0" r="9525" b="0"/>
            <wp:wrapThrough wrapText="bothSides">
              <wp:wrapPolygon edited="0">
                <wp:start x="0" y="0"/>
                <wp:lineTo x="0" y="21447"/>
                <wp:lineTo x="21569" y="21447"/>
                <wp:lineTo x="21569" y="0"/>
                <wp:lineTo x="0" y="0"/>
              </wp:wrapPolygon>
            </wp:wrapThrough>
            <wp:docPr id="61111173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111738"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15125" cy="2686050"/>
                    </a:xfrm>
                    <a:prstGeom prst="rect">
                      <a:avLst/>
                    </a:prstGeom>
                  </pic:spPr>
                </pic:pic>
              </a:graphicData>
            </a:graphic>
            <wp14:sizeRelH relativeFrom="page">
              <wp14:pctWidth>0</wp14:pctWidth>
            </wp14:sizeRelH>
            <wp14:sizeRelV relativeFrom="page">
              <wp14:pctHeight>0</wp14:pctHeight>
            </wp14:sizeRelV>
          </wp:anchor>
        </w:drawing>
      </w:r>
    </w:p>
    <w:tbl>
      <w:tblPr>
        <w:tblW w:w="9498" w:type="dxa"/>
        <w:jc w:val="center"/>
        <w:tblLayout w:type="fixed"/>
        <w:tblLook w:val="04A0" w:firstRow="1" w:lastRow="0" w:firstColumn="1" w:lastColumn="0" w:noHBand="0" w:noVBand="1"/>
      </w:tblPr>
      <w:tblGrid>
        <w:gridCol w:w="4819"/>
        <w:gridCol w:w="4679"/>
      </w:tblGrid>
      <w:tr w:rsidR="000B2C3A" w:rsidRPr="001F290A" w:rsidTr="00E62625">
        <w:trPr>
          <w:trHeight w:val="2457"/>
          <w:jc w:val="center"/>
        </w:trPr>
        <w:tc>
          <w:tcPr>
            <w:tcW w:w="4819" w:type="dxa"/>
            <w:shd w:val="clear" w:color="auto" w:fill="auto"/>
            <w:tcMar>
              <w:top w:w="120" w:type="dxa"/>
              <w:left w:w="140" w:type="dxa"/>
              <w:bottom w:w="120" w:type="dxa"/>
              <w:right w:w="140" w:type="dxa"/>
            </w:tcMar>
          </w:tcPr>
          <w:p w:rsidR="000B2C3A" w:rsidRPr="001F290A" w:rsidRDefault="000B2C3A" w:rsidP="00547BD4">
            <w:pPr>
              <w:widowControl w:val="0"/>
              <w:jc w:val="left"/>
              <w:rPr>
                <w:rFonts w:eastAsia="Times New Roman" w:cs="Times New Roman"/>
                <w:b/>
                <w:sz w:val="24"/>
                <w:szCs w:val="24"/>
                <w:lang w:val="ru-RU"/>
              </w:rPr>
            </w:pPr>
            <w:r w:rsidRPr="001F290A">
              <w:rPr>
                <w:rFonts w:eastAsia="Times New Roman" w:cs="Times New Roman"/>
                <w:b/>
                <w:sz w:val="24"/>
                <w:szCs w:val="24"/>
                <w:lang w:val="ru-RU"/>
              </w:rPr>
              <w:t>ЗАКАЗЧИК:</w:t>
            </w:r>
          </w:p>
          <w:p w:rsidR="000B2C3A" w:rsidRPr="001F290A" w:rsidRDefault="00CE0E34" w:rsidP="00547BD4">
            <w:pPr>
              <w:widowControl w:val="0"/>
              <w:jc w:val="left"/>
              <w:rPr>
                <w:rFonts w:eastAsia="Times New Roman" w:cs="Times New Roman"/>
                <w:sz w:val="24"/>
                <w:szCs w:val="24"/>
                <w:lang w:val="ru-RU"/>
              </w:rPr>
            </w:pPr>
            <w:r w:rsidRPr="001F290A">
              <w:rPr>
                <w:rFonts w:eastAsia="Times New Roman" w:cs="Times New Roman"/>
                <w:sz w:val="24"/>
                <w:szCs w:val="24"/>
                <w:lang w:val="ru-RU"/>
              </w:rPr>
              <w:t>Директор</w:t>
            </w:r>
          </w:p>
          <w:p w:rsidR="000B2C3A" w:rsidRPr="001F290A" w:rsidRDefault="000B2C3A" w:rsidP="00547BD4">
            <w:pPr>
              <w:widowControl w:val="0"/>
              <w:jc w:val="left"/>
              <w:rPr>
                <w:rFonts w:eastAsia="Times New Roman" w:cs="Times New Roman"/>
                <w:sz w:val="24"/>
                <w:szCs w:val="24"/>
                <w:lang w:val="ru-RU"/>
              </w:rPr>
            </w:pPr>
          </w:p>
          <w:p w:rsidR="000B2C3A" w:rsidRPr="001F290A" w:rsidRDefault="000B2C3A" w:rsidP="00547BD4">
            <w:pPr>
              <w:widowControl w:val="0"/>
              <w:jc w:val="left"/>
              <w:rPr>
                <w:rFonts w:eastAsia="Times New Roman" w:cs="Times New Roman"/>
                <w:sz w:val="24"/>
                <w:szCs w:val="24"/>
                <w:lang w:val="ru-RU"/>
              </w:rPr>
            </w:pPr>
            <w:r w:rsidRPr="001F290A">
              <w:rPr>
                <w:rFonts w:eastAsia="Times New Roman" w:cs="Times New Roman"/>
                <w:sz w:val="24"/>
                <w:szCs w:val="24"/>
                <w:lang w:val="ru-RU"/>
              </w:rPr>
              <w:t xml:space="preserve">_________________ / </w:t>
            </w:r>
            <w:r w:rsidR="00CD0945" w:rsidRPr="001F290A">
              <w:rPr>
                <w:rFonts w:eastAsia="Times New Roman" w:cs="Times New Roman"/>
                <w:sz w:val="24"/>
                <w:szCs w:val="24"/>
                <w:lang w:val="ru-RU"/>
              </w:rPr>
              <w:t xml:space="preserve">Г.А. </w:t>
            </w:r>
            <w:proofErr w:type="spellStart"/>
            <w:r w:rsidR="00CD0945" w:rsidRPr="001F290A">
              <w:rPr>
                <w:rFonts w:eastAsia="Times New Roman" w:cs="Times New Roman"/>
                <w:sz w:val="24"/>
                <w:szCs w:val="24"/>
                <w:lang w:val="ru-RU"/>
              </w:rPr>
              <w:t>Комаристова</w:t>
            </w:r>
            <w:proofErr w:type="spellEnd"/>
            <w:r w:rsidRPr="001F290A">
              <w:rPr>
                <w:rFonts w:eastAsia="Times New Roman" w:cs="Times New Roman"/>
                <w:sz w:val="24"/>
                <w:szCs w:val="24"/>
                <w:lang w:val="ru-RU"/>
              </w:rPr>
              <w:t xml:space="preserve"> /</w:t>
            </w:r>
          </w:p>
          <w:p w:rsidR="000B2C3A" w:rsidRPr="001F290A" w:rsidRDefault="000B2C3A" w:rsidP="00547BD4">
            <w:pPr>
              <w:widowControl w:val="0"/>
              <w:jc w:val="left"/>
              <w:rPr>
                <w:rFonts w:eastAsia="Times New Roman" w:cs="Times New Roman"/>
                <w:sz w:val="24"/>
                <w:szCs w:val="24"/>
                <w:lang w:val="ru-RU"/>
              </w:rPr>
            </w:pPr>
          </w:p>
          <w:p w:rsidR="000B2C3A" w:rsidRPr="001F290A" w:rsidRDefault="000B2C3A" w:rsidP="00547BD4">
            <w:pPr>
              <w:widowControl w:val="0"/>
              <w:ind w:left="853"/>
              <w:jc w:val="left"/>
              <w:rPr>
                <w:rFonts w:eastAsia="Times New Roman" w:cs="Times New Roman"/>
                <w:b/>
                <w:sz w:val="24"/>
                <w:szCs w:val="24"/>
                <w:lang w:val="ru-RU"/>
              </w:rPr>
            </w:pPr>
            <w:r w:rsidRPr="001F290A">
              <w:rPr>
                <w:rFonts w:eastAsia="Times New Roman" w:cs="Times New Roman"/>
                <w:sz w:val="24"/>
                <w:szCs w:val="24"/>
                <w:lang w:val="ru-RU"/>
              </w:rPr>
              <w:t>М.П.</w:t>
            </w:r>
          </w:p>
        </w:tc>
        <w:tc>
          <w:tcPr>
            <w:tcW w:w="4679" w:type="dxa"/>
            <w:shd w:val="clear" w:color="auto" w:fill="auto"/>
            <w:tcMar>
              <w:top w:w="120" w:type="dxa"/>
              <w:left w:w="140" w:type="dxa"/>
              <w:bottom w:w="120" w:type="dxa"/>
              <w:right w:w="140" w:type="dxa"/>
            </w:tcMar>
          </w:tcPr>
          <w:p w:rsidR="000B2C3A" w:rsidRPr="001F290A" w:rsidRDefault="000B2C3A" w:rsidP="00547BD4">
            <w:pPr>
              <w:widowControl w:val="0"/>
              <w:jc w:val="left"/>
              <w:rPr>
                <w:rFonts w:eastAsia="Times New Roman" w:cs="Times New Roman"/>
                <w:b/>
                <w:sz w:val="24"/>
                <w:szCs w:val="24"/>
                <w:lang w:val="ru-RU"/>
              </w:rPr>
            </w:pPr>
            <w:r w:rsidRPr="001F290A">
              <w:rPr>
                <w:rFonts w:eastAsia="Times New Roman" w:cs="Times New Roman"/>
                <w:b/>
                <w:sz w:val="24"/>
                <w:szCs w:val="24"/>
                <w:lang w:val="ru-RU"/>
              </w:rPr>
              <w:t>ИСПОЛНИТЕЛЬ:</w:t>
            </w:r>
          </w:p>
          <w:p w:rsidR="000B2C3A" w:rsidRPr="001F290A" w:rsidRDefault="000B2C3A" w:rsidP="00547BD4">
            <w:pPr>
              <w:widowControl w:val="0"/>
              <w:jc w:val="left"/>
              <w:rPr>
                <w:rFonts w:eastAsia="Times New Roman" w:cs="Times New Roman"/>
                <w:sz w:val="24"/>
                <w:szCs w:val="24"/>
                <w:lang w:val="ru-RU"/>
              </w:rPr>
            </w:pPr>
            <w:r w:rsidRPr="001F290A">
              <w:rPr>
                <w:rFonts w:eastAsia="Times New Roman" w:cs="Times New Roman"/>
                <w:sz w:val="24"/>
                <w:szCs w:val="24"/>
                <w:lang w:val="ru-RU"/>
              </w:rPr>
              <w:t>Индивидуальный предприниматель</w:t>
            </w:r>
          </w:p>
          <w:p w:rsidR="000B2C3A" w:rsidRPr="001F290A" w:rsidRDefault="000B2C3A" w:rsidP="00547BD4">
            <w:pPr>
              <w:widowControl w:val="0"/>
              <w:jc w:val="left"/>
              <w:rPr>
                <w:rFonts w:eastAsia="Times New Roman" w:cs="Times New Roman"/>
                <w:sz w:val="24"/>
                <w:szCs w:val="24"/>
                <w:lang w:val="ru-RU"/>
              </w:rPr>
            </w:pPr>
          </w:p>
          <w:p w:rsidR="000B2C3A" w:rsidRPr="001F290A" w:rsidRDefault="000B2C3A" w:rsidP="00547BD4">
            <w:pPr>
              <w:widowControl w:val="0"/>
              <w:jc w:val="left"/>
              <w:rPr>
                <w:rFonts w:eastAsia="Times New Roman" w:cs="Times New Roman"/>
                <w:sz w:val="24"/>
                <w:szCs w:val="24"/>
                <w:lang w:val="ru-RU"/>
              </w:rPr>
            </w:pPr>
            <w:r w:rsidRPr="001F290A">
              <w:rPr>
                <w:rFonts w:eastAsia="Times New Roman" w:cs="Times New Roman"/>
                <w:sz w:val="24"/>
                <w:szCs w:val="24"/>
                <w:lang w:val="ru-RU"/>
              </w:rPr>
              <w:t xml:space="preserve">_________________ / </w:t>
            </w:r>
            <w:r w:rsidR="00CD0945" w:rsidRPr="001F290A">
              <w:rPr>
                <w:rFonts w:eastAsia="Times New Roman" w:cs="Times New Roman"/>
                <w:sz w:val="24"/>
                <w:szCs w:val="24"/>
                <w:lang w:val="ru-RU"/>
              </w:rPr>
              <w:t xml:space="preserve">Р.А. </w:t>
            </w:r>
            <w:proofErr w:type="spellStart"/>
            <w:r w:rsidR="00CD0945" w:rsidRPr="001F290A">
              <w:rPr>
                <w:rFonts w:eastAsia="Times New Roman" w:cs="Times New Roman"/>
                <w:sz w:val="24"/>
                <w:szCs w:val="24"/>
                <w:lang w:val="ru-RU"/>
              </w:rPr>
              <w:t>Визгалов</w:t>
            </w:r>
            <w:proofErr w:type="spellEnd"/>
            <w:r w:rsidRPr="001F290A">
              <w:rPr>
                <w:rFonts w:eastAsia="Times New Roman" w:cs="Times New Roman"/>
                <w:sz w:val="24"/>
                <w:szCs w:val="24"/>
                <w:lang w:val="ru-RU"/>
              </w:rPr>
              <w:t xml:space="preserve"> /</w:t>
            </w:r>
          </w:p>
          <w:p w:rsidR="000B2C3A" w:rsidRPr="001F290A" w:rsidRDefault="000B2C3A" w:rsidP="00547BD4">
            <w:pPr>
              <w:widowControl w:val="0"/>
              <w:jc w:val="left"/>
              <w:rPr>
                <w:rFonts w:eastAsia="Times New Roman" w:cs="Times New Roman"/>
                <w:sz w:val="24"/>
                <w:szCs w:val="24"/>
                <w:lang w:val="ru-RU"/>
              </w:rPr>
            </w:pPr>
          </w:p>
          <w:p w:rsidR="000B2C3A" w:rsidRPr="001F290A" w:rsidRDefault="000B2C3A" w:rsidP="00547BD4">
            <w:pPr>
              <w:widowControl w:val="0"/>
              <w:ind w:left="853"/>
              <w:jc w:val="left"/>
              <w:rPr>
                <w:rFonts w:eastAsia="Times New Roman" w:cs="Times New Roman"/>
                <w:sz w:val="24"/>
                <w:szCs w:val="24"/>
                <w:lang w:val="ru-RU"/>
              </w:rPr>
            </w:pPr>
            <w:r w:rsidRPr="001F290A">
              <w:rPr>
                <w:rFonts w:eastAsia="Times New Roman" w:cs="Times New Roman"/>
                <w:sz w:val="24"/>
                <w:szCs w:val="24"/>
                <w:lang w:val="ru-RU"/>
              </w:rPr>
              <w:t>М.П.</w:t>
            </w:r>
          </w:p>
        </w:tc>
      </w:tr>
    </w:tbl>
    <w:p w:rsidR="00DF1AB4" w:rsidRPr="00DF1AB4" w:rsidRDefault="00DF1AB4" w:rsidP="00DF1AB4">
      <w:pPr>
        <w:ind w:firstLine="720"/>
        <w:rPr>
          <w:lang w:val="ru-RU"/>
        </w:rPr>
      </w:pPr>
      <w:r w:rsidRPr="00DF1AB4">
        <w:rPr>
          <w:lang w:val="ru-RU"/>
        </w:rPr>
        <w:t>Общая стоимость оказанных услуг составляет – 77 160 (семьдесят семь тысяч сто шестьдесят) рублей 00 копеек. НДС не облагается. Срок выполнения работ – 7 календарных дней.</w:t>
      </w:r>
    </w:p>
    <w:p w:rsidR="00DF1AB4" w:rsidRPr="00DF1AB4" w:rsidRDefault="00DF1AB4" w:rsidP="00DF1AB4">
      <w:pPr>
        <w:rPr>
          <w:lang w:val="ru-RU"/>
        </w:rPr>
      </w:pPr>
      <w:r w:rsidRPr="00DF1AB4">
        <w:rPr>
          <w:lang w:val="ru-RU"/>
        </w:rPr>
        <w:tab/>
        <w:t>Настоящая Спецификация является неотъемлемой частью Договора, оформлена в двух экземплярах, и по одному экземпляру получена каждой стороной.</w:t>
      </w:r>
    </w:p>
    <w:p w:rsidR="00DF1AB4" w:rsidRPr="00DF1AB4" w:rsidRDefault="00DF1AB4" w:rsidP="00DF1AB4">
      <w:pPr>
        <w:rPr>
          <w:lang w:val="ru-RU"/>
        </w:rPr>
      </w:pPr>
    </w:p>
    <w:tbl>
      <w:tblPr>
        <w:tblW w:w="9651" w:type="dxa"/>
        <w:tblInd w:w="-45" w:type="dxa"/>
        <w:tblLayout w:type="fixed"/>
        <w:tblLook w:val="0000" w:firstRow="0" w:lastRow="0" w:firstColumn="0" w:lastColumn="0" w:noHBand="0" w:noVBand="0"/>
      </w:tblPr>
      <w:tblGrid>
        <w:gridCol w:w="4836"/>
        <w:gridCol w:w="4815"/>
      </w:tblGrid>
      <w:tr w:rsidR="00DF1AB4" w:rsidRPr="002020C1" w:rsidTr="00D40C9F">
        <w:tc>
          <w:tcPr>
            <w:tcW w:w="4796" w:type="dxa"/>
          </w:tcPr>
          <w:p w:rsidR="00DF1AB4" w:rsidRPr="00DF1AB4" w:rsidRDefault="00DF1AB4" w:rsidP="00D40C9F">
            <w:pPr>
              <w:keepNext/>
              <w:rPr>
                <w:rFonts w:eastAsia="Calibri"/>
                <w:b/>
                <w:sz w:val="22"/>
                <w:lang w:val="ru-RU"/>
              </w:rPr>
            </w:pPr>
          </w:p>
          <w:p w:rsidR="00DF1AB4" w:rsidRPr="00DF1AB4" w:rsidRDefault="00DF1AB4" w:rsidP="00D40C9F">
            <w:pPr>
              <w:keepNext/>
              <w:rPr>
                <w:rFonts w:eastAsia="Calibri"/>
                <w:sz w:val="22"/>
                <w:lang w:val="ru-RU"/>
              </w:rPr>
            </w:pPr>
            <w:r w:rsidRPr="00DF1AB4">
              <w:rPr>
                <w:rFonts w:eastAsia="Calibri"/>
                <w:b/>
                <w:sz w:val="22"/>
                <w:lang w:val="ru-RU"/>
              </w:rPr>
              <w:t>ЗАКАЗЧИК:</w:t>
            </w:r>
          </w:p>
          <w:p w:rsidR="00DF1AB4" w:rsidRPr="00DF1AB4" w:rsidRDefault="00DF1AB4" w:rsidP="00D40C9F">
            <w:pPr>
              <w:keepNext/>
              <w:rPr>
                <w:rFonts w:eastAsia="Calibri"/>
                <w:sz w:val="22"/>
                <w:lang w:val="ru-RU"/>
              </w:rPr>
            </w:pPr>
            <w:r>
              <w:rPr>
                <w:rFonts w:eastAsia="Calibri"/>
                <w:sz w:val="22"/>
                <w:lang w:val="ru-RU"/>
              </w:rPr>
              <w:t>Глава администрации</w:t>
            </w:r>
            <w:r w:rsidRPr="00DF1AB4">
              <w:rPr>
                <w:rFonts w:eastAsia="Calibri"/>
                <w:sz w:val="22"/>
                <w:lang w:val="ru-RU"/>
              </w:rPr>
              <w:t xml:space="preserve"> </w:t>
            </w:r>
          </w:p>
          <w:p w:rsidR="00DF1AB4" w:rsidRPr="00DF1AB4" w:rsidRDefault="00DF1AB4" w:rsidP="00D40C9F">
            <w:pPr>
              <w:keepNext/>
              <w:rPr>
                <w:rFonts w:eastAsia="Calibri"/>
                <w:sz w:val="22"/>
                <w:lang w:val="ru-RU"/>
              </w:rPr>
            </w:pPr>
          </w:p>
          <w:p w:rsidR="00DF1AB4" w:rsidRPr="004E30B9" w:rsidRDefault="00DF1AB4" w:rsidP="00D40C9F">
            <w:pPr>
              <w:keepNext/>
              <w:rPr>
                <w:rFonts w:eastAsia="Calibri"/>
                <w:sz w:val="22"/>
                <w:lang w:val="ru-RU"/>
              </w:rPr>
            </w:pPr>
            <w:r w:rsidRPr="004E30B9">
              <w:rPr>
                <w:rFonts w:eastAsia="Calibri"/>
                <w:sz w:val="22"/>
                <w:lang w:val="ru-RU"/>
              </w:rPr>
              <w:t>____________</w:t>
            </w:r>
            <w:proofErr w:type="gramStart"/>
            <w:r w:rsidRPr="004E30B9">
              <w:rPr>
                <w:rFonts w:eastAsia="Calibri"/>
                <w:sz w:val="22"/>
                <w:lang w:val="ru-RU"/>
              </w:rPr>
              <w:t>_  А.В.</w:t>
            </w:r>
            <w:proofErr w:type="gramEnd"/>
            <w:r w:rsidRPr="004E30B9">
              <w:rPr>
                <w:rFonts w:eastAsia="Calibri"/>
                <w:sz w:val="22"/>
                <w:lang w:val="ru-RU"/>
              </w:rPr>
              <w:t xml:space="preserve"> Левин</w:t>
            </w:r>
          </w:p>
          <w:p w:rsidR="00DF1AB4" w:rsidRDefault="00DF1AB4" w:rsidP="00D40C9F">
            <w:pPr>
              <w:keepNext/>
              <w:rPr>
                <w:rFonts w:eastAsia="Calibri"/>
                <w:sz w:val="22"/>
              </w:rPr>
            </w:pPr>
            <w:r w:rsidRPr="002020C1">
              <w:rPr>
                <w:rFonts w:eastAsia="Calibri"/>
                <w:sz w:val="22"/>
              </w:rPr>
              <w:t>М.П.</w:t>
            </w:r>
          </w:p>
          <w:p w:rsidR="00DF1AB4" w:rsidRPr="002020C1" w:rsidRDefault="00DF1AB4" w:rsidP="00D40C9F">
            <w:pPr>
              <w:keepNext/>
              <w:rPr>
                <w:sz w:val="22"/>
                <w:lang w:eastAsia="zh-CN"/>
              </w:rPr>
            </w:pPr>
          </w:p>
        </w:tc>
        <w:tc>
          <w:tcPr>
            <w:tcW w:w="4775" w:type="dxa"/>
          </w:tcPr>
          <w:p w:rsidR="00DF1AB4" w:rsidRPr="00DF1AB4" w:rsidRDefault="00DF1AB4" w:rsidP="00D40C9F">
            <w:pPr>
              <w:keepNext/>
              <w:rPr>
                <w:rFonts w:eastAsia="Calibri"/>
                <w:b/>
                <w:sz w:val="22"/>
                <w:lang w:val="ru-RU"/>
              </w:rPr>
            </w:pPr>
          </w:p>
          <w:p w:rsidR="00DF1AB4" w:rsidRPr="00DF1AB4" w:rsidRDefault="00DF1AB4" w:rsidP="00D40C9F">
            <w:pPr>
              <w:keepNext/>
              <w:rPr>
                <w:rFonts w:eastAsia="Calibri"/>
                <w:sz w:val="22"/>
                <w:lang w:val="ru-RU"/>
              </w:rPr>
            </w:pPr>
            <w:r w:rsidRPr="00DF1AB4">
              <w:rPr>
                <w:rFonts w:eastAsia="Calibri"/>
                <w:b/>
                <w:sz w:val="22"/>
                <w:lang w:val="ru-RU"/>
              </w:rPr>
              <w:t>ИСПОЛНИТЕЛЬ:</w:t>
            </w:r>
          </w:p>
          <w:p w:rsidR="00DF1AB4" w:rsidRPr="00DF1AB4" w:rsidRDefault="00DF1AB4" w:rsidP="00D40C9F">
            <w:pPr>
              <w:keepNext/>
              <w:rPr>
                <w:rFonts w:eastAsia="Calibri"/>
                <w:sz w:val="22"/>
                <w:lang w:val="ru-RU"/>
              </w:rPr>
            </w:pPr>
            <w:r w:rsidRPr="00DF1AB4">
              <w:rPr>
                <w:rFonts w:eastAsia="Calibri"/>
                <w:sz w:val="22"/>
                <w:lang w:val="ru-RU"/>
              </w:rPr>
              <w:t>Индивидуальный предприниматель</w:t>
            </w:r>
          </w:p>
          <w:p w:rsidR="00DF1AB4" w:rsidRDefault="00DF1AB4" w:rsidP="00D40C9F">
            <w:pPr>
              <w:keepNext/>
              <w:rPr>
                <w:rFonts w:eastAsia="Calibri"/>
                <w:sz w:val="22"/>
                <w:lang w:val="ru-RU"/>
              </w:rPr>
            </w:pPr>
          </w:p>
          <w:p w:rsidR="00DF1AB4" w:rsidRPr="00DF1AB4" w:rsidRDefault="00DF1AB4" w:rsidP="00D40C9F">
            <w:pPr>
              <w:keepNext/>
              <w:rPr>
                <w:rFonts w:eastAsia="Calibri"/>
                <w:sz w:val="22"/>
                <w:lang w:val="ru-RU"/>
              </w:rPr>
            </w:pPr>
            <w:r w:rsidRPr="00DF1AB4">
              <w:rPr>
                <w:rFonts w:eastAsia="Calibri"/>
                <w:sz w:val="22"/>
                <w:lang w:val="ru-RU"/>
              </w:rPr>
              <w:t xml:space="preserve">_____________ Р.А. </w:t>
            </w:r>
            <w:proofErr w:type="spellStart"/>
            <w:r w:rsidRPr="00DF1AB4">
              <w:rPr>
                <w:rFonts w:eastAsia="Calibri"/>
                <w:sz w:val="22"/>
                <w:lang w:val="ru-RU"/>
              </w:rPr>
              <w:t>Визгалов</w:t>
            </w:r>
            <w:proofErr w:type="spellEnd"/>
          </w:p>
          <w:p w:rsidR="00DF1AB4" w:rsidRDefault="00DF1AB4" w:rsidP="00D40C9F">
            <w:pPr>
              <w:keepNext/>
              <w:rPr>
                <w:rFonts w:eastAsia="Calibri"/>
                <w:sz w:val="22"/>
              </w:rPr>
            </w:pPr>
            <w:r w:rsidRPr="002020C1">
              <w:rPr>
                <w:rFonts w:eastAsia="Calibri"/>
                <w:sz w:val="22"/>
              </w:rPr>
              <w:t>М.П.</w:t>
            </w:r>
          </w:p>
          <w:p w:rsidR="00DF1AB4" w:rsidRDefault="00DF1AB4" w:rsidP="00D40C9F">
            <w:pPr>
              <w:keepNext/>
              <w:rPr>
                <w:rFonts w:eastAsia="Calibri"/>
                <w:sz w:val="22"/>
              </w:rPr>
            </w:pPr>
          </w:p>
          <w:p w:rsidR="00DF1AB4" w:rsidRPr="002020C1" w:rsidRDefault="00DF1AB4" w:rsidP="00D40C9F">
            <w:pPr>
              <w:keepNext/>
              <w:rPr>
                <w:sz w:val="22"/>
                <w:lang w:eastAsia="zh-CN"/>
              </w:rPr>
            </w:pPr>
          </w:p>
        </w:tc>
      </w:tr>
    </w:tbl>
    <w:p w:rsidR="000B2C3A" w:rsidRDefault="000B2C3A" w:rsidP="000F6EB7">
      <w:pPr>
        <w:widowControl w:val="0"/>
        <w:rPr>
          <w:rFonts w:cs="Times New Roman"/>
          <w:b/>
          <w:sz w:val="24"/>
          <w:szCs w:val="24"/>
          <w:lang w:val="ru-RU"/>
        </w:rPr>
      </w:pPr>
    </w:p>
    <w:sectPr w:rsidR="000B2C3A" w:rsidSect="00DF1AB4">
      <w:footerReference w:type="default" r:id="rId9"/>
      <w:pgSz w:w="11906" w:h="16838"/>
      <w:pgMar w:top="1134" w:right="850" w:bottom="1134" w:left="993"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57AA" w:rsidRDefault="00AC57AA">
      <w:pPr>
        <w:spacing w:after="0" w:line="240" w:lineRule="auto"/>
      </w:pPr>
      <w:r>
        <w:separator/>
      </w:r>
    </w:p>
  </w:endnote>
  <w:endnote w:type="continuationSeparator" w:id="0">
    <w:p w:rsidR="00AC57AA" w:rsidRDefault="00AC5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5EF0" w:rsidRPr="00320E18" w:rsidRDefault="00AD1029" w:rsidP="00111FC9">
    <w:pPr>
      <w:pStyle w:val="a7"/>
      <w:jc w:val="right"/>
      <w:rPr>
        <w:sz w:val="23"/>
        <w:szCs w:val="23"/>
      </w:rPr>
    </w:pPr>
    <w:proofErr w:type="spellStart"/>
    <w:r w:rsidRPr="00320E18">
      <w:rPr>
        <w:rFonts w:eastAsia="Times New Roman"/>
        <w:sz w:val="23"/>
        <w:szCs w:val="23"/>
      </w:rPr>
      <w:t>Страница</w:t>
    </w:r>
    <w:proofErr w:type="spellEnd"/>
    <w:r w:rsidRPr="00320E18">
      <w:rPr>
        <w:rFonts w:eastAsia="Times New Roman"/>
        <w:sz w:val="23"/>
        <w:szCs w:val="23"/>
      </w:rPr>
      <w:t xml:space="preserve"> </w:t>
    </w:r>
    <w:r w:rsidRPr="00320E18">
      <w:rPr>
        <w:sz w:val="23"/>
        <w:szCs w:val="23"/>
      </w:rPr>
      <w:fldChar w:fldCharType="begin"/>
    </w:r>
    <w:r w:rsidRPr="00320E18">
      <w:rPr>
        <w:sz w:val="23"/>
        <w:szCs w:val="23"/>
      </w:rPr>
      <w:instrText>PAGE</w:instrText>
    </w:r>
    <w:r w:rsidRPr="00320E18">
      <w:rPr>
        <w:sz w:val="23"/>
        <w:szCs w:val="23"/>
      </w:rPr>
      <w:fldChar w:fldCharType="separate"/>
    </w:r>
    <w:r w:rsidR="004E30B9">
      <w:rPr>
        <w:noProof/>
        <w:sz w:val="23"/>
        <w:szCs w:val="23"/>
      </w:rPr>
      <w:t>4</w:t>
    </w:r>
    <w:r w:rsidRPr="00320E18">
      <w:rPr>
        <w:sz w:val="23"/>
        <w:szCs w:val="23"/>
      </w:rPr>
      <w:fldChar w:fldCharType="end"/>
    </w:r>
    <w:r w:rsidRPr="00320E18">
      <w:rPr>
        <w:rFonts w:eastAsia="Times New Roman"/>
        <w:sz w:val="23"/>
        <w:szCs w:val="23"/>
      </w:rPr>
      <w:t xml:space="preserve"> </w:t>
    </w:r>
    <w:proofErr w:type="spellStart"/>
    <w:r w:rsidRPr="00320E18">
      <w:rPr>
        <w:rFonts w:eastAsia="Times New Roman"/>
        <w:sz w:val="23"/>
        <w:szCs w:val="23"/>
      </w:rPr>
      <w:t>из</w:t>
    </w:r>
    <w:proofErr w:type="spellEnd"/>
    <w:r w:rsidRPr="00320E18">
      <w:rPr>
        <w:rFonts w:eastAsia="Times New Roman"/>
        <w:sz w:val="23"/>
        <w:szCs w:val="23"/>
      </w:rPr>
      <w:t xml:space="preserve"> </w:t>
    </w:r>
    <w:r w:rsidRPr="00320E18">
      <w:rPr>
        <w:sz w:val="23"/>
        <w:szCs w:val="23"/>
      </w:rPr>
      <w:fldChar w:fldCharType="begin"/>
    </w:r>
    <w:r w:rsidRPr="00320E18">
      <w:rPr>
        <w:sz w:val="23"/>
        <w:szCs w:val="23"/>
      </w:rPr>
      <w:instrText>NUMPAGES</w:instrText>
    </w:r>
    <w:r w:rsidRPr="00320E18">
      <w:rPr>
        <w:sz w:val="23"/>
        <w:szCs w:val="23"/>
      </w:rPr>
      <w:fldChar w:fldCharType="separate"/>
    </w:r>
    <w:r w:rsidR="004E30B9">
      <w:rPr>
        <w:noProof/>
        <w:sz w:val="23"/>
        <w:szCs w:val="23"/>
      </w:rPr>
      <w:t>6</w:t>
    </w:r>
    <w:r w:rsidRPr="00320E18">
      <w:rPr>
        <w:sz w:val="23"/>
        <w:szCs w:val="2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57AA" w:rsidRDefault="00AC57AA">
      <w:pPr>
        <w:spacing w:after="0" w:line="240" w:lineRule="auto"/>
      </w:pPr>
      <w:r>
        <w:separator/>
      </w:r>
    </w:p>
  </w:footnote>
  <w:footnote w:type="continuationSeparator" w:id="0">
    <w:p w:rsidR="00AC57AA" w:rsidRDefault="00AC57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12A93"/>
    <w:rsid w:val="00034616"/>
    <w:rsid w:val="0006063C"/>
    <w:rsid w:val="000662BB"/>
    <w:rsid w:val="00075C5B"/>
    <w:rsid w:val="000A62B8"/>
    <w:rsid w:val="000B2C3A"/>
    <w:rsid w:val="000F6EB7"/>
    <w:rsid w:val="00111FC9"/>
    <w:rsid w:val="0015074B"/>
    <w:rsid w:val="00166219"/>
    <w:rsid w:val="001721AB"/>
    <w:rsid w:val="001907F2"/>
    <w:rsid w:val="001F290A"/>
    <w:rsid w:val="001F3566"/>
    <w:rsid w:val="0022384C"/>
    <w:rsid w:val="002416E9"/>
    <w:rsid w:val="002570FA"/>
    <w:rsid w:val="00270997"/>
    <w:rsid w:val="0029639D"/>
    <w:rsid w:val="002B4260"/>
    <w:rsid w:val="002D77AF"/>
    <w:rsid w:val="002F1CEB"/>
    <w:rsid w:val="002F6614"/>
    <w:rsid w:val="0031264C"/>
    <w:rsid w:val="00320E18"/>
    <w:rsid w:val="00326F90"/>
    <w:rsid w:val="00335999"/>
    <w:rsid w:val="00360750"/>
    <w:rsid w:val="00366B68"/>
    <w:rsid w:val="003F10D5"/>
    <w:rsid w:val="00403BF9"/>
    <w:rsid w:val="004855C1"/>
    <w:rsid w:val="00494922"/>
    <w:rsid w:val="00496462"/>
    <w:rsid w:val="004E30B9"/>
    <w:rsid w:val="004F3143"/>
    <w:rsid w:val="00513BD0"/>
    <w:rsid w:val="00547BD4"/>
    <w:rsid w:val="00564DCF"/>
    <w:rsid w:val="00586274"/>
    <w:rsid w:val="005A450F"/>
    <w:rsid w:val="005D51C9"/>
    <w:rsid w:val="005E3D10"/>
    <w:rsid w:val="005F5352"/>
    <w:rsid w:val="006A350A"/>
    <w:rsid w:val="006C2922"/>
    <w:rsid w:val="006C4FE7"/>
    <w:rsid w:val="00737DF1"/>
    <w:rsid w:val="00745888"/>
    <w:rsid w:val="00745D11"/>
    <w:rsid w:val="00755EF0"/>
    <w:rsid w:val="007577B6"/>
    <w:rsid w:val="00760E5E"/>
    <w:rsid w:val="00796FA4"/>
    <w:rsid w:val="007F4926"/>
    <w:rsid w:val="00826319"/>
    <w:rsid w:val="00835F10"/>
    <w:rsid w:val="0085342A"/>
    <w:rsid w:val="0085601E"/>
    <w:rsid w:val="0086563B"/>
    <w:rsid w:val="008D594E"/>
    <w:rsid w:val="008D69BF"/>
    <w:rsid w:val="0090120F"/>
    <w:rsid w:val="00951DA2"/>
    <w:rsid w:val="009755CE"/>
    <w:rsid w:val="0098343A"/>
    <w:rsid w:val="00A40DB0"/>
    <w:rsid w:val="00A75BDA"/>
    <w:rsid w:val="00AA1D8D"/>
    <w:rsid w:val="00AB0F02"/>
    <w:rsid w:val="00AC57AA"/>
    <w:rsid w:val="00AD1029"/>
    <w:rsid w:val="00B11DCD"/>
    <w:rsid w:val="00B319D0"/>
    <w:rsid w:val="00B32A50"/>
    <w:rsid w:val="00B47730"/>
    <w:rsid w:val="00BB46B9"/>
    <w:rsid w:val="00BC1DC4"/>
    <w:rsid w:val="00CB0664"/>
    <w:rsid w:val="00CD04F3"/>
    <w:rsid w:val="00CD0945"/>
    <w:rsid w:val="00CE0E34"/>
    <w:rsid w:val="00D14483"/>
    <w:rsid w:val="00D44F7F"/>
    <w:rsid w:val="00D50E6F"/>
    <w:rsid w:val="00D63D35"/>
    <w:rsid w:val="00D872E3"/>
    <w:rsid w:val="00DD57F9"/>
    <w:rsid w:val="00DE01A4"/>
    <w:rsid w:val="00DF1AB4"/>
    <w:rsid w:val="00E5256D"/>
    <w:rsid w:val="00E62625"/>
    <w:rsid w:val="00E92007"/>
    <w:rsid w:val="00EA7F03"/>
    <w:rsid w:val="00EC01D2"/>
    <w:rsid w:val="00EC4847"/>
    <w:rsid w:val="00F01635"/>
    <w:rsid w:val="00F10357"/>
    <w:rsid w:val="00F20D82"/>
    <w:rsid w:val="00F91C4F"/>
    <w:rsid w:val="00FA0C18"/>
    <w:rsid w:val="00FB01BF"/>
    <w:rsid w:val="00FC693F"/>
    <w:rsid w:val="00FD27E1"/>
    <w:rsid w:val="00FF4B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078A03"/>
  <w14:defaultImageDpi w14:val="300"/>
  <w15:docId w15:val="{DF5A9BE7-7E41-497F-8C92-0E650283D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5A450F"/>
    <w:pPr>
      <w:spacing w:after="60" w:line="252" w:lineRule="auto"/>
      <w:jc w:val="both"/>
    </w:pPr>
    <w:rPr>
      <w:rFonts w:ascii="Times New Roman" w:hAnsi="Times New Roman"/>
      <w:sz w:val="21"/>
    </w:rPr>
  </w:style>
  <w:style w:type="paragraph" w:styleId="1">
    <w:name w:val="heading 1"/>
    <w:basedOn w:val="a1"/>
    <w:next w:val="a1"/>
    <w:link w:val="10"/>
    <w:uiPriority w:val="9"/>
    <w:qFormat/>
    <w:rsid w:val="00FC693F"/>
    <w:pPr>
      <w:keepNext/>
      <w:keepLines/>
      <w:spacing w:before="160"/>
      <w:outlineLvl w:val="0"/>
    </w:pPr>
    <w:rPr>
      <w:rFonts w:asciiTheme="majorHAnsi" w:eastAsiaTheme="majorEastAsia" w:hAnsiTheme="majorHAnsi" w:cstheme="majorBidi"/>
      <w:b/>
      <w:bCs/>
      <w:color w:val="1F4E79"/>
      <w:sz w:val="24"/>
      <w:szCs w:val="28"/>
    </w:rPr>
  </w:style>
  <w:style w:type="paragraph" w:styleId="21">
    <w:name w:val="heading 2"/>
    <w:basedOn w:val="a1"/>
    <w:next w:val="a1"/>
    <w:link w:val="22"/>
    <w:uiPriority w:val="9"/>
    <w:unhideWhenUsed/>
    <w:qFormat/>
    <w:rsid w:val="00FC693F"/>
    <w:pPr>
      <w:keepNext/>
      <w:keepLines/>
      <w:spacing w:before="160"/>
      <w:outlineLvl w:val="1"/>
    </w:pPr>
    <w:rPr>
      <w:rFonts w:asciiTheme="majorHAnsi" w:eastAsiaTheme="majorEastAsia" w:hAnsiTheme="majorHAnsi" w:cstheme="majorBidi"/>
      <w:b/>
      <w:bCs/>
      <w:color w:val="1F4E79"/>
      <w:sz w:val="22"/>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ff8">
    <w:name w:val="Hyperlink"/>
    <w:basedOn w:val="a2"/>
    <w:uiPriority w:val="99"/>
    <w:unhideWhenUsed/>
    <w:rsid w:val="00737D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root xmlns:f="urn:contract-form">
  <f:CONTRACT_PLACE>пос. Петровское</f:CONTRACT_PLACE>
  <f:CONTRACT_DATE>2026-09-01T00:00:00Z</f:CONTRACT_DATE>
  <f:CONTRACT_NUMBER>ЭМ-16-26</f:CONTRACT_NUMBER>
  <f:CONTRACT_END_DATE>2026-11-30T00:00:00</f:CONTRACT_END_DATE>
  <f:LEGAL_BASIS>5</f:LEGAL_BASIS>
  <f:CUSTOMER_NAME>Администрация Петровского сельского поселения Приозерского муниципального района Ленинградской области</f:CUSTOMER_NAME>
  <f:PARTY_NAME>Индивидуальный предприниматель Визгалов Роман Александрович</f:PARTY_NAME>
  <f:PRICE_NUMBER>77 160 </f:PRICE_NUMBER>
  <f:PRICE_WORDS/>
</f:root>
</file>

<file path=customXml/itemProps1.xml><?xml version="1.0" encoding="utf-8"?>
<ds:datastoreItem xmlns:ds="http://schemas.openxmlformats.org/officeDocument/2006/customXml" ds:itemID="{D56D31AD-9111-421D-8CD3-FF82CFA5D4C9}">
  <ds:schemaRefs>
    <ds:schemaRef ds:uri="urn:contract-form"/>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2049</Words>
  <Characters>11685</Characters>
  <Application>Microsoft Office Word</Application>
  <DocSecurity>0</DocSecurity>
  <Lines>97</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Поставка товара</vt:lpstr>
      <vt:lpstr/>
    </vt:vector>
  </TitlesOfParts>
  <Manager/>
  <Company/>
  <LinksUpToDate>false</LinksUpToDate>
  <CharactersWithSpaces>13707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Поставка товара</dc:title>
  <dc:subject>Шаблон муниципального контракта по 44-ФЗ</dc:subject>
  <dc:creator>User</dc:creator>
  <cp:keywords>44-ФЗ, статья 93, постановление 1042</cp:keywords>
  <dc:description>generated by python-docx</dc:description>
  <cp:lastModifiedBy>User</cp:lastModifiedBy>
  <cp:revision>3</cp:revision>
  <dcterms:created xsi:type="dcterms:W3CDTF">2026-10-09T10:18:00Z</dcterms:created>
  <dcterms:modified xsi:type="dcterms:W3CDTF">2026-10-16T07:48:00Z</dcterms:modified>
  <cp:category/>
</cp:coreProperties>
</file>